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32"/>
        </w:rPr>
        <w:t xml:space="preserve">第1章　什麼是組織行為？</w:t>
      </w:r>
    </w:p>
    <w:p>
      <w:pPr>
        <w:spacing w:after="20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8"/>
        </w:rPr>
        <w:t xml:space="preserve">AI 治理時代的公共組織行為｜理論版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本章閱讀指南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學者：先讀 1.1、1.2、1.11 和 1.12，掌握本書想回答什麼問題；再看 1.6 怎樣判斷理論可不可靠，以及 1.10 的限制。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實務工作者：先讀導讀案例、1.3、1.7 和 1.8，弄懂公部門的組織行為和企業管理差在哪裡。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研究生：重點讀 1.4 理論的演變、1.5 多層次 IPO 模型和 1.6 怎樣讀研究證據，留意研究樣本的偏差和後設分析的限制。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一般讀者：讀導讀案例、1.3 和 1.12 就夠了，弄懂組織行為在研究什麼，不必急著背理論名稱。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學習目標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能用自己的話說明組織行為在研究什麼，以及它和心理學有什麼不同。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能說出描述、解釋、預測、改善四種功能，並各舉一個生活例子。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能畫出多層次 IPO 模型，說明「人和組織的連接面」為什麼不是另外一層。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能說明台灣職場裡的關係、面子和人情，為什麼要放進理論分析。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能判斷組織行為的知識什麼時候在幫員工，什麼時候可能變成控制員工的工具。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能說明本書為什麼把個人、團體、組織看成三個會行動的層次，以及它們和治理層次、AI 有什麼不同。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能比較看待 AI 進入組織的四種觀點，並說明本書怎樣把它們整合起來。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本章論點地圖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82"/>
        <w:gridCol w:w="4493"/>
        <w:gridCol w:w="2765"/>
      </w:tblGrid>
      <w:tr>
        <w:trPr>
          <w:tblHeader/>
          <w:cantSplit/>
        </w:trPr>
        <w:tc>
          <w:tcPr>
            <w:tcW w:w="138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節次</w:t>
            </w:r>
          </w:p>
        </w:tc>
        <w:tc>
          <w:tcPr>
            <w:tcW w:w="4493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主要內容</w:t>
            </w:r>
          </w:p>
        </w:tc>
        <w:tc>
          <w:tcPr>
            <w:tcW w:w="276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性質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導讀案例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北分署事件：全書的起點與貫穿案例；核心命題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公開調查與判決＋本書整理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1.1–1.2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本章的任務；三重轉變：從管理到公共、從公共行政到治理、從傳統組織到 AI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既有理論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1.3–1.7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組織行為是什麼、理論怎麼演變、怎樣讀證據、知識用在哪裡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教科書基礎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1.8–1.10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放進公部門和台灣情境；組織行為的限制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既有研究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1.11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看待 AI 的四種觀點與本書的理論地圖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本書的整理</w:t>
            </w:r>
          </w:p>
        </w:tc>
      </w:tr>
      <w:tr>
        <w:trPr>
          <w:cantSplit/>
        </w:trPr>
        <w:tc>
          <w:tcPr>
            <w:tcW w:w="138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1.12</w:t>
            </w:r>
          </w:p>
        </w:tc>
        <w:tc>
          <w:tcPr>
            <w:tcW w:w="449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全書架構</w:t>
            </w:r>
          </w:p>
        </w:tc>
        <w:tc>
          <w:tcPr>
            <w:tcW w:w="276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本書安排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導讀案例：一位公務員之死，與一場還沒落幕的追究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2024年11月4日，勞動部勞動力發展署北基宜花金馬分署一位三十多歲的公務員，在服務的機關內輕生離世。消息傳出後，同仁和外界陸續說，這個單位長期處在高壓的管理氣氛裡。勞動部隨即展開調查，11月19日公布第一份調查報告，隔天決定對分署長記兩大過並停職，勞發署署長記一大過、調離主管職。這份報告被批評避重就輕：報告一方面寫「無法證明」他被上司霸凌，另一方面又建議認定霸凌成立。在輿論壓力下，當時的勞動部長在立法院說自己也不適任，隨後請辭（勞動部，2024c；中央通訊社，2024）。</w:t>
      </w: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本案部分司法程序尚未確定。本書只引用公開的機關決定、判決與調查報告，不對任何人的責任下最後判斷，因此正文不寫當事人姓名。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同年12月11日，新任部長親自召集，改由四位外部委員和內部委員重新調查，重新訪談了21人，結論和第一份報告明顯不同（勞動部，2024a, 2024b）。第二份報告發現，分署長長期用高壓、威嚇的方式帶人：常常不說理由就叫同仁來面談，同仁得排隊等，面談時被怒罵、咆哮；一份活動簡報曾被退回修改45次；她多次自己認定同仁做錯事，要同仁簽一份承認錯誤、建議懲處自己的公文；她要求主管馬上回 LINE，訊息可能在凌晨一點或清晨五點傳來；她也常公開說自己和署長關係很好，讓同仁擔心反映問題會被記恨、調職或拿掉權限。她到任一年八個月，離職退休的有81人，35位正式公務人員中有15位被平調或降調。報告認定，這些不當的管理和不合理的業務要求已經構成職場霸凌，也指出中間主管的做法有要檢討的地方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這位公務員是分署資訊小組裡唯一的正式公務員，其他五位都是廠商派來的工程師，整個分署的資訊和資安工作由他一個人扛。壓在他身上的，還有一個 AI 專案。根據第二份報告和勞動部公布的事件時序，2023年7月，分署長在兩場會議裡決定要做一座「AI 無人就業中心」，交給沒有就業服務經驗的資訊小組負責；但沒有人知道她到底要什麼，只知道它要當作羅東就業服務中心開幕時的展示亮點。時序圖上的註記是：「只有指示，卻無想法與做法」。2024年6月，他提出的需求書約3,540萬元；因為1,000萬元以上要報數位發展部列管，預算被要求壓到1,000萬元以下，最後降到750萬元，卻還是不合分署長的意，被要求在11月4日前再交新版本。同時，羅東就業服務中心的裝修工程已經發包，時間只會越來越緊。門禁紀錄顯示，他從2024年8月起每天清晨五點多、甚至四點多就到辦公室；報告保守估計，事發前三個月他每月加班超過80小時，但差勤紀錄上沒有任何一筆加班申請。2024年2月公文系統當機時，分署長還曾在另一個辦公地點開著電話擴音，對他和其他主管咆哮。報告的結論是：可以認定他的輕生和工作遭遇有關。新任部長在記者會上直說，勞動部從來沒有提出這樣的要求，這是一次「錯置的指派」（太報，2024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事情沒有停在機關內部。2025年6月，監察院彈劾分署長和勞發署署長，並糾正勞動部和分署，指出霸凌防治和申訴機制沒有發揮作用，就業安定基金的使用也有問題（鏡週刊，2025b；中央通訊社，2025）。刑事部分，新北地檢署以洩密、圖利和侵占公有財物等罪起訴分署長，內容包括在辦公室裝潢和宣傳設計兩項採購中護航特定廠商，以及侵占用就業安定基金等預算買的三節禮盒；新北地方法院2025年9月一審判有期徒刑4年6月，2026年4月台灣高等法院二審維持，褫奪公權改為2年，全案還可以上訴（鏡週刊，2025a；公視新聞網，2026）。要注意的是，霸凌造成部屬輕生的過失致死部分，檢察官已經不起訴。刑法上找不到直接的因果關係，不代表組織沒有責任；刑事責任、行政懲處和組織該負的責任，各有各的門檻，這正是公共組織行為要分開處理的地方。2025年12月，立法院三讀修正《職業安全衛生法》，第一次把職場霸凌的定義寫進法律，並規定被申訴的若是最高負責人，受害者可以直接向地方主管機關申訴（優分析，2025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故事到這裡好像有了結論，2026年9月卻出現轉折。分署長不服兩大過免職，提起行政訴訟，台北高等行政法院判決撤銷原處分。理由不是霸凌不存在，而是程序出了問題：考績委員會開會之前，部長已經在立法院公開說要記兩大過；委員會沒有依法通知當事人到場說明；當作懲處根據的第一份調查報告，內容前後矛盾。勞動部表示會上訴，相關司法程序到本書寫作時還在進行（中央通訊社，2026a, 2026b）。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個案例放在全書開頭，是因為它幾乎把公共組織行為要處理的問題都擺上了桌。從個人看，是一位主管的領導方式和一位部屬承受的壓力；從團體看，是一個單位裡的沉默和服從怎麼形成；從組織看，是一套為「往上申訴」設計的機制，在加害者就是首長時為什麼形同虛設；從治理看，監察院、立法院、法院、媒體和勞動主管機關各自出手、互相牽制，誰該向誰負責，不是一個機關說了算。法院的判決更提醒我們：在公部門，連懲處不當行為，也必須經得起正當程序的檢驗。這正是公共組織行為和一般企業管理不同的地方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為什麼本書從這個案例開始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本書的寫作，正是由這件事觸發的。一位公務員離世之後，社會的追問大多停在「這位主管怎麼會這樣」；但把兩份調查報告、監察院的糾正案和法院判決攤開來看，看到的是一整串環環相扣的負面組織行為：首長的高壓和羞辱，部屬的沉默，需求不明卻必須準時展示的 AI 專案，一個人扛起整個資訊業務，申訴管道在加害者就是首長時失靈，以及事後調查和懲處本身的偏差。任何一個環節單獨出現，都可能被當成個別主管的問題；它們同時出現在一個機關裡，就是組織行為的問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其中最刺眼的，是一個機關層級的 AI 計畫，最後落在一位基層承辦人身上。決定要做「AI 無人就業中心」的是首長，說不清楚要做什麼的是整個機關，扛下需求、預算、期限和成敗的，卻是資訊小組裡的一個人。這不只是工作分配不當，而是 AI 時代公部門的一個結構性風險：決定引進 AI 的權力在上面，懂 AI 的是少數技術人員，懂業務的又是另一群人；三者之間如果沒有組織設計把它們接起來，風險就會沿著層級一路往下，壓在最沒有權力拒絕的人身上。本書把 AI 看成穿透個人、團體、組織三個層次的「準行動者」，並追問「誰治理誰」，起點就在這裡。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連事後的處理，本身也是組織行為。同一個部會，前後兩份調查報告得出相反的結論：第一份由政務次長召集，九位委員裡有六位來自部內，認定「無法證明」他被長官霸凌（勞動部，2024c）；第二份改由部長召集、請外部委員參與、從受害者的角度重新訪談，結論翻轉。兩份報告中間，隔著一位部長的去職。這說明調查不是中立地收集事實，而是一個組織用什麼人、從什麼角度、對誰負責來看自己。當機關調查的是自己的首長，調查怎麼設計，就決定了真相能浮出來多少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更值得警惕的是，第二份報告之所以能把事情拼回來，靠的是一連串留下來的痕跡：門禁紀錄裡的到班時間、會議紀錄裡「不容置喙」的轉述、LINE 訊息傳出的時間、預算從3,540萬元降到750萬元的過程，以及同仁一個一個的證詞。即使如此，正式的差勤紀錄上還是找不到任何加班申請，紀錄上的樣子和真實的工作狀態並不一樣。人和人之間的霸凌，至少還有人、有時間、有對話可以追；當工作分派、考核、排序和監看慢慢交給系統去做，壓力可能來自一個演算法的分數或一個自動設定的期限，留下的痕跡只剩系統紀錄，而且不一定有人看得懂、有人保存，更不一定有人願意負責。正面的組織行為好處理，因為大家都搶著認領；負面的組織行為在 AI 治理的時代反而更難處理，因為它可能沒有留下痕跡，也找不到負責的人。這就是本書強調 AI 不是第五個分析層次、而是穿透每一層的準行動者的原因：它不是在個人、團體、組織之外另起一層，而是滲進每一層，讓原本看得見的權力和責任變得難以辨認。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這個問題不只發生在台灣。2026年9月，英國政府為公務員發布一份 AI 使用指南，提醒 AI 比一般軟體耗電，用之前先想清楚是不是真的需要，提示詞越短越好，連對聊天機器人說謝謝都不必。不到兩週，主管 AI 的部長下令修改，理由是這份指南不符合政府擴大使用 AI 的企圖心。改寫後的版本不再勸大家少用，而是加上一句：「你要為使用 AI 所做的任何內容或決定負責。」這句話裡的「你」，是坐在電腦前的公務員；決定全面擴大使用的政治層級，並不在條文裡（City A.M., 2026）。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把北分署和英國的故事放在一起，就看得到本書真正要處理的問題：決定引進 AI 的權力在上面，承擔 AI 後果的責任卻被寫到第一線。在北分署，是首長拍板要做「AI 無人就業中心」，扛下需求、預算和期限的是一位基層承辦人；在英國，是部長要求擴大使用，簽下「你要負責」的是每一位使用者。在傳統組織裡，權責不對等至少還看得見，因為命令、簽核和懲處都留在公文上；AI 進來以後，決定被包進系統設定、採購規格和推廣目標裡，責任卻還是以個人簽名的形式留在最末端。決定權往上集中，責任往下沉，中間隔著一個不會負責的準行動者，這就是本書說的「誰治理誰」。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作者在智慧型機器人治理系列的研究中，曾用四個檢查詞描述這類問題：落差、失衡、失控和疏忽（盧建旭，2026）。上面說的「決定往上、責任往下」，就是其中的失衡：能改規則的人和要負責的人，不是同一批人。Elish（2019）把這種現象叫做「道德緩衝區」：就像汽車撞擊時最先變形的那一塊，責任落在離事件最近、卻最沒有控制權的人身上。放回北分署，另外三個也都看得到。落差，是交辦的任務超出承接者的職責：沒有就業服務經驗的資訊小組，被指派負責一座就業中心的 AI 化。失控，是沒有人能喊停：會議紀錄轉述「不容置喙」，同仁怕被記恨、調職而不敢說，申訴管道在加害者就是首長時形同虛設。疏忽，是事前該安排的條件沒有安排：需求說不清楚，預算被壓到列管門檻以下，整個分署沒有第二位正式資訊人員可以分擔；他離世之後，這個專案隔年還是只能向廠商詢問意見。這四個檢查詞原本是為政府機器人設計的，用在一個根本沒有機器上線的案例同樣適用，正說明問題不在機器本身，而在組織怎樣安排人和機器之間的權力和責任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傳統的組織行為教科書很會解釋動機、領導和團隊怎樣提升績效，卻比較少正面處理這些負面行為在公部門裡怎樣發生、怎樣被制度放大，又該由誰負責。表1-1 把案例中的負面組織行為對到本書各章；後面各章談到相關主題時，會回到這個案例，看看那一章的理論能解釋哪些部分、又解釋不了哪些部分。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表1-1　導讀案例中的負面組織行為與本書章節對照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09"/>
        <w:gridCol w:w="3818"/>
        <w:gridCol w:w="2813"/>
      </w:tblGrid>
      <w:tr>
        <w:trPr>
          <w:tblHeader/>
          <w:cantSplit/>
        </w:trPr>
        <w:tc>
          <w:tcPr>
            <w:tcW w:w="200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負面組織行為</w:t>
            </w:r>
          </w:p>
        </w:tc>
        <w:tc>
          <w:tcPr>
            <w:tcW w:w="381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案例中的樣子（依公開調查與判決）</w:t>
            </w:r>
          </w:p>
        </w:tc>
        <w:tc>
          <w:tcPr>
            <w:tcW w:w="2813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本書主要對應章節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不當督導與職場霸凌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不說理由的面談和怒罵、簡報退修45次、要部屬簽自我懲處公文、深夜清晨要求馬上回訊息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第13章 領導、追隨與權威；第14章 權力、衝突與組織政治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組織沉默與寒蟬效應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首長用和上級的關係施壓，同仁怕被記恨或調職而不敢說；中間主管的做法也要檢討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第11章 團體與團隊；第12章 溝通、資訊與知識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錯置指派與工作超載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唯一的正式資訊人員要扛全部資訊和資安業務，又負責需求不明的 AI 專案，每月加班估計超過80小時卻沒有加班申請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第8章 情緒、壓力與公共服務；第9章 專業、裁量與行政判斷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政績導向與做表面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「AI 無人就業中心」是開幕展示亮點；預算壓到列管門檻以下，期限卻不放寬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第14章 權力、衝突與組織政治；第21章 人工智慧進入公共組織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濫權與貪瀆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法院判決認定在採購中洩密、圖利特定廠商，並侵占用就業安定基金買的禮盒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第10章 價值、倫理與公共責任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監督與申訴失靈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監察院糾正勞動部和分署，指出霸凌防治和申訴機制沒有發揮作用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第16章 組織結構與官僚行為；第15章 跨專業、跨機關與治理網絡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調查與懲處的偏差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部內委員為主的第一份報告和部長召集、外部委員參與的第二份報告結論相反，部長因此去職；懲處被法院認定未審先判、沒給當事人說明機會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第17章 組織文化與公共價值；第24章 重新建構治理時代的公共組織行為</w:t>
            </w:r>
          </w:p>
        </w:tc>
      </w:tr>
      <w:tr>
        <w:trPr>
          <w:cantSplit/>
        </w:trPr>
        <w:tc>
          <w:tcPr>
            <w:tcW w:w="200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制度學習與改變</w:t>
            </w:r>
          </w:p>
        </w:tc>
        <w:tc>
          <w:tcPr>
            <w:tcW w:w="381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重新調查、監察院糾正、《職業安全衛生法》增訂職場霸凌規定</w:t>
            </w:r>
          </w:p>
        </w:tc>
        <w:tc>
          <w:tcPr>
            <w:tcW w:w="281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第18章 組織學習、創新與知識；第19章 組織變革與制度適應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1.1　本章的分析定位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是全書的起點，有兩個任務。第一，說清楚組織行為是什麼、研究什麼、怎麼研究；第二，說明為什麼在治理的時代，我們需要一門「公共組織行為」。第一個任務用的是組織行為學累積多年的基本工具，第二個任務則是本書想回答的問題。照前言的安排，第1章和第24章不照五步法寫：這一章負責打地基，第24章負責收尾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這一章先在 1.2 說明本書所處的三重轉變，接著依序介紹組織行為的定義和功能（1.3）、理論的來源和演變（1.4）、多層次 IPO 模型（1.5）、怎樣判斷理論和證據（1.6）、知識的用途和兩個目的（1.7）。然後透過公部門的眼光（1.8）和台灣的情境（1.9），把這些工具放回公部門和本地，並說明它們的限制（1.10）。1.11 比較看待 AI 的四種觀點，說明本書怎樣整合它們，最後在 1.12 交代全書架構。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1.2　三重轉變：從管理到公共、從公共行政到治理、從傳統組織到 AI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組織行為學是從管理學長出來的。從 Taylor（1911）的科學管理到霍桑研究，這門學問最早想回答的是：怎樣讓人在組織裡做得更有效率、更有意願？百年來累積的動機、領導、團隊和組織文化理論，大多是在企業裡發展出來的。這些工具今天仍然有用，也是本書每一章的起點；但要拿來理解公部門，必須經過三次轉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第一次轉變，是從管理到公共。公部門的權力來自法律授權和民主問責，不是老闆的所有權或市場契約；它的成績不只看效率，還要看合不合法、公不公平、程序對不對（Boyne, 2002; Rainey, 2014）。Bozeman（1987）甚至說「所有組織都是公共的」，差別只在受政治權力影響的程度。1980年代以後，新公共管理（Hood, 1991）想把企業的績效和競爭帶進政府；後來的公共價值論（Moore, 1995）和新公共服務論（Denhardt &amp; Denhardt, 2000）則反過來提醒，政府要追求的不只是產出，而是人民認可的公共價值。導讀案例裡的高壓管理，正好可以放在這兩種想法的交會處理解：管理工具被帶進機關，制衡首長權力的機制卻沒有跟上。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次轉變，是從公共行政到治理。公共事務越來越少由一個機關單獨完成，而是在政府、民間、非營利組織和民眾組成的網絡中推動。Rhodes（1996）稱之為「沒有政府的治理」，Osborne（2006）則稱之為新公共治理。這對組織行為的意思是：一個人的行為，不只受到自己單位的影響，也受到跨機關的規則、監督和資源流動影響。導讀案例就是這樣，事情的走向不是勞動部自己決定的，而是監察院、立法院、法院、媒體和工會一起塑造的。所以本書在個人、團體、組織三個層次之外，另外處理「治理層次」；但它是制度和網絡的安排方式，不是可以直接加上去的第四層，第5章會詳細說明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第三次轉變，是從傳統組織到 AI 介入。數位時代的治理（Dunleavy et al., 2006）已經讓很多行政判斷從第一線人員手上，轉到資訊系統裡（Bovens &amp; Zouridis, 2002）；生成式 AI 和演算法更進一步參與分類、排序、推薦和監看，改變了人能做什麼，也改變了權力怎麼分配。本書把 AI 稱為「準行動者」：它穿透三個層次和治理層次，卻不能替任何人負責。學界對這次轉變看法分歧，1.11 會整理成四種觀點，並畫出本書的理論地圖。導讀案例其實已經碰到這一次轉變：那座「AI 無人就業中心」從一開始就「只有指示，卻無想法與做法」，卻被定了期限、壓了預算，交給一個沒有就業服務經驗的資訊小組，最後由一位基層承辦人獨自扛下。AI 進到公部門，不只是一套工具，也可能變成由上往下交辦的政績目標；需求不明的時候，風險不會消失，而是沿著層級往下，落在第一線少數懂技術的人身上。這裡先留一個問題：當 AI 專案、考核和監看都由上面的權力推動，導讀案例裡那種權力不對等，會變小還是變大？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這三次轉變不是後一個取代前一個，而是一層疊一層。管理學的問題還在，只是要再加上公共性的要求、跨機關網絡的牽動，以及 AI 帶來的新變數。本書各章用的五步法，正好對應這個過程：先整理管理學的舊庫存，再經過公共化、治理化和 AI 化三道檢驗，最後回到實務處理。把三次轉變串起來，本書要追問的是同一件事：在公部門裡，到底是誰在治理誰。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1.3　組織行為的定義、功能與研究對象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這一節先說清楚組織行為是什麼、能做什麼、和其他學門有什麼不同，最後介紹本書用的三個分析層次。導讀案例裡的同一件事，可以從個人、團體和組織三個層次分開來看，這些工具正好用得上。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定義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白話說，組織行為（organizational behavior, OB）就是用有系統的方法，研究人在一起工作的地方，為什麼會這樣想、這樣感受、這樣做，再把這些了解用來改善工作成果和成員的生活。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比較正式的說法是：它是一門結合多個學科的應用行為科學，研究個人、團體和組織結構怎樣影響工作行為，並把這些知識用來提升組織的成效和成員的福祉。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不同學者各有重點。Robbins 與 Judge（2023）重視個人、團體和結構怎樣影響行為和組織成效；Luthans 關心怎樣了解、預測和管理工作行為；Schermerhorn、Hunt 與 Osborn 同時重視績效和工作生活品質；Moorhead 與 Griffin 則特別提醒我們，要看人和組織之間怎樣互動。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四種核心功能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545122"/>
            <wp:docPr id="901" name="Picture 9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.png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45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圖1-1　組織行為四種功能的循環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可以用四個問題記住組織行為的功能：「發生什麼事？為什麼？什麼情況下還會發生？怎麼改善？」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表1-2　組織行為的四種核心功能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40"/>
        <w:gridCol w:w="2400"/>
        <w:gridCol w:w="4800"/>
      </w:tblGrid>
      <w:tr>
        <w:trPr>
          <w:tblHeader/>
          <w:cantSplit/>
        </w:trPr>
        <w:tc>
          <w:tcPr>
            <w:tcW w:w="14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功能</w:t>
            </w:r>
          </w:p>
        </w:tc>
        <w:tc>
          <w:tcPr>
            <w:tcW w:w="240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要問的問題</w:t>
            </w:r>
          </w:p>
        </w:tc>
        <w:tc>
          <w:tcPr>
            <w:tcW w:w="480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例子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描述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發生了什麼？</w:t>
            </w:r>
          </w:p>
        </w:tc>
        <w:tc>
          <w:tcPr>
            <w:tcW w:w="48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某部門一年內的離職率達 30%。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解釋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為什麼會這樣？</w:t>
            </w:r>
          </w:p>
        </w:tc>
        <w:tc>
          <w:tcPr>
            <w:tcW w:w="48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可能和主管的帶人方式、不公平感或工作量有關，需要收集資料確認。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預測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什麼情況下可能再發生？</w:t>
            </w:r>
          </w:p>
        </w:tc>
        <w:tc>
          <w:tcPr>
            <w:tcW w:w="48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如果升遷規則還是不透明，員工想離職的念頭可能繼續升高。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改善</w:t>
            </w:r>
          </w:p>
        </w:tc>
        <w:tc>
          <w:tcPr>
            <w:tcW w:w="24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可以怎麼改善？</w:t>
            </w:r>
          </w:p>
        </w:tc>
        <w:tc>
          <w:tcPr>
            <w:tcW w:w="48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講清楚升遷標準、改善回饋方式，再追蹤效果。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這四種功能是一個循環，不是做完就結束。改善措施上路後，還要重新觀察：問題有沒有變少？有沒有冒出新的問題？不能因為用了熱門的工具，就認定一定有效。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和其他學門的關係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表1-3　組織行為和其他學門對照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40"/>
        <w:gridCol w:w="2160"/>
        <w:gridCol w:w="2160"/>
        <w:gridCol w:w="2880"/>
      </w:tblGrid>
      <w:tr>
        <w:trPr>
          <w:tblHeader/>
          <w:cantSplit/>
        </w:trPr>
        <w:tc>
          <w:tcPr>
            <w:tcW w:w="14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學門</w:t>
            </w:r>
          </w:p>
        </w:tc>
        <w:tc>
          <w:tcPr>
            <w:tcW w:w="21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主要關心什麼</w:t>
            </w:r>
          </w:p>
        </w:tc>
        <w:tc>
          <w:tcPr>
            <w:tcW w:w="21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提供的工具或觀點</w:t>
            </w:r>
          </w:p>
        </w:tc>
        <w:tc>
          <w:tcPr>
            <w:tcW w:w="28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和組織行為的關係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心理學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個性、動機、情緒和個人行為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心理測量、實驗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組織行為把這些放進工作和組織的情境。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社會心理學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人怎樣受到別人影響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歸因、態度改變、判斷偏差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幫忙理解工作中的互動和判斷。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社會學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群體、階層和社會網絡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結構、權力和制度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幫忙說明不能只靠個性解釋的現象。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人類學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文化、儀式和日常生活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文化分析、田野觀察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幫忙理解組織裡大家習以為常的規矩。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權力、衝突和結盟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政治、協商和資源分配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幫忙理解誰有影響力、決定怎麼形成。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經濟學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選擇、誘因和資源分配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代理理論、交易成本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提供誘因的觀點；組織行為也重視有限的理性和情緒。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組織理論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組織結構和外部環境</w:t>
            </w:r>
          </w:p>
        </w:tc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開放系統、權變觀點</w:t>
            </w:r>
          </w:p>
        </w:tc>
        <w:tc>
          <w:tcPr>
            <w:tcW w:w="28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補上組織層次的分析。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這一章不是要把每個學門的理論都搬進來，而是挑出能解釋工作行為的工具。結構和制度的細節，留到後面組織層次的各章再談。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三個分析層次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741967"/>
            <wp:docPr id="902" name="Picture 9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2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741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圖1-2　組織行為的三個分析層次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這一章先用三個層次來看工作行為：個人、團體或團隊、組織。「人和組織的連接面」則是個人和組織彼此連起來的地方，不是另外蓋的一層樓。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本書後面會把個人、團體、組織叫做三個「行動尺度」，意思是三種大小不同、會行動的單位，並在第5章引進性質不同的治理層次。治理是制度和網絡的安排，不是和三者同一類、可以直接加起來的第四層；AI 則以準行動者的身分穿透其中（見 1.8）。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表1-4　三個分析層次的研究主題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160"/>
        <w:gridCol w:w="6480"/>
      </w:tblGrid>
      <w:tr>
        <w:trPr>
          <w:tblHeader/>
          <w:cantSplit/>
        </w:trPr>
        <w:tc>
          <w:tcPr>
            <w:tcW w:w="21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64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關心的主題</w:t>
            </w:r>
          </w:p>
        </w:tc>
      </w:tr>
      <w:tr>
        <w:trPr>
          <w:cantSplit/>
        </w:trPr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64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個性、知覺、工作態度、動機、情緒、壓力、學習和個人決定。</w:t>
            </w:r>
          </w:p>
        </w:tc>
      </w:tr>
      <w:tr>
        <w:trPr>
          <w:cantSplit/>
        </w:trPr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64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團隊互動、溝通、領導、權力、政治、衝突、團體決定和凝聚力。</w:t>
            </w:r>
          </w:p>
        </w:tc>
      </w:tr>
      <w:tr>
        <w:trPr>
          <w:cantSplit/>
        </w:trPr>
        <w:tc>
          <w:tcPr>
            <w:tcW w:w="21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64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結構、文化、改變、組織學習，以及適應科技和環境。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實際研究不一定只用這三種單位。主管和部屬的兩人關係、跨團隊合作、部門之間的互動，以及組織和外界的往來，都可以研究。重點是：不能把制度或團隊造成的問題，全都怪到某個人的個性上。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對公部門來說，也不能只用「公家」和「私人」二分。不同組織受到法律、政治和市場影響的程度不同，公共性也不同（Bozeman, 1987）；公部門常常還要同時回應好幾個目標和好幾方的監督。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【假設案例】某市政府導入 AI 客服後，有人覺得重複回答的負擔變少了，也有人擔心自己的專業不再重要，因此更重視書面紀錄。這提醒我們：科技不只改變速度，也可能改變人對工作、權力和責任的看法。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1.4　理論從哪裡來：學門源流與典範演變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037046"/>
            <wp:docPr id="903" name="Picture 9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3.png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37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圖1-3　組織行為理論的發展脈絡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組織行為不是從單一學科長出來的。它結合心理學、社會學、社會心理學、人類學、政治學和經濟學，所以能從不同角度看問題；但也因為來源多，理論有時會重疊，甚至用不同名稱講差不多的事。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發展時間線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1900–1920 年代：科學管理。Taylor（1911）重視時間、動作和工作標準，目的是提高效率。它讓流程更清楚，但如果只追求標準化，就容易忽略人的感受和主動性。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1924–1932 年：霍桑研究（Roethlisberger &amp; Dickson, 1939）。這一系列研究讓非正式團體、工作關係和管理方式受到更多注意。不過，不能簡化成「員工受到關注就一定更有生產力」，因為研究設計和解讀一直有爭議。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1950–1960 年代：人力資源取向。Maslow（1943）、Herzberg 等人（1959）、McGregor（1960）把人的需求、成長和潛能帶進管理的討論。這些理論影響很大，但影響大不代表每個主張都有同樣強的證據。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1960–1970 年代：系統與權變取向。Woodward（1965）、Lawrence 與 Lorsch（1967）、Fiedler（1967）等人提醒管理者，方法要看情況；Katz 與 Kahn（1966）則把組織看成一直和外界交換資源的開放系統。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2000 年以後：正向與重視證據。Luthans（2002）、Cameron 等人（2003）重視人的優點和心理資源；Pfeffer 與 Sutton（2006）、Rousseau（2006）則主張管理決定要多看可靠的證據，不能只靠名人經驗或流行口號。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四大來源學科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心理學：幫忙理解個人的知覺、個性、學習、動機、滿意度和壓力。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社會學：幫忙理解群體、溝通網絡、權力、結構、文化和改變。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社會心理學：幫忙理解態度怎樣改變、信任怎樣形成，以及人在團隊裡怎樣互相影響。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人類學與政治學：分別補上文化和權力的角度，讓我們看見價值觀、資源分配和組織政治。這裡沿用四組分類，不表示人類學和政治學是同一個學科。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四個典範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這裡的「典範」，可以理解成某個時期最常見的看人、看組織的方式。各種看法不是前一種消失後下一種才出現；今天的組織常常同時有好幾種想法。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表1-5　組織行為的四個典範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71"/>
        <w:gridCol w:w="1414"/>
        <w:gridCol w:w="1885"/>
        <w:gridCol w:w="2356"/>
        <w:gridCol w:w="1414"/>
      </w:tblGrid>
      <w:tr>
        <w:trPr>
          <w:tblHeader/>
          <w:cantSplit/>
        </w:trPr>
        <w:tc>
          <w:tcPr>
            <w:tcW w:w="157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階段</w:t>
            </w:r>
          </w:p>
        </w:tc>
        <w:tc>
          <w:tcPr>
            <w:tcW w:w="141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大約時期</w:t>
            </w:r>
          </w:p>
        </w:tc>
        <w:tc>
          <w:tcPr>
            <w:tcW w:w="188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代表人物</w:t>
            </w:r>
          </w:p>
        </w:tc>
        <w:tc>
          <w:tcPr>
            <w:tcW w:w="23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核心焦點</w:t>
            </w:r>
          </w:p>
        </w:tc>
        <w:tc>
          <w:tcPr>
            <w:tcW w:w="141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怎麼看人</w:t>
            </w:r>
          </w:p>
        </w:tc>
      </w:tr>
      <w:tr>
        <w:trPr>
          <w:cantSplit/>
        </w:trPr>
        <w:tc>
          <w:tcPr>
            <w:tcW w:w="157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理性機械典範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1900–1930 年代</w:t>
            </w:r>
          </w:p>
        </w:tc>
        <w:tc>
          <w:tcPr>
            <w:tcW w:w="188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Taylor、Weber、Fayol</w:t>
            </w:r>
          </w:p>
        </w:tc>
        <w:tc>
          <w:tcPr>
            <w:tcW w:w="23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效率、標準化、層級和分工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經濟人：為錢工作。</w:t>
            </w:r>
          </w:p>
        </w:tc>
      </w:tr>
      <w:tr>
        <w:trPr>
          <w:cantSplit/>
        </w:trPr>
        <w:tc>
          <w:tcPr>
            <w:tcW w:w="157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人際關係典範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1930–1960 年代</w:t>
            </w:r>
          </w:p>
        </w:tc>
        <w:tc>
          <w:tcPr>
            <w:tcW w:w="188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Mayo、McGregor</w:t>
            </w:r>
          </w:p>
        </w:tc>
        <w:tc>
          <w:tcPr>
            <w:tcW w:w="23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動機、非正式團體、領導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社會人：也需要關係和成長。</w:t>
            </w:r>
          </w:p>
        </w:tc>
      </w:tr>
      <w:tr>
        <w:trPr>
          <w:cantSplit/>
        </w:trPr>
        <w:tc>
          <w:tcPr>
            <w:tcW w:w="157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系統權變典範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1960–1980 年代</w:t>
            </w:r>
          </w:p>
        </w:tc>
        <w:tc>
          <w:tcPr>
            <w:tcW w:w="188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Fiedler、Lawrence 與 Lorsch</w:t>
            </w:r>
          </w:p>
        </w:tc>
        <w:tc>
          <w:tcPr>
            <w:tcW w:w="23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適應環境、配合情況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複雜人：看情況而定。</w:t>
            </w:r>
          </w:p>
        </w:tc>
      </w:tr>
      <w:tr>
        <w:trPr>
          <w:cantSplit/>
        </w:trPr>
        <w:tc>
          <w:tcPr>
            <w:tcW w:w="157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當代整合典範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1990 年代以後</w:t>
            </w:r>
          </w:p>
        </w:tc>
        <w:tc>
          <w:tcPr>
            <w:tcW w:w="188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Schein、Cameron、Luthans 等</w:t>
            </w:r>
          </w:p>
        </w:tc>
        <w:tc>
          <w:tcPr>
            <w:tcW w:w="23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文化、處理矛盾、心理資本，並延伸到和 AI 合作</w:t>
            </w:r>
          </w:p>
        </w:tc>
        <w:tc>
          <w:tcPr>
            <w:tcW w:w="141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重視變動和適應。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理性機械典範把組織看成精密的機器，強調規則、分工和效率；限制是容易忽略人的需要。人際關係典範把注意力轉到士氣、關係和管理者怎麼看人，提醒我們：人不是只為薪水工作。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系統與權變典範則提醒，沒有一套方法到哪裡都適用，要看環境、任務和人。當代與批判的取向進一步關心文化、心理契約、數位轉型，以及穩定和創新、控制和授權之間怎樣取得平衡，也追問管理知識到底讓誰受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1.5　重要模型：多層次 IPO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766153"/>
            <wp:docPr id="904" name="Picture 9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4.png"/>
                    <pic:cNvPicPr/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766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圖1-4　多層次 IPO 與情境化分析架構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這裡的 IPO 不是股票上市，而是投入（Input）、過程（Process）、產出（Outcome）的縮寫。白話說，就是「帶著什麼條件進來，經過什麼互動，最後得到什麼結果」。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「多層次」的意思是這條分析線可以同時放在個人、團隊和組織上看；「情境化」的意思是還要考慮文化、產業、法規、科技和任務的特性，因為同一個做法放在不同地方，效果可能不一樣。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表1-6　多層次 IPO 各層的投入、過程與產出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080"/>
        <w:gridCol w:w="2520"/>
        <w:gridCol w:w="2520"/>
        <w:gridCol w:w="2520"/>
      </w:tblGrid>
      <w:tr>
        <w:trPr>
          <w:tblHeader/>
          <w:cantSplit/>
        </w:trPr>
        <w:tc>
          <w:tcPr>
            <w:tcW w:w="108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252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投入（帶著什麼進來）</w:t>
            </w:r>
          </w:p>
        </w:tc>
        <w:tc>
          <w:tcPr>
            <w:tcW w:w="252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過程（經過什麼互動）</w:t>
            </w:r>
          </w:p>
        </w:tc>
        <w:tc>
          <w:tcPr>
            <w:tcW w:w="252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產出（得到什麼結果）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個性、價值觀、能力、情緒、對角色的理解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知覺、動機、學習、個人決定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工作表現、多做本分以外的事、想不想離職、滿意度。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成員組成、規範、角色、領導、資源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溝通、處理衝突、凝聚、權力互動、團體決定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團隊表現、凝聚力、成員滿意度。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結構、文化、人事制度、策略、資源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協調、溝通系統、領導氣氛、改變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生產力、創新、能不能存續、社會責任。</w:t>
            </w:r>
          </w:p>
        </w:tc>
      </w:tr>
      <w:tr>
        <w:trPr>
          <w:cantSplit/>
        </w:trPr>
        <w:tc>
          <w:tcPr>
            <w:tcW w:w="108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外在情境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產業、文化、法規、科技、任務彼此依賴的程度、危機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影響投入怎樣變成過程、過程怎樣帶來結果</w:t>
            </w:r>
          </w:p>
        </w:tc>
        <w:tc>
          <w:tcPr>
            <w:tcW w:w="252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同一個做法可能有不同效果。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IPO 是分析的工具，不是說現實一定照一直線發展。同樣的條件，可能因為時間、情境或個人差異而有不同結果；結果也可能反過來，改變下一次的態度和行為。所以還要問：中間是透過什麼機制發生的？什麼條件會讓效果變強或變弱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跨層次的影響有兩個方向。由上往下，公司的制度和文化會影響團隊和個人；由下往上，很多人的互動會慢慢形成團隊氣氛，再影響組織的成果（Kozlowski &amp; Klein, 2000）。不能只問理論「有沒有效」，更要問「對誰、在哪一層、什麼情況下有效」。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「人和組織的連接面」可以想成連接樓層的電梯。它研究人怎樣和組織交換、產生認同、建立信任，而不是另外蓋第四層樓。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同樣的道理也適用在第5章要介紹的治理層次。它說的是跨組織的制度安排和網絡，會回頭影響三個層次的行為，但它本身不是另一層樓。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1.6　怎樣挑理論、讀證據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644931"/>
            <wp:docPr id="905" name="Picture 9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5.png"/>
                    <pic:cNvPicPr/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449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圖1-5　挑選理論與閱讀證據的五把尺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挑理論的時候，可以用五個問題檢查：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1. 定義清楚嗎？重要的名詞有沒有講明白，而不是每個人各自解讀？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2. 能被檢驗嗎？有沒有可能用資料證明它不成立，而不是怎麼解釋都對？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3. 有累積證據嗎？還是只靠一篇研究或一個成功故事？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4. 有說明什麼時候適用嗎？知道什麼時候有效，也知道什麼時候可能沒用嗎？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5. 對實務有幫助嗎？能不能讓我們更清楚地看懂問題、做出選擇？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熱門不等於可靠。對於證據不足、卻把人快速分類或保證成功的方法，要標明限制，不能和經過反覆研究的理論放在同一個位置。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後設分析，是把很多研究放在一起，算出整體效果的統計方法。它能幫我們看大方向，但不是把研究加起來就自動得到真理；原本研究的品質、只有「有結果」的研究才被發表的偏差、測量方式不同，以及樣本不同，都會影響結論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所以讀後設分析時，除了看平均效果，也要看收進來的研究品質如何、各研究的結果差異大不大，以及結果能不能用在自己的情況。如果研究設計排除不了其他解釋，也不能只因為數字漂亮，就當成因果的證明。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研究方法也一直在進步。多層次模式能處理「員工分屬不同團隊」這種資料；經驗取樣和日誌研究能觀察同一個人每天的變化；開放科學則鼓勵研究過程更透明，並鼓勵重做既有研究看結果站不站得住。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放到公部門和 AI 的情境裡，本書用「情境改變，人性不變」當作提醒。比較謹慎的意思是：AI 不會讓人想要自主、安全、認同和公平的需要憑空消失，但它會改變資訊、工作方式、權力和責任。基本的心理需要還是重要，不代表行為一定不變，也不代表所有心理機制都能不經檢驗就照搬。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1.7　知識用在哪裡，為了誰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545122"/>
            <wp:docPr id="906" name="Picture 9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6.png"/>
                    <pic:cNvPicPr/>
                  </pic:nvPicPr>
                  <pic:blipFill>
                    <a:blip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45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圖1-6　組織行為的兩個目的與倫理界線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組織行為的應用，大致有三個方向：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人事實務：選人、訓練和績效管理，讓人的能力和工作需要更合得來。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領導與團隊實務：培養領導能力、改善合作，以及處理衝突和談判。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組織制度設計：調整文化、改變的方式、薪資和職涯安排。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強調兩個目的要一起看：組織要有成果，成員也要保有福祉、尊嚴、公平、健康和長期發展的機會。不能只因為產量增加，就認定管理變好了；還要看增加的成果，是不是靠過勞、不公平或長期消耗換來的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同一套知識，可以幫員工找到適合的工作，也可能變成貼標籤或監看的工具。所以用之前，除了問「有效嗎」，也要問「對誰有利、誰付出代價、合不合倫理」。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實務應用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個人層次：用個性和動機的觀點理解個人差異，改善人和工作的搭配、獎勵和績效安排。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團體層次：用團隊動力和衝突管理改善合作，並依任務和團隊狀態調整領導方式。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組織層次：分析制度、文化和改變，找出阻力從哪裡來，而不是一律怪員工不配合。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當代議題：透過正向組織行為、心理安全感等觀點，理解倦怠、心理契約破裂和留人的問題；但不把單一工具當成萬靈丹。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研究範圍的擴展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新議題不是取代個人、團體、組織三層，而是讓我們用這三層重新理解新的工作現象。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AI 與科技：演算法怎樣分配工作、人怎樣和 AI 合作、自動化的決定公不公平。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混合辦公：遠距合作怎樣建立信任、怎樣讓別人知道自己的工作狀態，以及怎樣守住工作和生活的界線。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多元、平等、包容：不同身分的人有沒有公平的機會、能不能感到被接納、能不能安心表達意見。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1.8　用公部門的眼光看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402153"/>
            <wp:docPr id="907" name="Picture 9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7.png"/>
                    <pic:cNvPicPr/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402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圖1-7　公共組織行為的分析公式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企業的觀點能幫助我們理解公部門，但不能原封不動搬過去。公部門面對的是公民、服務使用者和被管制的人；很多時候，人們不能像換商店一樣隨便換一個服務提供者。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所以公部門不只看效率和滿意度，還要看合不合法、公不公平、程序對不對，以及人民信不信任。可以把這一節的意思記成：「公共組織行為＝組織行為的分析工具＋公部門的特殊條件。」這是幫助理解的說法，不是數學公式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特殊條件包括：想為公眾服務的動機（公共服務動機；Perry &amp; Wise, 1990）、怕被追究的心理、好幾方的監督、互相衝突的目標，以及法律和行政裁量的限制（Boyne, 2002; Rainey, 2014）。如果沒有把這些條件放進來，很容易把制度造成的壓力誤以為是員工的個性。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【假設案例】某機關要求承辦人審核 AI 客服的回覆，卻沒有講清楚出錯時由誰負責。結果有人只是形式上蓋章，有人則把整份內容重做。這時不能只問他們覺得 AI「好不好用」，還要看工作量、責任風險、專業判斷和監督要求。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表1-7　企業和公部門的分析重點比較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728"/>
        <w:gridCol w:w="3456"/>
        <w:gridCol w:w="3456"/>
      </w:tblGrid>
      <w:tr>
        <w:trPr>
          <w:tblHeader/>
          <w:cantSplit/>
        </w:trPr>
        <w:tc>
          <w:tcPr>
            <w:tcW w:w="172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比較的地方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企業常見的情況</w:t>
            </w:r>
          </w:p>
        </w:tc>
        <w:tc>
          <w:tcPr>
            <w:tcW w:w="345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公部門要特別注意的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怎麼評價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重視效率、財務成果和顧客，也可能有社會責任目標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效率之外，還要兼顧公平、合法和公共利益。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權力從哪裡來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所有權、市場契約和法律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法律授權、政治領導和民主問責。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動機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薪資、成就、認同、使命都可能有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一樣有多種動機，公共服務動機特別值得分析。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組織的邊界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可能是一家公司，也可能跨公司合作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常牽涉跨機關、民間和民眾的網絡。</w:t>
            </w:r>
          </w:p>
        </w:tc>
      </w:tr>
      <w:tr>
        <w:trPr>
          <w:cantSplit/>
        </w:trPr>
        <w:tc>
          <w:tcPr>
            <w:tcW w:w="172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監督機制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董事會、股東、市場和主管機關等</w:t>
            </w:r>
          </w:p>
        </w:tc>
        <w:tc>
          <w:tcPr>
            <w:tcW w:w="345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行政體系、立法、審計、司法、媒體和民眾等。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以上是分析的重點，不是說所有企業或所有機關都一樣。公共服務動機也不只存在公務人員身上，企業和非營利組織的成員一樣可能重視公共利益。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AI 作為準行動者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這裡把 AI 叫做「準行動者」，是要提醒讀者：它不只是被動的工具，也可能透過分類、推薦和排序，改變人能做什麼。這不代表 AI 有人的意圖，也不表示它能代替人或機關負起法律和倫理責任。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表1-8　AI 對各層次可能的影響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700"/>
        <w:gridCol w:w="5940"/>
      </w:tblGrid>
      <w:tr>
        <w:trPr>
          <w:tblHeader/>
          <w:cantSplit/>
        </w:trPr>
        <w:tc>
          <w:tcPr>
            <w:tcW w:w="270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層次</w:t>
            </w:r>
          </w:p>
        </w:tc>
        <w:tc>
          <w:tcPr>
            <w:tcW w:w="594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AI 可能帶來的改變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治理</w:t>
            </w:r>
          </w:p>
        </w:tc>
        <w:tc>
          <w:tcPr>
            <w:tcW w:w="59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改變跨組織的資料共享、平台合作，以及責任怎麼分配。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</w:t>
            </w:r>
          </w:p>
        </w:tc>
        <w:tc>
          <w:tcPr>
            <w:tcW w:w="59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改變流程、分工、做決定的方式和改變的需要。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團體</w:t>
            </w:r>
          </w:p>
        </w:tc>
        <w:tc>
          <w:tcPr>
            <w:tcW w:w="59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改變誰掌握資訊、人和 AI 怎樣合作，以及團隊怎樣溝通。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個人</w:t>
            </w:r>
          </w:p>
        </w:tc>
        <w:tc>
          <w:tcPr>
            <w:tcW w:w="594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影響專業認同、信任、依賴的程度，以及怎樣運用自己的判斷。</w:t>
            </w:r>
          </w:p>
        </w:tc>
      </w:tr>
    </w:tbl>
    <w:p>
      <w:pPr>
        <w:spacing w:after="120"/>
      </w:pP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表裡把治理列成一列，是為了說明 AI 的影響可以延伸到哪裡。照本書的用語，個人、團體、組織是三個會行動的層次，治理則是制度和網絡的安排，兩者性質不同（第5章）；AI 準行動者穿透四者，卻不是另外一層（第21章）。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1.9　台灣的情境與本土化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610071"/>
            <wp:docPr id="908" name="Picture 9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8.png"/>
                    <pic:cNvPicPr/>
                  </pic:nvPicPr>
                  <pic:blipFill>
                    <a:blip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100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圖1-8　西方理論與台灣職場情境的互補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有些常見的理論和研究，是建立在西方樣本、或偏重個人選擇和契約交換的假設上。用到台灣時，要先檢查這些前提符不符合現場，而不是看到國外有效，就認定台灣也一定有效。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理解華人職場時，常會用到三個概念（Hwang, 1987）：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關係：不只是認識誰，也包括長期互動、信任、互惠和感情。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人情：在正式規則之外，人們對照顧、回報和通融的期待。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面子：一個人在別人面前怎麼被看待，以及有沒有被尊重。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費孝通（1948）的「差序格局」，可以想成丟一顆石頭到水裡、以自己為中心往外擴散的水波：對親近和疏遠的人，信任和責任的期待可能不一樣。放進組織，就能幫我們理解資源、資訊和合作機會為什麼不一定平均分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例如，主管鼓勵大家「有話直說」，員工卻還是不說話，原因不一定是沒有想法，也可能是不確定公開反對會不會傷了關係、讓對方沒面子。所以鼓勵發言不能只喊口號，還要看主管怎麼回應不同的意見。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鄭伯壎等學者發展的家長式領導（Farh &amp; Cheng, 2000；鄭伯壎等，2000），常從威權、仁慈、德行三個面向分析領導：主管怎樣要求服從、怎樣照顧部屬，以及是否公正自律、以身作則。這三個面向要分開看，不能把嚴厲或照顧員工一概當成有效的領導。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本土化不是說「台灣人都這樣」。不同產業、世代、組織規模和管理制度，差別可能很大。文化是需要分析和測量的情境條件，不是用來替所有行為找答案的標籤。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西方理論為什麼需要本土心理學補上一塊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關係主義提醒：忠誠、投入或退縮，可能和感情與圈內的責任有關，不只是在算報酬。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家長式領導提醒：部屬可能同時感受到主管的權威、照顧和品德，反應不一定只是服從或反抗。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差序格局提醒：團隊合作不只看分工，還要看誰被當成自己人、誰容易被排除。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和諧觀提醒：不說話有時是在避開衝突、維護關係，不能直接當成不投入；但表面和諧也不代表沒有問題。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人情與面子提醒：程序公不公平很重要，執行時有沒有尊重人也一樣重要，兩者不能互相取代。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西方的組織行為提供有系統的工具，本土心理學補上情境和關係的細節。重點不是二選一，而是提出可以被檢驗的解釋，確認哪一種機制在眼前的工作現場真正重要。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1.10　組織行為的盲點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517703"/>
            <wp:docPr id="909" name="Picture 9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9.png"/>
                    <pic:cNvPicPr/>
                  </pic:nvPicPr>
                  <pic:blipFill>
                    <a:blip r:embed="rId90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17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圖1-9　組織行為的四項主要限制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理解組織行為，也要知道它的盲點。下面四項特別重要：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1. WEIRD 偏差（Henrich et al., 2010）：這個縮寫指西方、受過教育、工業化、富裕、民主的社會。如果研究樣本太集中在這些地方，就不能隨便推論到所有人；例如，美國大學生的研究結果能不能解釋台灣工廠的移工，還需要檢驗。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2. 太依賴自己填的問卷：同一個人、同一時間填的資料，可能互相影響（Podsakoff et al., 2003），也可能為了符合社會期待而填。受訪者也可能怕主管看到而不敢說真話；但這不表示問卷一定沒用，而是要改善設計、保護受訪者。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3. 理論多又分散：不同理論有時講的是差不多的現象，卻用不同名稱。讀的時候要比較定義、機制和證據，不要只累積名詞。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4. 管理知識為誰服務：提高投入的技巧，也可能被用來要求員工無止境地付出。批判管理研究（Alvesson &amp; Willmott, 1992）提醒我們，要看權力、利益和代價怎麼分配。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實務上還要小心四件事：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只處理心情：只處理心情或態度，卻忽略薪資、工作量、制度和策略的問題。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不是越多越好：參與、授權或溝通不是越多越好，還要看任務、能力、時間和協調的成本。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道德操控：把使命、團隊精神或感恩，變成要員工犧牲權益的理由。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沒有萬靈丹：一堂心理課程沒辦法單獨解決長期低薪、缺人或策略錯誤。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演算法管理、零工經濟和新的工作關係，也一直在挑戰既有的理論。面對新現象，不必把舊理論全部丟掉，但必須重新確認它們的假設、適用條件和解釋能力。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1.11　看待 AI 的四種觀點與本書的理論地圖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1.2 說的第三次轉變，是從傳統組織走向 AI 介入。學界對 AI 怎樣改變組織的討論很多、立場也很分歧，為了讓讀者有一張地圖，本書把它們整理成四種觀點：人機互補論、演算法管理批判論、決策結構設計論，以及公共價值與制度治理論。要先說明：這個四分法是本書為了教學和定位所做的整理，不是學界原本就有的正式分類；每一種觀點底下，也各有不同的學者和主張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四種觀點各自在問什麼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人機互補論問的是：人和 AI 怎樣搭配最好？Raisch 與 Krakowski（2021）指出，組織如果只追求自動化，人會慢慢失去判斷能力；如果只追求輔助，又拿不到效率，所以兩者必須在不同時間、不同層次交替使用。Kolbjørnsrud（2024）進一步把它整理成六項設計原則。這一派的關鍵是「校準信任」：人對 AI 的信任，應該和 AI 在某項工作上的實際能力相當，不盲從，也不一概拒絕（Lee &amp; See, 2004）。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演算法管理批判論問的是：AI 會不會變成新的控制工具？Lee 等人（2015）研究共乘平台的司機時，提出「演算法管理」這個詞。Kellogg、Valentine 與 Christin（2020）指出，演算法透過限制、推薦、記錄、評分、取代和獎懲來控制勞動者，比傳統的層層監督更全面、更即時，也更看不透；工作場所因此成了新的角力場，勞動者也會發展出自己的對策。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決策結構設計論問的是：決定權該怎麼分？Shrestha、Ben-Menahem 與 von Krogh（2019）分出三種人和 AI 一起做決定的方式：完全交給 AI、人和 AI 輪流決定，以及把雙方的判斷合在一起。哪一種適合，要看決定的範圍清不清楚、過程能不能解釋、選項多不多、要多快，以及結果要不要能重複。Puranam（2021）則直接把人和 AI 的合作看成組織設計的問題，關鍵在分工和學習怎麼安排。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公共價值與制度治理論問的是：AI 進到政府之後，公共性還保得住嗎？Bovens 與 Zouridis（2002）描述行政從「第一線人員在窗口判斷」走向「系統在判斷」，判斷的權力從第一線人員手上，移到設計資訊系統的人手上。Bullock（2019）以及 Young、Bullock 與 Lecy（2019）把 AI 看成一種「人工裁量」，討論哪些行政工作適合交給它；Busuioc（2021）則提醒，當官員既看不懂、也解釋不了演算法的判斷，問責的鏈子就斷了。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表1-9　四種觀點在組織設計上的比較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64"/>
        <w:gridCol w:w="1757"/>
        <w:gridCol w:w="1757"/>
        <w:gridCol w:w="1757"/>
        <w:gridCol w:w="1905"/>
      </w:tblGrid>
      <w:tr>
        <w:trPr>
          <w:tblHeader/>
          <w:cantSplit/>
        </w:trPr>
        <w:tc>
          <w:tcPr>
            <w:tcW w:w="146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比較的地方</w:t>
            </w:r>
          </w:p>
        </w:tc>
        <w:tc>
          <w:tcPr>
            <w:tcW w:w="175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人機互補論</w:t>
            </w:r>
          </w:p>
        </w:tc>
        <w:tc>
          <w:tcPr>
            <w:tcW w:w="175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演算法管理批判論</w:t>
            </w:r>
          </w:p>
        </w:tc>
        <w:tc>
          <w:tcPr>
            <w:tcW w:w="1757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決策結構設計論</w:t>
            </w:r>
          </w:p>
        </w:tc>
        <w:tc>
          <w:tcPr>
            <w:tcW w:w="190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公共價值與制度治理論</w:t>
            </w:r>
          </w:p>
        </w:tc>
      </w:tr>
      <w:tr>
        <w:trPr>
          <w:cantSplit/>
        </w:trPr>
        <w:tc>
          <w:tcPr>
            <w:tcW w:w="14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怎麼看 AI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合作夥伴、思考的幫手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管理者和控制工具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決策分工中的一個單位</w:t>
            </w:r>
          </w:p>
        </w:tc>
        <w:tc>
          <w:tcPr>
            <w:tcW w:w="19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必須受制度約束的對象</w:t>
            </w:r>
          </w:p>
        </w:tc>
      </w:tr>
      <w:tr>
        <w:trPr>
          <w:cantSplit/>
        </w:trPr>
        <w:tc>
          <w:tcPr>
            <w:tcW w:w="14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設計目標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讓人和 AI 一起更聰明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防止控制過度、權力失衡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讓分工配合任務特性</w:t>
            </w:r>
          </w:p>
        </w:tc>
        <w:tc>
          <w:tcPr>
            <w:tcW w:w="19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守住公平、判斷空間、問責和正當程序</w:t>
            </w:r>
          </w:p>
        </w:tc>
      </w:tr>
      <w:tr>
        <w:trPr>
          <w:cantSplit/>
        </w:trPr>
        <w:tc>
          <w:tcPr>
            <w:tcW w:w="14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決定權怎麼放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分散、看情況調整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不讓 AI 對人事和獎懲做最後決定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依任務性質和風險分配</w:t>
            </w:r>
          </w:p>
        </w:tc>
        <w:tc>
          <w:tcPr>
            <w:tcW w:w="19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法律授權、人工覆核和申訴</w:t>
            </w:r>
          </w:p>
        </w:tc>
      </w:tr>
      <w:tr>
        <w:trPr>
          <w:cantSplit/>
        </w:trPr>
        <w:tc>
          <w:tcPr>
            <w:tcW w:w="14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人的角色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判斷、解讀、負責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被管理者，也是抵抗者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覆核者、處理例外的人</w:t>
            </w:r>
          </w:p>
        </w:tc>
        <w:tc>
          <w:tcPr>
            <w:tcW w:w="19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做判斷、負責任的人</w:t>
            </w:r>
          </w:p>
        </w:tc>
      </w:tr>
      <w:tr>
        <w:trPr>
          <w:cantSplit/>
        </w:trPr>
        <w:tc>
          <w:tcPr>
            <w:tcW w:w="146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主要風險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太相信或太不相信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監看、不把人當人、工作壓力</w:t>
            </w:r>
          </w:p>
        </w:tc>
        <w:tc>
          <w:tcPr>
            <w:tcW w:w="1757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權責模糊、分工錯配</w:t>
            </w:r>
          </w:p>
        </w:tc>
        <w:tc>
          <w:tcPr>
            <w:tcW w:w="19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歧視、判斷空間流失、民主問責變弱</w:t>
            </w:r>
          </w:p>
        </w:tc>
      </w:tr>
    </w:tbl>
    <w:p>
      <w:pPr>
        <w:spacing w:after="120"/>
      </w:pP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公部門的特殊張力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同一套 AI 設計，放在企業和放在政府，張力不一樣。企業評估 AI，主要看績效、成本和競爭力；公部門除了效率，還要同時顧到合不合法、公不公平、程序對不對和民主問責。更根本的差別是，人民通常不能「換一個政府」：企業的演算法出了錯，顧客可以轉身就走；政府的演算法出了錯，受影響的人常常無處可去（Bozeman, 1987）。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兩個例子可以說明這個差別。2018 年，Amazon 停用了一套被發現歧視女性求職者的徵才演算法（Dastin, 2018），代價主要是商譽，公司自己就能決定收手。相對地，荷蘭稅務機關的托育津貼風險分類系統，曾經把國籍當成風險因素，造成大量家庭被錯誤追討津貼，最後演變成內閣在 2021 年總辭。演算法的偏差一旦發生在政府裡，就不只是技術問題，而是憲政和政治責任的問題。另一個常被忽略的張力是採購：政府的 AI 系統多半由廠商開發，採購合約實際上決定了模型怎麼設計、資料怎麼用、能不能被稽核，等於透過採購程序，做了原本應該公開討論的政策決定（Mulligan &amp; Bamberger, 2019）。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偏差和黑箱：四種不同的處理方式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四種觀點對演算法偏差和黑箱的理解不同，處理方式也不同。Burrell（2016）把演算法看不透的原因分成三種：故意保密、使用者看不懂，以及模型本身太複雜。人機互補論主要處理第二種，靠解釋和訓練幫使用者校準信任；但公部門的研究提醒，有人覆核不等於偏差會被修正。Alon-Barkat 與 Busuioc（2023）在荷蘭的三個實驗中，沒有發現大家普遍盲從演算法；但在以民眾為受試者的實驗裡，人們會在演算法的建議符合自己對某些族群的刻板印象時，特別願意採納，人的覆核反而可能放大偏差。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演算法管理批判論主要處理第一種，它把黑箱看成權力不對等，主張讓受影響的人知道演算法正在被使用、能夠提出異議，並參與規則的制定。決策結構設計論面對的是第三種，它不要求一定要打開黑箱，而是用分級授權、覆核點和稽核紀錄把風險圍起來；Obermeyer 等人（2019）的研究也顯示，修正偏差的關鍵有時不在調整模型，而在重新想清楚這個決定到底要預測什麼。公共價值與制度治理論則三種都要處理：在高風險的決定中優先用可以解釋的模型（Rudin, 2019; Busuioc, 2021），上線前做影響評估，上線後持續稽核並保留救濟管道。加拿大 2019 年的《自動化決策指令》和歐盟 2024 年的《人工智慧法》都已經把這些要求寫進規定；但 Green（2022）也提醒，只規定「要有人監督」並不夠，因為人常常沒辦法有效監督演算法。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表1-10　四種觀點處理演算法偏差和黑箱的方式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94"/>
        <w:gridCol w:w="1672"/>
        <w:gridCol w:w="1672"/>
        <w:gridCol w:w="2090"/>
        <w:gridCol w:w="1812"/>
      </w:tblGrid>
      <w:tr>
        <w:trPr>
          <w:tblHeader/>
          <w:cantSplit/>
        </w:trPr>
        <w:tc>
          <w:tcPr>
            <w:tcW w:w="139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觀點</w:t>
            </w:r>
          </w:p>
        </w:tc>
        <w:tc>
          <w:tcPr>
            <w:tcW w:w="167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把黑箱看成</w:t>
            </w:r>
          </w:p>
        </w:tc>
        <w:tc>
          <w:tcPr>
            <w:tcW w:w="167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偏差從哪裡來</w:t>
            </w:r>
          </w:p>
        </w:tc>
        <w:tc>
          <w:tcPr>
            <w:tcW w:w="209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主要對策</w:t>
            </w:r>
          </w:p>
        </w:tc>
        <w:tc>
          <w:tcPr>
            <w:tcW w:w="181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限制</w:t>
            </w:r>
          </w:p>
        </w:tc>
      </w:tr>
      <w:tr>
        <w:trPr>
          <w:cantSplit/>
        </w:trPr>
        <w:tc>
          <w:tcPr>
            <w:tcW w:w="139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人機互補論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認知和信任的問題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人對 AI 的信任失準</w:t>
            </w:r>
          </w:p>
        </w:tc>
        <w:tc>
          <w:tcPr>
            <w:tcW w:w="209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解釋、校準信任、訓練</w:t>
            </w:r>
          </w:p>
        </w:tc>
        <w:tc>
          <w:tcPr>
            <w:tcW w:w="18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有解釋不等於看得懂，覆核的人也有偏差</w:t>
            </w:r>
          </w:p>
        </w:tc>
      </w:tr>
      <w:tr>
        <w:trPr>
          <w:cantSplit/>
        </w:trPr>
        <w:tc>
          <w:tcPr>
            <w:tcW w:w="139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演算法管理批判論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權力不對等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誰有權定義什麼是公平</w:t>
            </w:r>
          </w:p>
        </w:tc>
        <w:tc>
          <w:tcPr>
            <w:tcW w:w="209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告知、申訴、員工參與、限制監看</w:t>
            </w:r>
          </w:p>
        </w:tc>
        <w:tc>
          <w:tcPr>
            <w:tcW w:w="18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偏重勞資關係，對民眾的救濟談得較少</w:t>
            </w:r>
          </w:p>
        </w:tc>
      </w:tr>
      <w:tr>
        <w:trPr>
          <w:cantSplit/>
        </w:trPr>
        <w:tc>
          <w:tcPr>
            <w:tcW w:w="139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決策結構設計論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能不能操作的問題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把不該交出去的決定交給 AI</w:t>
            </w:r>
          </w:p>
        </w:tc>
        <w:tc>
          <w:tcPr>
            <w:tcW w:w="209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分級授權、覆核點、往上呈報、稽核紀錄</w:t>
            </w:r>
          </w:p>
        </w:tc>
        <w:tc>
          <w:tcPr>
            <w:tcW w:w="18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前提是風險能事先分級</w:t>
            </w:r>
          </w:p>
        </w:tc>
      </w:tr>
      <w:tr>
        <w:trPr>
          <w:cantSplit/>
        </w:trPr>
        <w:tc>
          <w:tcPr>
            <w:tcW w:w="139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公共價值與制度治理論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正當性和問責的問題</w:t>
            </w:r>
          </w:p>
        </w:tc>
        <w:tc>
          <w:tcPr>
            <w:tcW w:w="16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制度和價值失靈</w:t>
            </w:r>
          </w:p>
        </w:tc>
        <w:tc>
          <w:tcPr>
            <w:tcW w:w="209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可解釋的模型、影響評估、稽核、救濟</w:t>
            </w:r>
          </w:p>
        </w:tc>
        <w:tc>
          <w:tcPr>
            <w:tcW w:w="18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程序繁重，可能流於形式</w:t>
            </w:r>
          </w:p>
        </w:tc>
      </w:tr>
    </w:tbl>
    <w:p>
      <w:pPr>
        <w:spacing w:after="120"/>
      </w:pP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本書的位置：從四個鏡頭到一個空間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四種觀點各有洞見，也各有限制。前三種主要來自企業管理和資訊管理，處理的是企業；只有公共價值與制度治理論來自公共行政。更重要的是，它們各自只對準一個層次：互補論看個人的信任，決策結構論看團體的分工，批判論看組織的控制，公共價值論看治理的制度，卻很少追問這些層次怎樣互相影響、又怎樣回頭改變對方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本書的做法，是把四種觀點當成四個鏡頭，而不是全書的骨架。骨架是本書自己的架構：個人、團體、組織三個會行動的層次，加上治理層次，AI 則以準行動者的身分穿透其中，一起存在於一個會不斷互相回饋的「虛擬治理空間」，最後指向「誰治理誰」的民主問責問題（圖1-10）。準行動者的定位，剛好介於互補論的「合作夥伴」和批判論的「控制者」之間，不必二選一；四種黑箱也可以分別放在四個層次上：個人層次是「看不懂」的黑箱，團體層次是「操作上」的黑箱，組織層次是「權力上」的黑箱，治理層次則是「正當性」的黑箱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3127248"/>
            <wp:docPr id="910" name="Picture 9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0.png"/>
                    <pic:cNvPicPr/>
                  </pic:nvPicPr>
                  <pic:blipFill>
                    <a:blip r:embed="rId9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圖1-10　四種觀點在本書架構中的位置（示意）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要老實說明的是，本書的創新在於整合，不在於每個概念都是新的。「人工裁量」和「系統在判斷的官僚」等概念早就有人提出；本書的貢獻，是把這些分散在管理學、資訊管理和公共行政的討論，放進組織行為學的多層次架構，並加上層次之間互相回饋的觀點。在後面各章，四種觀點會出現在五步法的「舊庫存」和「AI 化」兩步裡，當作要被檢驗和轉化的文獻：人機互補論主要對應第13章和第22章，演算法管理批判論對應第14章，決策結構設計論對應第9章和第20章，公共價值與制度治理論則貫穿第10章，並在第24章的「誰治理誰」收尾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1.12　全書架構與本章小結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583448"/>
            <wp:docPr id="911" name="Picture 9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1.png"/>
                    <pic:cNvPicPr/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83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圖1-11　本章學習地圖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這一章的重點可以整理成一張地圖：組織行為用描述、解釋、預測和改善，理解個人、團體和組織裡的工作行為；人和組織的連接面把這些層次接起來，多層次 IPO 則幫我們追蹤條件、互動和結果。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真正重要的不是背了多少理論，而是學會問：這是誰的問題？發生在哪一層？受到哪些制度和情境影響？改善以後，組織的成果和成員的福祉是不是都變好了？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全書架構：五部二十四章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本書共24章，分成五部，從典範的轉變出發，依序走過個人、團體、組織三個層次，最後回到 AI 治理：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第一部　組織行為的典範：從管理到公共（第1–5章）。說明什麼是組織行為、整理理論、建立三個層次的分析骨架、檢查傳統理論解釋公部門的不足，並正式引進治理層次。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第二部　個人：公部門裡的行動者（第6–10章）。人格與知覺、動機與公共服務動機、情緒與壓力、專業與裁量、價值與倫理。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第三部　團體：互動、領導與權力（第11–15章）。團體與團隊、溝通與資訊、領導與追隨、權力與衝突，以及跨專業、跨機關的治理網絡。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第四部　組織：制度、文化與改變（第16–20章）。組織結構與官僚行為、組織文化、組織學習、組織改變，以及從科層組織走向治理型組織。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第五部　AI 治理：公共組織行為的重新建構（第21–24章）。AI 以準行動者的身分進入公部門，並在第24章整合成「三個層次×治理層次×AI 準行動者」的架構。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除了第1章和第24章，各章都照五步法寫：先整理傳統理論的舊庫存，再依序做公共化、治理化和 AI 化的檢驗，最後提出保留、修正、擴充或重新定義的建議和研究命題。</w:t>
      </w:r>
    </w:p>
    <w:p>
      <w:pPr>
        <w:pStyle w:val="Heading2"/>
        <w:spacing w:before="200" w:after="80"/>
      </w:pPr>
      <w:r>
        <w:rPr>
          <w:rFonts w:eastAsia="Microsoft JhengHei"/>
          <w:rFonts w:ascii="Microsoft JhengHei" w:hAnsi="Microsoft JhengHei"/>
          <w:b/>
          <w:i w:val="0"/>
          <w:color w:val="2C5282"/>
          <w:sz w:val="23"/>
        </w:rPr>
        <w:t xml:space="preserve">本章小結與過渡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這一章說的「層次」，在 AI 進來之後也會帶有「行動單位」的意思：個人、團體、組織是大小、能力和權限各不相同的行動者，治理則維持制度和網絡安排的性質。這個區分在第3章先做一次，到第24章才完整展開。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下一章會從管理學組織行為的理論出發，檢查這些理論進到公部門之後，哪些可以保留，哪些必須修正、擴充或重新定義。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探討問題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導讀案例中，機關內部的申訴機制在加害者是首長時，為什麼很難發揮作用？請從組織設計和治理層次各提出一項改善方式，並說說它可能付出什麼代價。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想一個你參加過的球隊或社團，用 IPO 分析：成員和資源是什麼？大家怎麼合作？最後得到什麼結果？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如果主管同時有威權、仁慈和德行，你最在意哪一面？什麼做法會讓你願意合作，什麼做法會讓你退縮？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如果機關用打卡、螢幕活動或 AI 分析來管理工作，你認為哪些資料可以收集？誰能看？員工應該有什麼知情、說明和申訴的機會？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舉一個你熟悉的公共服務，說說導入 AI 之後，個人、團體、組織三個層次各自可能發生什麼改變，以及治理層次的安排（例如跨機關資料共享）又會怎樣回頭影響它們。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某市政府打算用 AI 篩選社會福利申請案。請從四種觀點各提出一項必要的組織設計，並說說哪一種黑箱最需要先處理。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教案設計（白話）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教案一：一件事，四個層次（約40分鐘）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讓學生看出公部門裡的行為不能只看個人。先讀導讀案例，分組把公開事實分別放到個人、團體、組織和治理四欄，討論哪些問題換掉一位主管就能解決，哪些不能。接著討論法院撤銷免職的理由：為什麼懲處不當行為，一樣要遵守正當程序？本案涉及輕生，教師要事先提醒學生，並告知校內諮商資源；討論集中在制度和程序，不猜測當事人的心理狀態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教案二：用 IPO 拆解一個團隊（約40分鐘）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目標：練習多層次 IPO 模型。各組選一個熟悉的社團、球隊或打工團隊，畫出投入、過程、產出三欄，並標出至少一條由上往下（制度影響個人）和一條由下往上（個人互動形成團隊氣氛）的箭頭。畫成單向階梯的要重畫。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教案三：AI 監看的界線在哪裡？（約45分鐘）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目標：理解組織行為的兩個目的和倫理界線。給學生一個情境：某機關打算用 AI 分析承辦人員的處理時間來考核績效。分成「機關」「承辦人員」「民眾」三方，各自提出要求，最後全班一起擬出一份「可以收集什麼、誰能看、員工有什麼申訴管道」的守則。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關鍵詞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組織行為 Organizational behavior／三重轉變 Triple transformation／人機互補 Human-AI complementarity／演算法管理 Algorithmic management／校準信任 Calibrated trust／行動尺度 Action scale／治理層次 Governance layer／準行動者 Quasi-actor／多層次 IPO 模型 Multilevel IPO model／公共服務動機 Public service motivation／家長式領導 Paternalistic leadership／差序格局 Differential mode of association／道德緩衝區 Moral crumple zone／失衡 Imbalance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參考書目（APA 7th）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Alon-Barkat, S., &amp; Busuioc, M. (2023). Human–AI interactions in public sector decision making: "Automation bias" and "selective adherence" to algorithmic advice.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33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153–169.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Alvesson, M., &amp; Willmott, H. (Eds.). (1992).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Critical management studies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Sage.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Bovens, M., &amp; Zouridis, S. (2002). From street-level to system-level bureaucracies: How information and communication technology is transforming administrative discretion and constitutional control.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174–184.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Boyne, G. A. (2002). Public and private management: What's the difference?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Management Studies, 39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97–122.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 (1987).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All organizations are public: Bridging public and private organizational theories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Bullock, J. B. (2019). Artificial intelligence, discretion, and bureaucracy.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American Review of Public Administration, 49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(7), 751–761.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Burrell, J. (2016). How the machine 'thinks': Understanding opacity in machine learning algorithms.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Big Data &amp; Society, 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1–12.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Busuioc, M. (2021). Accountable artificial intelligence: Holding algorithms to account.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81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825–836.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Cameron, K. S., Dutton, J. E., &amp; Quinn, R. E. (Eds.). (2003).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Positive organizational scholarship: Foundations of a new discipline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Berrett-Koehler.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City A.M. (2026, October 1). AI minister updates guidance after 'don't thank ChatGPT' advice to civil servants.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City A.M.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https://www.cityam.com/?p=2462391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Dastin, J. (2018, October 10). Amazon scraps secret AI recruiting tool that showed bias against women.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Reuters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Denhardt, R. B., &amp; Denhardt, J. V. (2000). The new public service: Serving rather than steering.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60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549–559.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Dunleavy, P., Margetts, H., Bastow, S., &amp; Tinkler, J. (2006). New public management is dead—Long live digital-era governance.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16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467–494.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Elish, M. C. (2019). Moral crumple zones: Cautionary tales in human-robot interaction.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Engaging Science, Technology, and Society, 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40–60.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Farh, J.-L., &amp; Cheng, B.-S. (2000). A cultural analysis of paternalistic leadership in Chinese organizations. In J. T. Li, A. S. Tsui, &amp; E. Weldon (Eds.),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Management and organizations in the Chinese context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84–127). Macmillan.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Fiedler, F. E. (1967).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 theory of leadership effectiveness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McGraw-Hill.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Green, B. (2022). The flaws of policies requiring human oversight of government algorithms.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Computer Law &amp; Security Review, 45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105681.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Henrich, J., Heine, S. J., &amp; Norenzayan, A. (2010). The weirdest people in the world?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Behavioral and Brain Sciences, 33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(2–3), 61–83.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Herzberg, F., Mausner, B., &amp; Snyderman, B. B. (1959).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motivation to work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Hood, C. (1991). A public management for all seasons?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69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3–19.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Hwang, K.-K. (1987). Face and favor: The Chinese power game.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Journal of Sociology, 92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944–974.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Katz, D., &amp; Kahn, R. L. (1966).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social psychology of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Kellogg, K. C., Valentine, M. A., &amp; Christin, A. (2020). Algorithms at work: The new contested terrain of control.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Annals, 14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366–410.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Kolbjørnsrud, V. (2024). Designing the intelligent organization: Six principles for human-AI collaboration.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California Management Review, 66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44–64.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Kozlowski, S. W. J., &amp; Klein, K. J. (2000). A multilevel approach to theory and research in organizations: Contextual, temporal, and emergent processes. In K. J. Klein &amp; S. W. J. Kozlowski (Eds.),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Multilevel theory, research, and methods in organizations: Foundations, extensions, and new directions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3–90).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Lawrence, P. R., &amp; Lorsch, J. W. (1967).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 and environment: Managing differentiation and integration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University, Graduate School of Business Administration.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Lee, J. D., &amp; See, K. A. (2004). Trust in automation: Designing for appropriate reliance.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Factors, 46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50–80.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Lee, M. K., Kusbit, D., Metsky, E., &amp; Dabbish, L. (2015). Working with machines: The impact of algorithmic and data-driven management on human workers. In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Proceedings of the 33rd Annual ACM Conference on Human Factors in Computing Systems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1603–1612). ACM.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Luthans, F. (2002). The need for and meaning of positive organizational behavior.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Organizational Behavior, 23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695–706.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Maslow, A. H. (1943). A theory of human motivation.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370–396.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McGregor, D. (1960).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human side of enterprise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McGraw-Hill.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Moore, M. H. (1995).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Creating public value: Strategic management in government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University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Mulligan, D. K., &amp; Bamberger, K. A. (2019). Procurement as policy: Administrative process for machine learning.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Berkeley Technology Law Journal, 34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773–851.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Obermeyer, Z., Powers, B., Vogeli, C., &amp; Mullainathan, S. (2019). Dissecting racial bias in an algorithm used to manage the health of populations.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Science, 366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(6464), 447–453.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Osborne, S. P. (2006). The new public governance?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Management Review, 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377–387.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Perry, J. L., &amp; Wise, L. R. (1990). The motivational bases of public service.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50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367–373.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Pfeffer, J., &amp; Sutton, R. I. (2006).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Hard facts, dangerous half-truths, and total nonsense: Profiting from evidence-based management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Business School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Podsakoff, P. M., MacKenzie, S. B., Lee, J.-Y., &amp; Podsakoff, N. P. (2003). Common method biases in behavioral research: A critical review of the literature and recommended remedies.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879–903.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Puranam, P. (2021). Human–AI collaborative decision-making as an organization design problem.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Organization Design, 10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75–80.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Rainey, H. G. (2014).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Understanding and managing public organizations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(5th ed.). Jossey-Bass.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Raisch, S., &amp; Krakowski, S. (2021). Artificial intelligence and management: The automation–augmentation paradox.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46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192–210.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Rhodes, R. A. W. (1996). The new governance: Governing without government.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Political Studies, 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652–667.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Robbins, S. P., &amp; Judge, T. A. (2023).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behavior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(19th ed.). Pearson.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Roethlisberger, F. J., &amp; Dickson, W. J. (1939).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Management and the worker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Harvard University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Rousseau, D. M. (2006). Is there such a thing as "evidence-based management"?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Review, 31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256–269.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Rudin, C. (2019). Stop explaining black box machine learning models for high stakes decisions and use interpretable models instead.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Nature Machine Intelligence, 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206–215.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Shrestha, Y. R., Ben-Menahem, S. M., &amp; von Krogh, G. (2019). Organizational decision-making structures in the age of artificial intelligence.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California Management Review, 61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66–83.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Taylor, F. W. (1911).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principles of scientific management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Harper &amp; Brothers.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Woodward, J. (1965).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Industrial organization: Theory and practice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Oxford University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Young, M. M., Bullock, J. B., &amp; Lecy, J. D. (2019). Artificial discretion as a tool of governance: A framework for understanding the impact of artificial intelligence on public administration.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Perspectives on Public Management and Governance, 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301–313.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盧建旭（2026）。櫃台後面的機器人：公所與公立照護機構的人機協同服務與第一線工作者（AI治理研究系列工作論文082）。lancelotlu.org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費孝通（1948）。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鄉土中國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。觀察社。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鄭伯壎、周麗芳、樊景立（2000）。家長式領導：三元模式的建構與測量。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本土心理學研究，14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，3–64。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中央通訊社（2024年11月20日）。勞發署公務員遭霸凌輕生　何佩珊：向政院主動請辭。https://www.cna.com.tw/news/aipl/202411200285.aspx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中央通訊社（2025年6月20日）。職場霸凌與就安基金運用等缺失　監院糾正勞動部。https://www.cna.com.tw/news/aipl/202506200102.aspx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中央通訊社（2026a，9月3日）。謝宜容遭記2大過免職案　北高行：違反正當法律程序、撤銷原處分。https://www.cna.com.tw/news/asoc/202609030276.aspx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中央通訊社（2026b，9月22日）。謝宜容記2大過免職處分遭撤銷　勞動部將上訴。https://www.cna.com.tw/news/ahel/202609220097.aspx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a）。勞動部針對勞動力發展署北基宜花金馬分署113年職場霸凌事件重啟行政調查報告。https://www.mol.gov.tw/media/yxohbeif/%E9%99%84%E4%BB%B6_%E5%8B%9E%E5%8B%95%E9%83%A8%E9%87%9D%E5%B0%8D%E5%8B%9E%E5%8B%95%E5%8A%9B%E7%99%BC%E5%B1%95%E7%BD%B2%E5%8C%97%E5%9F%BA%E5%AE%9C%E8%8A%B1%E9%87%91%E9%A6%AC%E5%88%86%E7%BD%B2113%E5%B9%B4%E8%81%B7%E5%A0%B4%E9%9C%B8%E5%87%8C%E4%BA%8B%E4%BB%B6%E9%87%8D%E5%95%9F%E8%A1%8C%E6%94%BF%E8%AA%BF%E6%9F%A5%E5%A0%B1%E5%91%8A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勞動部（2024b）。主要事件時序圖［重啟行政調查報告附件］。https://www.mol.gov.tw/media/5cwjcjhj/%E9%99%84%E4%BB%B6_%E4%B8%BB%E8%A6%81%E4%BA%8B%E4%BB%B6%E6%99%82%E5%BA%8F%E5%9C%96.pdf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勞動部（2024c，11月19日）。調查報告書說明資料（1119公開用）。https://eventsinfocus.org/sites/default/files/2024-11/%E8%AA%BF%E6%9F%A5%E5%A0%B1%E5%91%8A%E6%9B%B8%E8%AA%AA%E6%98%8E%E8%B3%87%E6%96%99%281119%E5%85%AC%E9%96%8B%E7%94%A8%29.docx_.pdf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勞動部（2024d，12月11日）。針對北分署涉及職場霸凌事件重啟行政調查結果［新聞稿］。https://www.mol.gov.tw/1607/1632/1633/77282/post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公視新聞網（2026年4月16日）。涉圖利廠商、侵占就安基金　謝宜容二審維持4年6月。https://news.pts.org.tw/article/803935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太報（2024年12月11日）。壓垮公務員！「恐怖AI專案」細節曝光　勞長認錯置喊卡。https://www.taisounds.com/news/content/95/162348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優分析（2025年12月2日）。職安法12年來最大修正案三讀　未落實防災最重罰300萬　雇主霸凌最高罰百萬刑罰5年。https://uanalyze.com.tw/articles/6750640702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鏡週刊（2025a，9月18日）。拚緩刑失敗！謝宜容涉貪、圖利廠商「全認罪」　新北地院一審判決出爐了。https://www.mirrormedia.mg/story/20250918edi012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鏡週刊（2025b，6月12日）。快訊／謝宜容涉職場霸凌又濫用就安基金　監察院全票通過彈劾。https://www.mirrormedia.mg/story/20250612edi064</w:t>
      </w:r>
    </w:p>
    <w:p>
      <w:r>
        <w:br/>
        <w:t>【格式統一與補充插入】以下圖表與材料依全書盤點與補充資料插入，不改變原有章節結構。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2325414"/>
            <wp:docPr id="912" name="Picture 9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整合框架（原版）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25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圖：整合框架（原版，補充插入）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1891862"/>
            <wp:docPr id="913" name="Picture 9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公共組織整合框架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91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圖：公共組織整合框架（補充插入）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01" Type="http://schemas.openxmlformats.org/officeDocument/2006/relationships/image" Target="media/ch1img1.png"/><Relationship Id="rId902" Type="http://schemas.openxmlformats.org/officeDocument/2006/relationships/image" Target="media/ch1img2.png"/><Relationship Id="rId903" Type="http://schemas.openxmlformats.org/officeDocument/2006/relationships/image" Target="media/ch1img3.png"/><Relationship Id="rId904" Type="http://schemas.openxmlformats.org/officeDocument/2006/relationships/image" Target="media/ch1img4.png"/><Relationship Id="rId905" Type="http://schemas.openxmlformats.org/officeDocument/2006/relationships/image" Target="media/ch1img5.png"/><Relationship Id="rId906" Type="http://schemas.openxmlformats.org/officeDocument/2006/relationships/image" Target="media/ch1img6.png"/><Relationship Id="rId907" Type="http://schemas.openxmlformats.org/officeDocument/2006/relationships/image" Target="media/ch1img7.png"/><Relationship Id="rId908" Type="http://schemas.openxmlformats.org/officeDocument/2006/relationships/image" Target="media/ch1img8.png"/><Relationship Id="rId909" Type="http://schemas.openxmlformats.org/officeDocument/2006/relationships/image" Target="media/ch1img9.png"/><Relationship Id="rId910" Type="http://schemas.openxmlformats.org/officeDocument/2006/relationships/image" Target="media/ch1img10.png"/><Relationship Id="rId911" Type="http://schemas.openxmlformats.org/officeDocument/2006/relationships/image" Target="media/ch1img1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