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rFonts w:ascii="標楷體" w:hAnsi="標楷體" w:eastAsia="標楷體"/>
          <w:b/>
          <w:sz w:val="40"/>
        </w:rPr>
        <w:t>行政學教科書</w:t>
      </w:r>
    </w:p>
    <w:p>
      <w:pPr>
        <w:jc w:val="center"/>
      </w:pPr>
      <w:r>
        <w:rPr>
          <w:rFonts w:ascii="標楷體" w:hAnsi="標楷體" w:eastAsia="標楷體"/>
          <w:b/>
          <w:sz w:val="64"/>
        </w:rPr>
        <w:t>第六章　行政倫理與責任</w:t>
      </w:r>
    </w:p>
    <w:p>
      <w:pPr>
        <w:jc w:val="center"/>
      </w:pPr>
      <w:r>
        <w:rPr>
          <w:rFonts w:ascii="標楷體" w:hAnsi="標楷體" w:eastAsia="標楷體"/>
          <w:b w:val="0"/>
          <w:sz w:val="32"/>
        </w:rPr>
        <w:t>教學整合版：本章教材＋AI治理系列研究附錄</w:t>
      </w:r>
    </w:p>
    <w:p/>
    <w:p/>
    <w:p>
      <w:pPr>
        <w:jc w:val="center"/>
      </w:pPr>
      <w:r>
        <w:rPr>
          <w:rFonts w:ascii="標楷體" w:hAnsi="標楷體" w:eastAsia="標楷體"/>
          <w:b w:val="0"/>
          <w:sz w:val="25"/>
        </w:rPr>
        <w:t>——從防禦性倫理到AI演算法課責：制度結構層次的倫理制度重構——</w:t>
      </w:r>
    </w:p>
    <w:p/>
    <w:p/>
    <w:p/>
    <w:p/>
    <w:p/>
    <w:p/>
    <w:p/>
    <w:p/>
    <w:p/>
    <w:p/>
    <w:p>
      <w:pPr>
        <w:jc w:val="center"/>
      </w:pPr>
      <w:r>
        <w:rPr>
          <w:rFonts w:ascii="標楷體" w:hAnsi="標楷體" w:eastAsia="標楷體"/>
          <w:b w:val="0"/>
          <w:sz w:val="26"/>
        </w:rPr>
        <w:t>編者：盧建旭（Lancelot Lu）</w:t>
      </w:r>
    </w:p>
    <w:p>
      <w:pPr>
        <w:jc w:val="center"/>
      </w:pPr>
      <w:r>
        <w:rPr>
          <w:rFonts w:ascii="標楷體" w:hAnsi="標楷體" w:eastAsia="標楷體"/>
          <w:b w:val="0"/>
          <w:sz w:val="26"/>
        </w:rPr>
        <w:t>本版整合日期：2026年9月</w:t>
      </w:r>
    </w:p>
    <w:p>
      <w:r>
        <w:br w:type="page"/>
      </w:r>
    </w:p>
    <w:p>
      <w:r>
        <w:rPr>
          <w:rFonts w:ascii="標楷體" w:hAnsi="標楷體" w:eastAsia="標楷體"/>
          <w:b/>
          <w:color w:val="1F4E79"/>
          <w:sz w:val="36"/>
        </w:rPr>
        <w:t>編者說明：本教材的結構與使用方式</w:t>
      </w:r>
    </w:p>
    <w:p>
      <w:pPr>
        <w:ind w:firstLine="480"/>
      </w:pPr>
      <w:r>
        <w:rPr>
          <w:rFonts w:ascii="標楷體" w:hAnsi="標楷體" w:eastAsia="標楷體"/>
          <w:b w:val="0"/>
          <w:sz w:val="24"/>
        </w:rPr>
        <w:t>本文件將行政學教科書「第六章　行政倫理與責任」完整版，與盧建旭（Lancelot Lu）「AI鑲嵌式公共行政」研究系列中的四篇研究稿加以整合，成為一份含正文與延伸研究附錄的完整教材。全書結構如下：</w:t>
      </w:r>
    </w:p>
    <w:p/>
    <w:p>
      <w:r>
        <w:rPr>
          <w:rFonts w:ascii="標楷體" w:hAnsi="標楷體" w:eastAsia="標楷體"/>
          <w:b/>
          <w:sz w:val="26"/>
        </w:rPr>
        <w:t>正文：第六章　行政倫理與責任（完整版）</w:t>
      </w:r>
    </w:p>
    <w:p>
      <w:pPr>
        <w:ind w:firstLine="480"/>
      </w:pPr>
      <w:r>
        <w:rPr>
          <w:rFonts w:ascii="標楷體" w:hAnsi="標楷體" w:eastAsia="標楷體"/>
          <w:b w:val="0"/>
          <w:sz w:val="24"/>
        </w:rPr>
        <w:t>涵蓋行政倫理雙元架構、Cooper三類型倫理衝突與Warwick五原則、Rawls正義論、行政中立新詮釋、行政責任確保途徑（Gilbert四宮格、三元責任論）、我國陽光四法，以及「AI鑲嵌後的權力與結構變化」一節（演算法課責、AI倫理五支柱、虛擬法官三層次、OECD與EU AI Act）。本版並於第五節「Gilbert四宮格」與「三元責任論」處，補充兩張圖表：吉伯特(1959)與史塔林(2008)行政責任分析架構比較圖，以及我國公務員課責途徑心智圖，協助讀者將抽象架構與我國實際課責機制對照理解。</w:t>
      </w:r>
    </w:p>
    <w:p/>
    <w:p>
      <w:r>
        <w:rPr>
          <w:rFonts w:ascii="標楷體" w:hAnsi="標楷體" w:eastAsia="標楷體"/>
          <w:b/>
          <w:sz w:val="26"/>
        </w:rPr>
        <w:t>附錄一：〈AI鑲嵌式公共行政理論壓力測試〉（研究稿第十四篇）</w:t>
      </w:r>
    </w:p>
    <w:p>
      <w:pPr>
        <w:ind w:firstLine="480"/>
      </w:pPr>
      <w:r>
        <w:rPr>
          <w:rFonts w:ascii="標楷體" w:hAnsi="標楷體" w:eastAsia="標楷體"/>
          <w:b w:val="0"/>
          <w:sz w:val="24"/>
        </w:rPr>
        <w:t>以「25-3-3-4-7」治理架構分析AI嵌入後官僚組織在溝通、KPI、薪酬與資源配置上的變革壓力，並以荷蘭SyRI、澳洲Robodebt、美國PredPol三個真實案例進行壓力測試。與正文對應：延伸「AI鑲嵌後的權力與結構變化」一節之「三種權力移轉」與「三種結構性效應」，並具體示範「責任鏈」斷裂如何在真實案例中發生。</w:t>
      </w:r>
    </w:p>
    <w:p/>
    <w:p>
      <w:r>
        <w:rPr>
          <w:rFonts w:ascii="標楷體" w:hAnsi="標楷體" w:eastAsia="標楷體"/>
          <w:b/>
          <w:sz w:val="26"/>
        </w:rPr>
        <w:t>附錄二：〈誰來接住AI的決定？〉（研究稿第十七篇）</w:t>
      </w:r>
    </w:p>
    <w:p>
      <w:pPr>
        <w:ind w:firstLine="480"/>
      </w:pPr>
      <w:r>
        <w:rPr>
          <w:rFonts w:ascii="標楷體" w:hAnsi="標楷體" w:eastAsia="標楷體"/>
          <w:b w:val="0"/>
          <w:sz w:val="24"/>
        </w:rPr>
        <w:t>整合資訊工程、行政法、政治學、科技社會學與公共行政五種專業視角，指出AI治理的碎片化如何導致「情境建構鏈」斷裂，並提出「鏈式營運驗收標準（OAC）」作為上線前共同追問原型。與正文對應：延伸表6-12「四條治理鏈與七項治理審計」，並補充「可爭訟性：課責的最後一哩」一節中「三可檢核」的具體操作工具。</w:t>
      </w:r>
    </w:p>
    <w:p/>
    <w:p>
      <w:r>
        <w:rPr>
          <w:rFonts w:ascii="標楷體" w:hAnsi="標楷體" w:eastAsia="標楷體"/>
          <w:b/>
          <w:sz w:val="26"/>
        </w:rPr>
        <w:t>附錄三：〈誰有權把別人的研究餵給政府AI？〉（研究稿第十八篇）</w:t>
      </w:r>
    </w:p>
    <w:p>
      <w:pPr>
        <w:ind w:firstLine="480"/>
      </w:pPr>
      <w:r>
        <w:rPr>
          <w:rFonts w:ascii="標楷體" w:hAnsi="標楷體" w:eastAsia="標楷體"/>
          <w:b w:val="0"/>
          <w:sz w:val="24"/>
        </w:rPr>
        <w:t>聚焦生成式AI／RAG系統中，政府使用第三人研究成果、著作與資料時的權利來源、授權範圍與停止責任，提出「公共AI權利來源證據審查模組」。與正文對應：延伸第六節「陽光四法」中利益迴避與課責邏輯的討論，示範「多手問題」在資料權利治理上的具體樣態。</w:t>
      </w:r>
    </w:p>
    <w:p/>
    <w:p>
      <w:r>
        <w:rPr>
          <w:rFonts w:ascii="標楷體" w:hAnsi="標楷體" w:eastAsia="標楷體"/>
          <w:b/>
          <w:sz w:val="26"/>
        </w:rPr>
        <w:t>附錄四：〈誰替臺灣政府向世界說明？〉（研究稿第十九篇）</w:t>
      </w:r>
    </w:p>
    <w:p>
      <w:pPr>
        <w:ind w:firstLine="480"/>
      </w:pPr>
      <w:r>
        <w:rPr>
          <w:rFonts w:ascii="標楷體" w:hAnsi="標楷體" w:eastAsia="標楷體"/>
          <w:b w:val="0"/>
          <w:sz w:val="24"/>
        </w:rPr>
        <w:t>承接附錄三，將「權利來源—使用範圍—停止權」壓力測試延伸至跨境情境，檢驗政府在境外權利人、供應鏈夥伴或合作政府質疑時的「國家回應能力」。與正文對應：延伸「無臉政府」與「多手問題」概念至國際治理層次，呼應OECD AI原則「課責性」原則之可追溯要求。</w:t>
      </w:r>
    </w:p>
    <w:p/>
    <w:p>
      <w:r>
        <w:rPr>
          <w:rFonts w:ascii="標楷體" w:hAnsi="標楷體" w:eastAsia="標楷體"/>
          <w:b/>
          <w:color w:val="1F4E79"/>
          <w:sz w:val="30"/>
        </w:rPr>
        <w:t>使用建議</w:t>
      </w:r>
    </w:p>
    <w:p>
      <w:pPr>
        <w:ind w:firstLine="480"/>
      </w:pPr>
      <w:r>
        <w:rPr>
          <w:rFonts w:ascii="標楷體" w:hAnsi="標楷體" w:eastAsia="標楷體"/>
          <w:b w:val="0"/>
          <w:sz w:val="24"/>
        </w:rPr>
        <w:t>課堂講授建議以正文第六章為主軸，完成七節傳統主幹與AI鑲嵌小節後，再依進度選讀四篇附錄之一或摘要段落作為延伸討論教材；四篇附錄之研究方法與文獻回顧篇幅較長，建議教師視課程時數，指定學生精讀「摘要」「結論」與案例分析章節即可，不必逐字通讀全文。四篇附錄皆為盧建旭「25-3-3-4-7」研究系列之研究稿，性質為持續修訂中的學術工作文件，其中部分制度現況（如法規名稱、施行日期）請以正文所引用之法條與官方文件為準。</w:t>
      </w:r>
    </w:p>
    <w:p>
      <w:r>
        <w:br w:type="page"/>
      </w:r>
    </w:p>
    <w:p>
      <w:pPr>
        <w:spacing w:after="60" w:before="400"/>
        <w:jc w:val="center"/>
      </w:pPr>
      <w:r>
        <w:rPr>
          <w:rFonts w:ascii="微軟正黑體" w:cs="微軟正黑體" w:eastAsia="微軟正黑體" w:hAnsi="微軟正黑體"/>
          <w:b/>
          <w:bCs/>
          <w:sz w:val="44"/>
          <w:szCs w:val="44"/>
        </w:rPr>
        <w:t xml:space="preserve">行政學</w:t>
      </w:r>
    </w:p>
    <w:p>
      <w:pPr>
        <w:spacing w:after="60"/>
        <w:jc w:val="center"/>
      </w:pPr>
      <w:r>
        <w:rPr>
          <w:rFonts w:ascii="微軟正黑體" w:cs="微軟正黑體" w:eastAsia="微軟正黑體" w:hAnsi="微軟正黑體"/>
          <w:b/>
          <w:bCs/>
          <w:color w:val="444444"/>
          <w:sz w:val="30"/>
          <w:szCs w:val="30"/>
        </w:rPr>
        <w:t xml:space="preserve">第六章　行政倫理與責任</w:t>
      </w:r>
    </w:p>
    <w:p>
      <w:pPr>
        <w:spacing w:after="400"/>
        <w:jc w:val="center"/>
      </w:pPr>
      <w:r>
        <w:rPr>
          <w:rFonts w:ascii="微軟正黑體" w:cs="微軟正黑體" w:eastAsia="微軟正黑體" w:hAnsi="微軟正黑體"/>
          <w:i/>
          <w:iCs/>
          <w:color w:val="777777"/>
          <w:sz w:val="22"/>
          <w:szCs w:val="22"/>
        </w:rPr>
        <w:t xml:space="preserve">——從防禦性倫理到AI演算法課責:制度結構層次的倫理制度重構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主要落在「層次一:哲學與價值 × 個人/組織」分析單位,向前呼應第五章「層次二:制度分工」對官僚權威與民主控制的討論,向後預告第七章對行政環境的分析。本章主要對應四條治理鏈中的「理由鏈」與「責任鏈」,並以「理由說明審計」與「責任歸屬審計」為核心檢視工具——把行政倫理從個人道德共識,轉化為可課責的制度設計,回答「公務員(及其AI協作系統)的裁量,為何合理、又應向誰負責」這一哲學與價值層次的核心提問。</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10"/>
        </w:numPr>
        <w:spacing w:after="120" w:line="340"/>
      </w:pPr>
      <w:r>
        <w:rPr>
          <w:rFonts w:ascii="微軟正黑體" w:cs="微軟正黑體" w:eastAsia="微軟正黑體" w:hAnsi="微軟正黑體"/>
          <w:sz w:val="22"/>
          <w:szCs w:val="22"/>
        </w:rPr>
        <w:t xml:space="preserve">能區辨防禦性與促進性行政倫理的內涵演變,並闡釋公共利益誤導、行政機關獨大、組織倫理三項結構性困境在數位治理時代的新貌。</w:t>
      </w:r>
    </w:p>
    <w:p>
      <w:pPr>
        <w:pStyle w:val="ListParagraph"/>
        <w:numPr>
          <w:ilvl w:val="0"/>
          <w:numId w:val="10"/>
        </w:numPr>
        <w:spacing w:after="120" w:line="340"/>
      </w:pPr>
      <w:r>
        <w:rPr>
          <w:rFonts w:ascii="微軟正黑體" w:cs="微軟正黑體" w:eastAsia="微軟正黑體" w:hAnsi="微軟正黑體"/>
          <w:sz w:val="22"/>
          <w:szCs w:val="22"/>
        </w:rPr>
        <w:t xml:space="preserve">能掌握Cooper權威、角色、利益三類型倫理衝突,以及Warwick五原則(公共取向、反省性選擇、真誠、程序尊重、手段限制),並應用於行政裁量情境分析。</w:t>
      </w:r>
    </w:p>
    <w:p>
      <w:pPr>
        <w:pStyle w:val="ListParagraph"/>
        <w:numPr>
          <w:ilvl w:val="0"/>
          <w:numId w:val="10"/>
        </w:numPr>
        <w:spacing w:after="120" w:line="340"/>
      </w:pPr>
      <w:r>
        <w:rPr>
          <w:rFonts w:ascii="微軟正黑體" w:cs="微軟正黑體" w:eastAsia="微軟正黑體" w:hAnsi="微軟正黑體"/>
          <w:sz w:val="22"/>
          <w:szCs w:val="22"/>
        </w:rPr>
        <w:t xml:space="preserve">能闡釋Rawls正義論的原初情境、無知之幕與正義兩原則,並評析其對行政倫理與弱勢保障的制度涵義。</w:t>
      </w:r>
    </w:p>
    <w:p>
      <w:pPr>
        <w:pStyle w:val="ListParagraph"/>
        <w:numPr>
          <w:ilvl w:val="0"/>
          <w:numId w:val="10"/>
        </w:numPr>
        <w:spacing w:after="120" w:line="340"/>
      </w:pPr>
      <w:r>
        <w:rPr>
          <w:rFonts w:ascii="微軟正黑體" w:cs="微軟正黑體" w:eastAsia="微軟正黑體" w:hAnsi="微軟正黑體"/>
          <w:sz w:val="22"/>
          <w:szCs w:val="22"/>
        </w:rPr>
        <w:t xml:space="preserve">能詮釋行政中立從去政治化到民主錨定的新意涵,並掌握我國公務人員行政中立法的具體制度設計。</w:t>
      </w:r>
    </w:p>
    <w:p>
      <w:pPr>
        <w:pStyle w:val="ListParagraph"/>
        <w:numPr>
          <w:ilvl w:val="0"/>
          <w:numId w:val="10"/>
        </w:numPr>
        <w:spacing w:after="120" w:line="340"/>
      </w:pPr>
      <w:r>
        <w:rPr>
          <w:rFonts w:ascii="微軟正黑體" w:cs="微軟正黑體" w:eastAsia="微軟正黑體" w:hAnsi="微軟正黑體"/>
          <w:sz w:val="22"/>
          <w:szCs w:val="22"/>
        </w:rPr>
        <w:t xml:space="preserve">能系統說明行政責任的確保途徑:Fesler與Kettl二分、Starling六要素、Gilbert四宮格與三元責任論(政治、法律、專業)。</w:t>
      </w:r>
    </w:p>
    <w:p>
      <w:pPr>
        <w:pStyle w:val="ListParagraph"/>
        <w:numPr>
          <w:ilvl w:val="0"/>
          <w:numId w:val="10"/>
        </w:numPr>
        <w:spacing w:after="120" w:line="340"/>
      </w:pPr>
      <w:r>
        <w:rPr>
          <w:rFonts w:ascii="微軟正黑體" w:cs="微軟正黑體" w:eastAsia="微軟正黑體" w:hAnsi="微軟正黑體"/>
          <w:sz w:val="22"/>
          <w:szCs w:val="22"/>
        </w:rPr>
        <w:t xml:space="preserve">能掌握我國旋轉門條款、公務員廉政倫理規範、利益衝突迴避法、陽光法案與政治獻金法等具體法制,理解其如何落實行政責任。</w:t>
      </w:r>
    </w:p>
    <w:p>
      <w:pPr>
        <w:pStyle w:val="ListParagraph"/>
        <w:numPr>
          <w:ilvl w:val="0"/>
          <w:numId w:val="10"/>
        </w:numPr>
        <w:spacing w:after="120" w:line="340"/>
      </w:pPr>
      <w:r>
        <w:rPr>
          <w:rFonts w:ascii="微軟正黑體" w:cs="微軟正黑體" w:eastAsia="微軟正黑體" w:hAnsi="微軟正黑體"/>
          <w:sz w:val="22"/>
          <w:szCs w:val="22"/>
        </w:rPr>
        <w:t xml:space="preserve">能整合至AI世代的演算法課責、AI倫理五支柱、OECD AI原則與EU AI Act,並運用25-3-3-4-7架構分析AI對行政倫理與責任的衝擊。</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「公共行政是道德的事業,若失去倫理,效率僅是精緻的邪惡。」——Dwight Waldo,《行政國》,1948;重釋於AI世代</w:t>
      </w:r>
    </w:p>
    <w:p>
      <w:pPr>
        <w:spacing w:after="200" w:line="360"/>
        <w:ind w:firstLine="431"/>
        <w:jc w:val="both"/>
      </w:pPr>
      <w:r>
        <w:rPr>
          <w:rFonts w:ascii="微軟正黑體" w:cs="微軟正黑體" w:eastAsia="微軟正黑體" w:hAnsi="微軟正黑體"/>
          <w:sz w:val="22"/>
          <w:szCs w:val="22"/>
        </w:rPr>
        <w:t xml:space="preserve">第五章確立了官僚體制的權威從何而來、又該如何被民主政治馴服的制度分工邏輯,並以「權威鏈」與「裁量邊界審計」作為主要檢視工具,結尾處也預告:權威的追問,終究要進一步追問權威應如何被課以責任。本章正是回應這個提問——從「層次二:制度分工」下降到更根本的「層次一:哲學與價值」,探討行政裁量在制度分工之外,還必須滿足哪些倫理義務,以及當裁量出錯時,責任究竟應由誰承擔。</w:t>
      </w:r>
    </w:p>
    <w:p>
      <w:pPr>
        <w:spacing w:after="200" w:line="360"/>
        <w:ind w:firstLine="431"/>
        <w:jc w:val="both"/>
      </w:pPr>
      <w:r>
        <w:rPr>
          <w:rFonts w:ascii="微軟正黑體" w:cs="微軟正黑體" w:eastAsia="微軟正黑體" w:hAnsi="微軟正黑體"/>
          <w:sz w:val="22"/>
          <w:szCs w:val="22"/>
        </w:rPr>
        <w:t xml:space="preserve">本章從行政倫理的雙元架構(防禦性與促進性)出發,依序討論行政裁量的倫理困境、Rawls正義論的哲學根基、行政中立的新詮釋,以及行政責任的確保途徑與我國具體法制。讀完前七節後,本章將以相當篇幅處理AI世代最尖銳的倫理課題:當演算法參與行政裁量甚至準司法判斷,傳統的行政倫理原則與課責機制是否仍然有效?這正是本章「AI鑲嵌後的權力與結構變化」一節,以及全書25-3-3-4-7架構在「理由鏈」與「責任鏈」上最重要的應用場域。</w:t>
      </w:r>
    </w:p>
    <w:p>
      <w:pPr>
        <w:spacing w:after="180" w:before="360"/>
      </w:pPr>
      <w:r>
        <w:rPr>
          <w:rFonts w:ascii="微軟正黑體" w:cs="微軟正黑體" w:eastAsia="微軟正黑體" w:hAnsi="微軟正黑體"/>
          <w:b/>
          <w:bCs/>
          <w:color w:val="1F4E79"/>
          <w:sz w:val="26"/>
          <w:szCs w:val="26"/>
        </w:rPr>
        <w:t xml:space="preserve">第一節　行政倫理的本質與雙元架構</w:t>
      </w:r>
    </w:p>
    <w:p>
      <w:pPr>
        <w:spacing w:after="140" w:before="260"/>
      </w:pPr>
      <w:r>
        <w:rPr>
          <w:rFonts w:ascii="微軟正黑體" w:cs="微軟正黑體" w:eastAsia="微軟正黑體" w:hAnsi="微軟正黑體"/>
          <w:b/>
          <w:bCs/>
          <w:color w:val="2E5C8A"/>
          <w:sz w:val="23"/>
          <w:szCs w:val="23"/>
        </w:rPr>
        <w:t xml:space="preserve">一、倫理、道德與行政倫理</w:t>
      </w:r>
    </w:p>
    <w:p>
      <w:pPr>
        <w:spacing w:after="200" w:line="360"/>
        <w:ind w:firstLine="431"/>
        <w:jc w:val="both"/>
      </w:pPr>
      <w:r>
        <w:rPr>
          <w:rFonts w:ascii="微軟正黑體" w:cs="微軟正黑體" w:eastAsia="微軟正黑體" w:hAnsi="微軟正黑體"/>
          <w:sz w:val="22"/>
          <w:szCs w:val="22"/>
        </w:rPr>
        <w:t xml:space="preserve">行政倫理(administrative ethics),又稱公務倫理(public service ethics),是倫理學在公共行政場域的具體化,指公務人員在執行公務、運用裁量時,基於專業與民主價值,對公共利益與手段合宜性的反省與判斷能力。</w:t>
      </w:r>
    </w:p>
    <w:p>
      <w:pPr>
        <w:spacing w:after="200" w:line="360"/>
        <w:ind w:firstLine="431"/>
        <w:jc w:val="both"/>
      </w:pPr>
      <w:r>
        <w:rPr>
          <w:rFonts w:ascii="微軟正黑體" w:cs="微軟正黑體" w:eastAsia="微軟正黑體" w:hAnsi="微軟正黑體"/>
          <w:sz w:val="22"/>
          <w:szCs w:val="22"/>
        </w:rPr>
        <w:t>觀念釐清：道德與倫理不盡相同。道德(morality)指個人內化的最高操守原則,具有普遍性與內省性;倫理(ethics)指特定職業或社群脈絡中,個人與他人、制度形成的合理群己關係之規範共識。道德問「我應成為何種人?」,倫理問「在此角色中,我應如何行事才符合群體期待與制度正當性?」行政倫理即公務員群體之道德共識與自律機制,屬於角色倫理(role ethics)。</w:t>
      </w:r>
    </w:p>
    <w:p>
      <w:pPr>
        <w:spacing w:after="200" w:line="360"/>
        <w:ind w:firstLine="431"/>
        <w:jc w:val="both"/>
      </w:pPr>
      <w:r>
        <w:rPr>
          <w:rFonts w:ascii="微軟正黑體" w:cs="微軟正黑體" w:eastAsia="微軟正黑體" w:hAnsi="微軟正黑體"/>
          <w:sz w:val="22"/>
          <w:szCs w:val="22"/>
        </w:rPr>
        <w:t xml:space="preserve">行政倫理的弔詭性在於:它是匡正行政行為的治本依據,卻缺乏法律般的強制制裁力;在功利與選舉壓力下,常被視為不切實際的空談,但一旦崩壞,卻導致民主正當性危機。</w:t>
      </w:r>
    </w:p>
    <w:p>
      <w:pPr>
        <w:spacing w:after="140" w:before="260"/>
      </w:pPr>
      <w:r>
        <w:rPr>
          <w:rFonts w:ascii="微軟正黑體" w:cs="微軟正黑體" w:eastAsia="微軟正黑體" w:hAnsi="微軟正黑體"/>
          <w:b/>
          <w:bCs/>
          <w:color w:val="2E5C8A"/>
          <w:sz w:val="23"/>
          <w:szCs w:val="23"/>
        </w:rPr>
        <w:t xml:space="preserve">二、防禦性與促進性倫理的演變</w:t>
      </w:r>
    </w:p>
    <w:p>
      <w:pPr>
        <w:spacing w:after="200" w:line="360"/>
        <w:ind w:firstLine="431"/>
        <w:jc w:val="both"/>
      </w:pPr>
      <w:r>
        <w:rPr>
          <w:rFonts w:ascii="微軟正黑體" w:cs="微軟正黑體" w:eastAsia="微軟正黑體" w:hAnsi="微軟正黑體"/>
          <w:sz w:val="22"/>
          <w:szCs w:val="22"/>
        </w:rPr>
        <w:t xml:space="preserve">學界常以二元論分析當代行政倫理的發展軌跡。防禦性行政倫理(defensive ethics)又稱消極性倫理,聚焦如何防杜公務員貪污、賄賂、濫權、瀆職、詐欺等行為,核心問題是「合法與否」的底線判斷,偏重傳統行政法與控制取向,易使公務員僅滿足於「不犯錯」,而缺乏積極興利思維。促進性行政倫理(affirmative ethics)受1950至60年代行為科學與1968年新公共行政運動影響,強調社會公平、多元利益、公民參與、政治回應與專業精神,核心關懷從「不可為」轉向「應積極為」。一個好公務員不僅「不貪不取」,若對食安風險、環境污染等公共危害消極不作為,同樣屬於違反促進性倫理。從防禦到促進,反映行政倫理從合法律性(legality)到合倫理性(ethicality)、從控制到賦能的典範轉移。</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313"/>
        <w:gridCol w:w="2513"/>
        <w:gridCol w:w="2800"/>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23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防禦性(消極)</w:t>
            </w:r>
          </w:p>
        </w:tc>
        <w:tc>
          <w:tcPr>
            <w:tcW w:type="dxa" w:w="2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促進性(積極)</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AI世代新詮釋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核心問題</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不可為何者?</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應為何者?</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AI不可為與應為何者?如防杜歧視與促進包容</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價值基礎</w:t>
            </w:r>
          </w:p>
        </w:tc>
        <w:tc>
          <w:tcPr>
            <w:tcW w:type="dxa" w:w="23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合法性、服從</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公平、正義、回應性、關懷</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可解釋性、公平性、包容性、永續性</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理論淵源</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傳統行政法、官僚控制</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新公共行政、公共服務動機、公共價值</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數位治理、人工裁量、負責任AI</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課責重點</w:t>
            </w:r>
          </w:p>
        </w:tc>
        <w:tc>
          <w:tcPr>
            <w:tcW w:type="dxa" w:w="23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懲罰貪腐</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獎勵興利、保障弱勢</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演算法審計、影響評估、可爭訟</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風險</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目標錯置、消極避責</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價值衝突、公益界定困難</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自動化偏見、責任分散、倫理洗白</w:t>
            </w:r>
          </w:p>
        </w:tc>
      </w:tr>
    </w:tbl>
    <w:p>
      <w:pPr>
        <w:spacing w:after="280" w:before="120"/>
        <w:jc w:val="center"/>
      </w:pPr>
      <w:r>
        <w:rPr>
          <w:rFonts w:ascii="微軟正黑體" w:cs="微軟正黑體" w:eastAsia="微軟正黑體" w:hAnsi="微軟正黑體"/>
          <w:i/>
          <w:iCs/>
          <w:color w:val="555555"/>
          <w:sz w:val="18"/>
          <w:szCs w:val="18"/>
        </w:rPr>
        <w:t xml:space="preserve">表6-1　防禦性與促進性行政倫理對比及AI世代新詮釋</w:t>
      </w:r>
    </w:p>
    <w:p>
      <w:pPr>
        <w:spacing w:after="140" w:before="260"/>
      </w:pPr>
      <w:r>
        <w:rPr>
          <w:rFonts w:ascii="微軟正黑體" w:cs="微軟正黑體" w:eastAsia="微軟正黑體" w:hAnsi="微軟正黑體"/>
          <w:b/>
          <w:bCs/>
          <w:color w:val="2E5C8A"/>
          <w:sz w:val="23"/>
          <w:szCs w:val="23"/>
        </w:rPr>
        <w:t xml:space="preserve">三、行政倫理的結構性困境</w:t>
      </w:r>
    </w:p>
    <w:p>
      <w:pPr>
        <w:spacing w:after="200" w:line="360"/>
        <w:ind w:firstLine="431"/>
        <w:jc w:val="both"/>
      </w:pPr>
      <w:r>
        <w:rPr>
          <w:rFonts w:ascii="微軟正黑體" w:cs="微軟正黑體" w:eastAsia="微軟正黑體" w:hAnsi="微軟正黑體"/>
          <w:sz w:val="22"/>
          <w:szCs w:val="22"/>
        </w:rPr>
        <w:t xml:space="preserve">學界歸納出三重結構性困境,至今仍具解釋力,但在數位時代出現新變形。第一,公共利益誤導:行政人員應以公共利益為依歸,然公共利益本質模糊,常被特定團體包裝化,行政人員因菁英同質性、本位主義或組織忠誠,易曲解公益。AI時代,公共利益更容易被「數據中立」「技術效率」等話語掩蓋,實則演算法已內建價值選擇。第二,行政機關獨大:源於專業資訊壟斷、全職永業優勢與組織膨脹,民選官員面對高度專業化議題,指令模糊甚或衝突,反成行政規避的擋箭牌;民營化、委託外包與AI外包(GovTech),更形成「多手問題」(many hands,決策分散多人致責任歸屬不明)與「無臉政府」(no-face government,組織龐大與AI外包致人民不知向誰究責)。第三,組織倫理問題:官僚組織強調團體忠誠,獎勵遵守遊戲規則者,成員將組織忠誠置於個人良知之上,導致非道德的服從,即所謂官僚病態(bureaupathology);弊端揭發者保護即為對抗此困境之制度回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BEB" w:sz="2"/>
              <w:left w:val="single" w:color="B23A3A" w:sz="24"/>
              <w:bottom w:val="single" w:color="FDEBEB" w:sz="2"/>
              <w:right w:val="single" w:color="FDEBEB" w:sz="2"/>
            </w:tcBorders>
            <w:shd w:fill="FDEBEB" w:val="clear"/>
            <w:tcMar>
              <w:top w:type="dxa" w:w="160"/>
              <w:left w:type="dxa" w:w="220"/>
              <w:bottom w:type="dxa" w:w="160"/>
              <w:right w:type="dxa" w:w="220"/>
            </w:tcMar>
          </w:tcPr>
          <w:p>
            <w:pPr>
              <w:spacing w:after="100"/>
            </w:pPr>
            <w:r>
              <w:rPr>
                <w:rFonts w:ascii="微軟正黑體" w:cs="微軟正黑體" w:eastAsia="微軟正黑體" w:hAnsi="微軟正黑體"/>
                <w:b/>
                <w:bCs/>
                <w:color w:val="B23A3A"/>
                <w:sz w:val="22"/>
                <w:szCs w:val="22"/>
              </w:rPr>
              <w:t xml:space="preserve">觀念釐清:兩個常見誤解</w:t>
            </w:r>
          </w:p>
          <w:p>
            <w:pPr>
              <w:spacing w:line="340"/>
              <w:jc w:val="both"/>
            </w:pPr>
            <w:r>
              <w:rPr>
                <w:rFonts w:ascii="微軟正黑體" w:cs="微軟正黑體" w:eastAsia="微軟正黑體" w:hAnsi="微軟正黑體"/>
                <w:sz w:val="21"/>
                <w:szCs w:val="21"/>
              </w:rPr>
              <w:t xml:space="preserve">依法行政的正確表述,是公部門奉行「法無授權即禁止」(法律保留原則),私部門與人民則奉行「法無禁止即自由」,兩者不可顛倒——這是國家考試常考、也是討論AI治理時最容易混淆的起點:政府使用AI系統輔助決策,仍須有明確法律授權,不能以「法律未禁止」作為擴權理由。另一個常見誤解是「行政裁量不受司法審查」,這並不正確:依我國行政程序法與實務見解,裁量仍受司法審查,包括裁量逾越、濫用、怠惰,法院僅在專業判斷餘地內予以尊重。</w:t>
            </w:r>
          </w:p>
        </w:tc>
      </w:tr>
    </w:tbl>
    <w:p>
      <w:pPr>
        <w:spacing w:after="180" w:before="360"/>
      </w:pPr>
      <w:r>
        <w:rPr>
          <w:rFonts w:ascii="微軟正黑體" w:cs="微軟正黑體" w:eastAsia="微軟正黑體" w:hAnsi="微軟正黑體"/>
          <w:b/>
          <w:bCs/>
          <w:color w:val="1F4E79"/>
          <w:sz w:val="26"/>
          <w:szCs w:val="26"/>
        </w:rPr>
        <w:t xml:space="preserve">第二節　行政裁量的倫理困境與決策原則</w:t>
      </w:r>
    </w:p>
    <w:p>
      <w:pPr>
        <w:spacing w:after="140" w:before="260"/>
      </w:pPr>
      <w:r>
        <w:rPr>
          <w:rFonts w:ascii="微軟正黑體" w:cs="微軟正黑體" w:eastAsia="微軟正黑體" w:hAnsi="微軟正黑體"/>
          <w:b/>
          <w:bCs/>
          <w:color w:val="2E5C8A"/>
          <w:sz w:val="23"/>
          <w:szCs w:val="23"/>
        </w:rPr>
        <w:t xml:space="preserve">一、Cooper的三類型倫理衝突</w:t>
      </w:r>
    </w:p>
    <w:p>
      <w:pPr>
        <w:spacing w:after="200" w:line="360"/>
        <w:ind w:firstLine="431"/>
        <w:jc w:val="both"/>
      </w:pPr>
      <w:r>
        <w:rPr>
          <w:rFonts w:ascii="微軟正黑體" w:cs="微軟正黑體" w:eastAsia="微軟正黑體" w:hAnsi="微軟正黑體"/>
          <w:sz w:val="22"/>
          <w:szCs w:val="22"/>
        </w:rPr>
        <w:t xml:space="preserve">在法治國家,法規無法鉅細靡遺,遂授予行政機關判斷空間,即行政裁量(administrative discretion)。裁量並非恣意,而是「在法律授權範圍內,就作為與不作為及其方法,作合理自由選擇」之權力,並受比例原則、平等原則與正當程序拘束。當主觀責任(subjective responsibility,指內心信仰、良知)與客觀責任(objective responsibility,指法律、層級、對公民義務)相互矛盾時,即產生倫理困境。Cooper(2012)提出三種類型:權威衝突(conflict of authority),指長官命令與個人良知、或不同權威來源間的衝突,例如長官要求加速通過具爭議的開發案,承辦人員基於專業認為應補做環評;角色衝突(conflict of roles),包括內部角色與外部角色的衝突(如衛生主管機關官員同時身為公衛專家,作為官員須安撫民心,作為專家應警示危害),以及內部角色與內部角色的衝突(中階主管夾於高層要求與基層權益爭取之間,陷入忠誠拉扯);利益衝突(conflict of interests),指個人私利、家族利益與公共職務相衝突,從財產利益延伸至升遷、人脈、資訊不對稱等非財產利益,皆屬廣義利益衝突,須透過迴避制度處理。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2400"/>
        <w:gridCol w:w="2500"/>
        <w:gridCol w:w="2426"/>
      </w:tblGrid>
      <w:tr>
        <w:trPr>
          <w:tblHeader/>
        </w:trPr>
        <w:tc>
          <w:tcPr>
            <w:tcW w:type="dxa" w:w="1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衝突來源</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行政現場案例</w:t>
            </w:r>
          </w:p>
        </w:tc>
        <w:tc>
          <w:tcPr>
            <w:tcW w:type="dxa" w:w="2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制度回應</w:t>
            </w:r>
          </w:p>
        </w:tc>
      </w:tr>
      <w:tr>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權威衝突</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主觀良知與客觀命令衝突</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長官指示加速通過爭議開發案</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陳述意見義務、吹哨者保護</w:t>
            </w:r>
          </w:p>
        </w:tc>
      </w:tr>
      <w:tr>
        <w:tc>
          <w:tcPr>
            <w:tcW w:type="dxa" w:w="1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角色衝突(內外)</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組織角色與專業角色衝突</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衛生主管機關官員面對疫情發言</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專業倫理守則、利益迴避</w:t>
            </w:r>
          </w:p>
        </w:tc>
      </w:tr>
      <w:tr>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角色衝突(內內)</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層級間角色期待拉扯</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中階主管夾於高層要求與基層權益之間</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倫理領導、組織正義</w:t>
            </w:r>
          </w:p>
        </w:tc>
      </w:tr>
      <w:tr>
        <w:tc>
          <w:tcPr>
            <w:tcW w:type="dxa" w:w="1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利益衝突</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私益與公益衝突</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承辦人員親屬參與政府標案</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財產申報、利益衝突迴避法、旋轉門條款</w:t>
            </w:r>
          </w:p>
        </w:tc>
      </w:tr>
    </w:tbl>
    <w:p>
      <w:pPr>
        <w:spacing w:after="280" w:before="120"/>
        <w:jc w:val="center"/>
      </w:pPr>
      <w:r>
        <w:rPr>
          <w:rFonts w:ascii="微軟正黑體" w:cs="微軟正黑體" w:eastAsia="微軟正黑體" w:hAnsi="微軟正黑體"/>
          <w:i/>
          <w:iCs/>
          <w:color w:val="555555"/>
          <w:sz w:val="18"/>
          <w:szCs w:val="18"/>
        </w:rPr>
        <w:t xml:space="preserve">表6-2　Cooper倫理困境三類型與制度回應</w:t>
      </w:r>
    </w:p>
    <w:p>
      <w:pPr>
        <w:spacing w:after="140" w:before="260"/>
      </w:pPr>
      <w:r>
        <w:rPr>
          <w:rFonts w:ascii="微軟正黑體" w:cs="微軟正黑體" w:eastAsia="微軟正黑體" w:hAnsi="微軟正黑體"/>
          <w:b/>
          <w:bCs/>
          <w:color w:val="2E5C8A"/>
          <w:sz w:val="23"/>
          <w:szCs w:val="23"/>
        </w:rPr>
        <w:t xml:space="preserve">二、Warwick五項倫理原則及其當代轉譯</w:t>
      </w:r>
    </w:p>
    <w:p>
      <w:pPr>
        <w:spacing w:after="200" w:line="360"/>
        <w:ind w:firstLine="431"/>
        <w:jc w:val="both"/>
      </w:pPr>
      <w:r>
        <w:rPr>
          <w:rFonts w:ascii="微軟正黑體" w:cs="微軟正黑體" w:eastAsia="微軟正黑體" w:hAnsi="微軟正黑體"/>
          <w:sz w:val="22"/>
          <w:szCs w:val="22"/>
        </w:rPr>
        <w:t xml:space="preserve">面對上述困境,Warwick(1981)提出五項決策檢核原則,是政策倫理的核心,也是AI倫理五原則的思想前身。第一,公共取向(public orientation):任何私利或派系利益,不可超越與扭曲公共利益,即民主行政須超越派閥;轉譯至AI,即避免演算法圖利特定廠商或偏袒多數群體,追求演算法公平性。第二,反省性選擇(reflective choice):決策前須完成四重反省——理解問題本質與脈絡、反思自我價值偏見、謹慎評估資訊品質、檢視價值與手段的邏輯鏈;轉譯至AI,即對抗自動化偏見,強調有意義的人類覆核。第三,真誠(sincerity):誠實執勤,真實報導資訊,尊重質疑;轉譯至AI,即誠實揭露AI使用事實、資料來源與限制,避免黑箱欺瞞。第四,程序的尊重(respect for procedure):依法行政,避免墨守成規致目標錯置,亦避免為效率犧牲程序正義;轉譯至AI,即落實數位正當程序,告知、聽證、理由說明義務不因自動化而免除。第五,手段的限制(limitation of means):手段須符合比例原則,不可不擇手段或偏袒;轉譯至AI,即最小侵害、比例性、可撤回,例如人臉辨識僅用於重大治安而非日常監控。這五項原則由價值層貫穿至技術層,成為古典倫理與AI倫理之間的橋梁。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100"/>
        <w:gridCol w:w="2926"/>
        <w:gridCol w:w="2500"/>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w:t>
            </w:r>
          </w:p>
        </w:tc>
        <w:tc>
          <w:tcPr>
            <w:tcW w:type="dxa" w:w="21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傳統意涵</w:t>
            </w:r>
          </w:p>
        </w:tc>
        <w:tc>
          <w:tcPr>
            <w:tcW w:type="dxa" w:w="29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AI轉譯</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課責檢核點</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公共取向</w:t>
            </w:r>
          </w:p>
        </w:tc>
        <w:tc>
          <w:tcPr>
            <w:tcW w:type="dxa" w:w="21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超越私利派系</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超越商業與多數偏見、保障弱勢</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偏見稽核、公平性指標</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反省選擇</w:t>
            </w:r>
          </w:p>
        </w:tc>
        <w:tc>
          <w:tcPr>
            <w:tcW w:type="dxa" w:w="21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四重反省</w:t>
            </w:r>
          </w:p>
        </w:tc>
        <w:tc>
          <w:tcPr>
            <w:tcW w:type="dxa" w:w="2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對抗自動化偏見、有意義人類覆核</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覆核率、推翻率紀錄</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真誠</w:t>
            </w:r>
          </w:p>
        </w:tc>
        <w:tc>
          <w:tcPr>
            <w:tcW w:type="dxa" w:w="21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誠實報導</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可解釋性、揭露AI介入</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模型卡、可解釋AI報告</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程序尊重</w:t>
            </w:r>
          </w:p>
        </w:tc>
        <w:tc>
          <w:tcPr>
            <w:tcW w:type="dxa" w:w="21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正當法律程序</w:t>
            </w:r>
          </w:p>
        </w:tc>
        <w:tc>
          <w:tcPr>
            <w:tcW w:type="dxa" w:w="2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數位正當程序、告知聽證</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稽核軌跡保存</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手段限制</w:t>
            </w:r>
          </w:p>
        </w:tc>
        <w:tc>
          <w:tcPr>
            <w:tcW w:type="dxa" w:w="21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比例、不偏袒</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最小侵害、風險分級、可撤銷</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人權影響評估</w:t>
            </w:r>
          </w:p>
        </w:tc>
      </w:tr>
    </w:tbl>
    <w:p>
      <w:pPr>
        <w:spacing w:after="280" w:before="120"/>
        <w:jc w:val="center"/>
      </w:pPr>
      <w:r>
        <w:rPr>
          <w:rFonts w:ascii="微軟正黑體" w:cs="微軟正黑體" w:eastAsia="微軟正黑體" w:hAnsi="微軟正黑體"/>
          <w:i/>
          <w:iCs/>
          <w:color w:val="555555"/>
          <w:sz w:val="18"/>
          <w:szCs w:val="18"/>
        </w:rPr>
        <w:t xml:space="preserve">表6-3　Warwick五原則從傳統到AI脈絡轉譯</w:t>
      </w:r>
    </w:p>
    <w:p>
      <w:pPr>
        <w:jc w:val="center"/>
      </w:pPr>
      <w:r>
        <w:drawing>
          <wp:inline xmlns:a="http://schemas.openxmlformats.org/drawingml/2006/main" xmlns:pic="http://schemas.openxmlformats.org/drawingml/2006/picture">
            <wp:extent cx="4846320" cy="4642317"/>
            <wp:docPr id="1" name="Picture 3"/>
            <wp:cNvGraphicFramePr>
              <a:graphicFrameLocks noChangeAspect="1"/>
            </wp:cNvGraphicFramePr>
            <a:graphic>
              <a:graphicData uri="http://schemas.openxmlformats.org/drawingml/2006/picture">
                <pic:pic>
                  <pic:nvPicPr>
                    <pic:cNvPr id="1" name="img_ethics_mindmap.jpg"/>
                    <pic:cNvPicPr/>
                  </pic:nvPicPr>
                  <pic:blipFill>
                    <a:blip r:embed="rId9"/>
                    <a:stretch>
                      <a:fillRect/>
                    </a:stretch>
                  </pic:blipFill>
                  <pic:spPr>
                    <a:xfrm>
                      <a:off x="0" y="0"/>
                      <a:ext cx="4846320" cy="4642317"/>
                    </a:xfrm>
                    <a:prstGeom prst="rect"/>
                  </pic:spPr>
                </pic:pic>
              </a:graphicData>
            </a:graphic>
          </wp:inline>
        </w:drawing>
      </w:r>
    </w:p>
    <w:p>
      <w:pPr>
        <w:jc w:val="center"/>
      </w:pPr>
      <w:r>
        <w:rPr>
          <w:i/>
          <w:sz w:val="21"/>
        </w:rPr>
        <w:t>圖6-C　決策與執行時的倫理考量心智圖:呼應Warwick「反省性選擇」之延伸檢核(補充圖表)</w:t>
      </w:r>
    </w:p>
    <w:p>
      <w:pPr>
        <w:spacing w:after="180" w:before="360"/>
      </w:pPr>
      <w:r>
        <w:rPr>
          <w:rFonts w:ascii="微軟正黑體" w:cs="微軟正黑體" w:eastAsia="微軟正黑體" w:hAnsi="微軟正黑體"/>
          <w:b/>
          <w:bCs/>
          <w:color w:val="1F4E79"/>
          <w:sz w:val="26"/>
          <w:szCs w:val="26"/>
        </w:rPr>
        <w:t xml:space="preserve">第三節　正義的行政:Rawls原初情境與無知之幕</w:t>
      </w:r>
    </w:p>
    <w:p>
      <w:pPr>
        <w:spacing w:after="140" w:before="260"/>
      </w:pPr>
      <w:r>
        <w:rPr>
          <w:rFonts w:ascii="微軟正黑體" w:cs="微軟正黑體" w:eastAsia="微軟正黑體" w:hAnsi="微軟正黑體"/>
          <w:b/>
          <w:bCs/>
          <w:color w:val="2E5C8A"/>
          <w:sz w:val="23"/>
          <w:szCs w:val="23"/>
        </w:rPr>
        <w:t xml:space="preserve">一、原初情境與無知之幕的思想實驗</w:t>
      </w:r>
    </w:p>
    <w:p>
      <w:pPr>
        <w:spacing w:after="200" w:line="360"/>
        <w:ind w:firstLine="431"/>
        <w:jc w:val="both"/>
      </w:pPr>
      <w:r>
        <w:rPr>
          <w:rFonts w:ascii="微軟正黑體" w:cs="微軟正黑體" w:eastAsia="微軟正黑體" w:hAnsi="微軟正黑體"/>
          <w:sz w:val="22"/>
          <w:szCs w:val="22"/>
        </w:rPr>
        <w:t xml:space="preserve">行政倫理的靈魂是社會公平。John Rawls於1971年出版《正義論》(A Theory of Justice),提供了最系統的哲學基礎。原初情境(original position)設想人們在訂立社會基本結構契約之前,處於理性、自由且互無利害但彼此合作的假想起點。無知之幕(veil of ignorance)則是為確保契約公正,參與者被置於無知之幕後,對自身天賦、階級、性別、族群、宗教、世代與社經地位一無所知,僅具一般社會理論知識,此設計目的在排除既得利益偏頗。</w:t>
      </w:r>
    </w:p>
    <w:p>
      <w:pPr>
        <w:spacing w:after="200" w:line="360"/>
        <w:ind w:firstLine="431"/>
        <w:jc w:val="both"/>
      </w:pPr>
      <w:r>
        <w:rPr>
          <w:rFonts w:ascii="微軟正黑體" w:cs="微軟正黑體" w:eastAsia="微軟正黑體" w:hAnsi="微軟正黑體"/>
          <w:sz w:val="22"/>
          <w:szCs w:val="22"/>
        </w:rPr>
        <w:t>觀念釐清：無知之幕並非「愚民無知」,而是一種「公平的程序裝置」,其核心是資訊限制下的公正推演。在幕後,理性個體基於風險規避,採取「最大化最小值」(maximin)策略,優先保障最劣勢者,因為每個人都可能成為最弱勢的一方。</w:t>
      </w:r>
    </w:p>
    <w:p>
      <w:pPr>
        <w:spacing w:after="140" w:before="260"/>
      </w:pPr>
      <w:r>
        <w:rPr>
          <w:rFonts w:ascii="微軟正黑體" w:cs="微軟正黑體" w:eastAsia="微軟正黑體" w:hAnsi="微軟正黑體"/>
          <w:b/>
          <w:bCs/>
          <w:color w:val="2E5C8A"/>
          <w:sz w:val="23"/>
          <w:szCs w:val="23"/>
        </w:rPr>
        <w:t xml:space="preserve">二、正義兩原則</w:t>
      </w:r>
    </w:p>
    <w:p>
      <w:pPr>
        <w:spacing w:after="200" w:line="360"/>
        <w:ind w:firstLine="431"/>
        <w:jc w:val="both"/>
      </w:pPr>
      <w:r>
        <w:rPr>
          <w:rFonts w:ascii="微軟正黑體" w:cs="微軟正黑體" w:eastAsia="微軟正黑體" w:hAnsi="微軟正黑體"/>
          <w:sz w:val="22"/>
          <w:szCs w:val="22"/>
        </w:rPr>
        <w:t xml:space="preserve">第一原則(自由平等原則):每個人對與所有人所享最廣泛平等的基本自由體系相容之類似自由體系,享有平等權利,包括政治自由、言論自由、人身自由等,具有優先性。第二原則(機會均等與差別原則):其一為機會公平平等原則,職位與地位應在公平機會平等下對所有人開放;其二為差別原則(difference principle),社會與經濟的不平等,僅在對社會中最弱勢者最有利時,始具有正當性。</w:t>
      </w:r>
    </w:p>
    <w:p>
      <w:pPr>
        <w:spacing w:after="140" w:before="260"/>
      </w:pPr>
      <w:r>
        <w:rPr>
          <w:rFonts w:ascii="微軟正黑體" w:cs="微軟正黑體" w:eastAsia="微軟正黑體" w:hAnsi="微軟正黑體"/>
          <w:b/>
          <w:bCs/>
          <w:color w:val="2E5C8A"/>
          <w:sz w:val="23"/>
          <w:szCs w:val="23"/>
        </w:rPr>
        <w:t xml:space="preserve">三、對行政倫理的制度涵義</w:t>
      </w:r>
    </w:p>
    <w:p>
      <w:pPr>
        <w:spacing w:after="200" w:line="360"/>
        <w:ind w:firstLine="431"/>
        <w:jc w:val="both"/>
      </w:pPr>
      <w:r>
        <w:rPr>
          <w:rFonts w:ascii="微軟正黑體" w:cs="微軟正黑體" w:eastAsia="微軟正黑體" w:hAnsi="微軟正黑體"/>
          <w:sz w:val="22"/>
          <w:szCs w:val="22"/>
        </w:rPr>
        <w:t xml:space="preserve">Rawls正義論對行政倫理至少有三重制度涵義:最弱勢者保障應作為資源分配的優先考量;程序正義與補償正義須取得平衡;而在AI治理中,「演算法無知之幕」(blind testing,遮蔽種族、性別等受保護特徵以檢測模型偏見)則成為公平機器學習的哲學基礎。</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1900"/>
        <w:gridCol w:w="2700"/>
        <w:gridCol w:w="2926"/>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構成</w:t>
            </w:r>
          </w:p>
        </w:tc>
        <w:tc>
          <w:tcPr>
            <w:tcW w:type="dxa" w:w="1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原典意涵</w:t>
            </w:r>
          </w:p>
        </w:tc>
        <w:tc>
          <w:tcPr>
            <w:tcW w:type="dxa" w:w="2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行政轉譯</w:t>
            </w:r>
          </w:p>
        </w:tc>
        <w:tc>
          <w:tcPr>
            <w:tcW w:type="dxa" w:w="29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AI治理轉譯</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原初情境</w:t>
            </w:r>
          </w:p>
        </w:tc>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契約起點</w:t>
            </w:r>
          </w:p>
        </w:tc>
        <w:tc>
          <w:tcPr>
            <w:tcW w:type="dxa" w:w="2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政策制定前的利害關係人審議</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演算法設計前的影響評估</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無知之幕</w:t>
            </w:r>
          </w:p>
        </w:tc>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遮蔽社經資訊</w:t>
            </w:r>
          </w:p>
        </w:tc>
        <w:tc>
          <w:tcPr>
            <w:tcW w:type="dxa" w:w="2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中立檢視政策對弱勢的衝擊</w:t>
            </w:r>
          </w:p>
        </w:tc>
        <w:tc>
          <w:tcPr>
            <w:tcW w:type="dxa" w:w="2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遮蔽種族、性別等特徵以檢測偏見</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自由原則</w:t>
            </w:r>
          </w:p>
        </w:tc>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基本自由平等</w:t>
            </w:r>
          </w:p>
        </w:tc>
        <w:tc>
          <w:tcPr>
            <w:tcW w:type="dxa" w:w="2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基本人權優先於效率</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隱私權不因AI效率而犧牲</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機會均等</w:t>
            </w:r>
          </w:p>
        </w:tc>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職位對所有人開放</w:t>
            </w:r>
          </w:p>
        </w:tc>
        <w:tc>
          <w:tcPr>
            <w:tcW w:type="dxa" w:w="2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考試用人、採購公平</w:t>
            </w:r>
          </w:p>
        </w:tc>
        <w:tc>
          <w:tcPr>
            <w:tcW w:type="dxa" w:w="29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資料與算力近用權的公平</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差別原則</w:t>
            </w:r>
          </w:p>
        </w:tc>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對最弱勢者最有利</w:t>
            </w:r>
          </w:p>
        </w:tc>
        <w:tc>
          <w:tcPr>
            <w:tcW w:type="dxa" w:w="2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重分配、矯正措施</w:t>
            </w:r>
          </w:p>
        </w:tc>
        <w:tc>
          <w:tcPr>
            <w:tcW w:type="dxa" w:w="29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改善最弱勢群體的錯誤率</w:t>
            </w:r>
          </w:p>
        </w:tc>
      </w:tr>
    </w:tbl>
    <w:p>
      <w:pPr>
        <w:spacing w:after="280" w:before="120"/>
        <w:jc w:val="center"/>
      </w:pPr>
      <w:r>
        <w:rPr>
          <w:rFonts w:ascii="微軟正黑體" w:cs="微軟正黑體" w:eastAsia="微軟正黑體" w:hAnsi="微軟正黑體"/>
          <w:i/>
          <w:iCs/>
          <w:color w:val="555555"/>
          <w:sz w:val="18"/>
          <w:szCs w:val="18"/>
        </w:rPr>
        <w:t xml:space="preserve">表6-4　Rawls正義論在行政實務與AI治理之應用</w:t>
      </w:r>
    </w:p>
    <w:p>
      <w:pPr>
        <w:spacing w:after="180" w:before="360"/>
      </w:pPr>
      <w:r>
        <w:rPr>
          <w:rFonts w:ascii="微軟正黑體" w:cs="微軟正黑體" w:eastAsia="微軟正黑體" w:hAnsi="微軟正黑體"/>
          <w:b/>
          <w:bCs/>
          <w:color w:val="1F4E79"/>
          <w:sz w:val="26"/>
          <w:szCs w:val="26"/>
        </w:rPr>
        <w:t xml:space="preserve">第四節　行政中立的新詮釋:從去政治化到民主錨定</w:t>
      </w:r>
    </w:p>
    <w:p>
      <w:pPr>
        <w:spacing w:after="140" w:before="260"/>
      </w:pPr>
      <w:r>
        <w:rPr>
          <w:rFonts w:ascii="微軟正黑體" w:cs="微軟正黑體" w:eastAsia="微軟正黑體" w:hAnsi="微軟正黑體"/>
          <w:b/>
          <w:bCs/>
          <w:color w:val="2E5C8A"/>
          <w:sz w:val="23"/>
          <w:szCs w:val="23"/>
        </w:rPr>
        <w:t xml:space="preserve">一、傳統定義與功能</w:t>
      </w:r>
    </w:p>
    <w:p>
      <w:pPr>
        <w:spacing w:after="200" w:line="360"/>
        <w:ind w:firstLine="431"/>
        <w:jc w:val="both"/>
      </w:pPr>
      <w:r>
        <w:rPr>
          <w:rFonts w:ascii="微軟正黑體" w:cs="微軟正黑體" w:eastAsia="微軟正黑體" w:hAnsi="微軟正黑體"/>
          <w:sz w:val="22"/>
          <w:szCs w:val="22"/>
        </w:rPr>
        <w:t xml:space="preserve">行政中立(administrative neutrality)指事務官依法執行公務,以同一標準服務全民,不因政黨色彩介入政爭。強調行政中立的原因包括社會多元化、專業主義與民主鞏固,其功能則在於維持社會公平、防止分贓、履行信託、穩定體系與避免公器私用。各國模式不盡相同:英國將文官分為政治自由類(可從事政治但上班時間禁止)、中間類(經許可得參與全國與地方政治)、限制類(不得從事全國性政治);美國Hatch Act(1939年制定、1993年修正)則禁止文官利用職權介入黨爭、募款、公開助選,但保障其私下投票表達的權利,並防止政治首長脅迫。</w:t>
      </w:r>
    </w:p>
    <w:p>
      <w:pPr>
        <w:spacing w:after="140" w:before="260"/>
      </w:pPr>
      <w:r>
        <w:rPr>
          <w:rFonts w:ascii="微軟正黑體" w:cs="微軟正黑體" w:eastAsia="微軟正黑體" w:hAnsi="微軟正黑體"/>
          <w:b/>
          <w:bCs/>
          <w:color w:val="2E5C8A"/>
          <w:sz w:val="23"/>
          <w:szCs w:val="23"/>
        </w:rPr>
        <w:t xml:space="preserve">二、弔詭性與新詮釋</w:t>
      </w:r>
    </w:p>
    <w:p>
      <w:pPr>
        <w:spacing w:after="200" w:line="360"/>
        <w:ind w:firstLine="431"/>
        <w:jc w:val="both"/>
      </w:pPr>
      <w:r>
        <w:rPr>
          <w:rFonts w:ascii="微軟正黑體" w:cs="微軟正黑體" w:eastAsia="微軟正黑體" w:hAnsi="微軟正黑體"/>
          <w:sz w:val="22"/>
          <w:szCs w:val="22"/>
        </w:rPr>
        <w:t xml:space="preserve">黑堡宣言(1983)與新公共管理皆認為政治與行政無法截然二分,代表性官僚理論也主張要求公務員如僧侶般中立並不切實際;Waldo更指出,中立若等同於無價值,將淪為單純的效率工具。當代學界因而提出新詮釋:中立對象由「不介入政治」轉移為「忠於憲法、法律與民主程序本身」(constitutional loyalty);行為模式由消極的「不介入」轉為積極的「捍衛弱勢、促進人權」;價值立場由「價值中立」轉為「價值澄清、公共價值導向」;數位中立則是新增課題——演算法中立並非價值中立,平台與GovTech廠商的政治偏見同樣需要納入監督範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313"/>
        <w:gridCol w:w="2713"/>
        <w:gridCol w:w="2500"/>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維度</w:t>
            </w:r>
          </w:p>
        </w:tc>
        <w:tc>
          <w:tcPr>
            <w:tcW w:type="dxa" w:w="23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舊詮釋(去政治化)</w:t>
            </w:r>
          </w:p>
        </w:tc>
        <w:tc>
          <w:tcPr>
            <w:tcW w:type="dxa" w:w="2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新詮釋(民主錨定)</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AI世代挑戰</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中立對象</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對政黨保持距離</w:t>
            </w:r>
          </w:p>
        </w:tc>
        <w:tc>
          <w:tcPr>
            <w:tcW w:type="dxa" w:w="2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忠於憲法、法治、人權</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忠於憲法並揭露演算法偏見</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行為模式</w:t>
            </w:r>
          </w:p>
        </w:tc>
        <w:tc>
          <w:tcPr>
            <w:tcW w:type="dxa" w:w="23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不介入、被動服從</w:t>
            </w:r>
          </w:p>
        </w:tc>
        <w:tc>
          <w:tcPr>
            <w:tcW w:type="dxa" w:w="2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積極回應弱勢、揭露不公</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主動稽核數據偏見</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價值立場</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價值中立、技術官僚</w:t>
            </w:r>
          </w:p>
        </w:tc>
        <w:tc>
          <w:tcPr>
            <w:tcW w:type="dxa" w:w="2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價值澄清、公共價值導向</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價值嵌入設計之揭露</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法制角色</w:t>
            </w:r>
          </w:p>
        </w:tc>
        <w:tc>
          <w:tcPr>
            <w:tcW w:type="dxa" w:w="23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自律自覺</w:t>
            </w:r>
          </w:p>
        </w:tc>
        <w:tc>
          <w:tcPr>
            <w:tcW w:type="dxa" w:w="2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他律自律並重、法治防弊並保障文官</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演算法治理專法與指引</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風險</w:t>
            </w:r>
          </w:p>
        </w:tc>
        <w:tc>
          <w:tcPr>
            <w:tcW w:type="dxa" w:w="23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淪為現狀維護、冷漠</w:t>
            </w:r>
          </w:p>
        </w:tc>
        <w:tc>
          <w:tcPr>
            <w:tcW w:type="dxa" w:w="2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被濫用為忠誠審查</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技術洗白(ethics washing)</w:t>
            </w:r>
          </w:p>
        </w:tc>
      </w:tr>
    </w:tbl>
    <w:p>
      <w:pPr>
        <w:spacing w:after="280" w:before="120"/>
        <w:jc w:val="center"/>
      </w:pPr>
      <w:r>
        <w:rPr>
          <w:rFonts w:ascii="微軟正黑體" w:cs="微軟正黑體" w:eastAsia="微軟正黑體" w:hAnsi="微軟正黑體"/>
          <w:i/>
          <w:iCs/>
          <w:color w:val="555555"/>
          <w:sz w:val="18"/>
          <w:szCs w:val="18"/>
        </w:rPr>
        <w:t xml:space="preserve">表6-5　行政中立新舊詮釋與AI世代挑戰</w:t>
      </w:r>
    </w:p>
    <w:p>
      <w:pPr>
        <w:spacing w:after="140" w:before="260"/>
      </w:pPr>
      <w:r>
        <w:rPr>
          <w:rFonts w:ascii="微軟正黑體" w:cs="微軟正黑體" w:eastAsia="微軟正黑體" w:hAnsi="微軟正黑體"/>
          <w:b/>
          <w:bCs/>
          <w:color w:val="2E5C8A"/>
          <w:sz w:val="23"/>
          <w:szCs w:val="23"/>
        </w:rPr>
        <w:t xml:space="preserve">三、我國行政中立法之制度設計</w:t>
      </w:r>
    </w:p>
    <w:p>
      <w:pPr>
        <w:spacing w:after="200" w:line="360"/>
        <w:ind w:firstLine="431"/>
        <w:jc w:val="both"/>
      </w:pPr>
      <w:r>
        <w:rPr>
          <w:rFonts w:ascii="微軟正黑體" w:cs="微軟正黑體" w:eastAsia="微軟正黑體" w:hAnsi="微軟正黑體"/>
          <w:sz w:val="22"/>
          <w:szCs w:val="22"/>
        </w:rPr>
        <w:t xml:space="preserve">我國公務人員行政中立法於2009年制定,第1條明定目的為確保公務人員依法行政、執行公正、政治中立,並適度規範公務人員參與政治活動。其規範對象為法定機關依法任用、派用之有給專任人員及公立學校依法任用之職員(第2條),並延伸準用於公立學校校長、軍職教官、政風及機要人員、行政法人有給專任人員等九類人員(第17條),以及依憲法或法律規定須超出黨派、依法獨立行使職權之政務人員(第18條)。</w:t>
      </w:r>
    </w:p>
    <w:p>
      <w:pPr>
        <w:spacing w:after="200" w:line="360"/>
        <w:ind w:firstLine="431"/>
        <w:jc w:val="both"/>
      </w:pPr>
      <w:r>
        <w:rPr>
          <w:rFonts w:ascii="微軟正黑體" w:cs="微軟正黑體" w:eastAsia="微軟正黑體" w:hAnsi="微軟正黑體"/>
          <w:sz w:val="22"/>
          <w:szCs w:val="22"/>
        </w:rPr>
        <w:t xml:space="preserve">在義務內容上(第5條至第9條),公務人員得加入政黨或其他政治團體,但不得兼任政黨或其他政治團體之職務,也不得兼任公職候選人競選辦事處之職務;不得利用職務上之權力、機會或方法介入黨派紛爭,或要求他人加入、不加入政黨;不得利用職權為政黨、政治團體或擬參選人要求、期約或收受捐助,也不得阻止他人依法募款;不得動用行政資源(公物、公款、場所、房舍、人力)編製散發宣傳品、在辦公場所懸掛政黨徽章旗幟、主持集會遊行、具銜具名廣告助選,或對職務相關人員表達政治指示。在參選規定上(第11條),公務人員登記為公職候選人者,自候選人名單公告之日起至投票日止,應依規定請事假或休假,長官不得拒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BEB" w:sz="2"/>
              <w:left w:val="single" w:color="B23A3A" w:sz="24"/>
              <w:bottom w:val="single" w:color="FDEBEB" w:sz="2"/>
              <w:right w:val="single" w:color="FDEBEB" w:sz="2"/>
            </w:tcBorders>
            <w:shd w:fill="FDEBEB" w:val="clear"/>
            <w:tcMar>
              <w:top w:type="dxa" w:w="160"/>
              <w:left w:type="dxa" w:w="220"/>
              <w:bottom w:type="dxa" w:w="160"/>
              <w:right w:type="dxa" w:w="220"/>
            </w:tcMar>
          </w:tcPr>
          <w:p>
            <w:pPr>
              <w:spacing w:after="100"/>
            </w:pPr>
            <w:r>
              <w:rPr>
                <w:rFonts w:ascii="微軟正黑體" w:cs="微軟正黑體" w:eastAsia="微軟正黑體" w:hAnsi="微軟正黑體"/>
                <w:b/>
                <w:bCs/>
                <w:color w:val="B23A3A"/>
                <w:sz w:val="22"/>
                <w:szCs w:val="22"/>
              </w:rPr>
              <w:t xml:space="preserve">觀念釐清:加入政黨不等於可從事黨務</w:t>
            </w:r>
          </w:p>
          <w:p>
            <w:pPr>
              <w:spacing w:line="340"/>
              <w:jc w:val="both"/>
            </w:pPr>
            <w:r>
              <w:rPr>
                <w:rFonts w:ascii="微軟正黑體" w:cs="微軟正黑體" w:eastAsia="微軟正黑體" w:hAnsi="微軟正黑體"/>
                <w:sz w:val="21"/>
                <w:szCs w:val="21"/>
              </w:rPr>
              <w:t xml:space="preserve">可加入政黨,不代表可以兼任黨職或從事助選募款;行政中立也不等於「無心無立場」,而是「對憲法忠誠、對政黨節制、對人民負責」。這個區分,是理解我國行政中立法制度設計的關鍵起點。</w:t>
            </w:r>
          </w:p>
        </w:tc>
      </w:tr>
    </w:tbl>
    <w:p>
      <w:pPr>
        <w:spacing w:after="180" w:before="360"/>
      </w:pPr>
      <w:r>
        <w:rPr>
          <w:rFonts w:ascii="微軟正黑體" w:cs="微軟正黑體" w:eastAsia="微軟正黑體" w:hAnsi="微軟正黑體"/>
          <w:b/>
          <w:bCs/>
          <w:color w:val="1F4E79"/>
          <w:sz w:val="26"/>
          <w:szCs w:val="26"/>
        </w:rPr>
        <w:t xml:space="preserve">第五節　行政責任的體系:向誰負責?如何確保?</w:t>
      </w:r>
    </w:p>
    <w:p>
      <w:pPr>
        <w:jc w:val="center"/>
      </w:pPr>
      <w:r>
        <w:drawing>
          <wp:inline xmlns:a="http://schemas.openxmlformats.org/drawingml/2006/main" xmlns:pic="http://schemas.openxmlformats.org/drawingml/2006/picture">
            <wp:extent cx="3931920" cy="1875331"/>
            <wp:docPr id="2" name="Picture 4"/>
            <wp:cNvGraphicFramePr>
              <a:graphicFrameLocks noChangeAspect="1"/>
            </wp:cNvGraphicFramePr>
            <a:graphic>
              <a:graphicData uri="http://schemas.openxmlformats.org/drawingml/2006/picture">
                <pic:pic>
                  <pic:nvPicPr>
                    <pic:cNvPr id="2" name="img_ideal_responsibility.jpg"/>
                    <pic:cNvPicPr/>
                  </pic:nvPicPr>
                  <pic:blipFill>
                    <a:blip r:embed="rId10"/>
                    <a:stretch>
                      <a:fillRect/>
                    </a:stretch>
                  </pic:blipFill>
                  <pic:spPr>
                    <a:xfrm>
                      <a:off x="0" y="0"/>
                      <a:ext cx="3931920" cy="1875331"/>
                    </a:xfrm>
                    <a:prstGeom prst="rect"/>
                  </pic:spPr>
                </pic:pic>
              </a:graphicData>
            </a:graphic>
          </wp:inline>
        </w:drawing>
      </w:r>
    </w:p>
    <w:p>
      <w:pPr>
        <w:jc w:val="center"/>
      </w:pPr>
      <w:r>
        <w:rPr>
          <w:i/>
          <w:sz w:val="21"/>
        </w:rPr>
        <w:t>圖6-D　理想的行政責任:政治責任、專業責任與個人責任的交會(補充圖表)</w:t>
      </w:r>
    </w:p>
    <w:p>
      <w:pPr>
        <w:spacing w:after="140" w:before="260"/>
      </w:pPr>
      <w:r>
        <w:rPr>
          <w:rFonts w:ascii="微軟正黑體" w:cs="微軟正黑體" w:eastAsia="微軟正黑體" w:hAnsi="微軟正黑體"/>
          <w:b/>
          <w:bCs/>
          <w:color w:val="2E5C8A"/>
          <w:sz w:val="23"/>
          <w:szCs w:val="23"/>
        </w:rPr>
        <w:t xml:space="preserve">一、責任的意涵</w:t>
      </w:r>
    </w:p>
    <w:p>
      <w:pPr>
        <w:spacing w:after="200" w:line="360"/>
        <w:ind w:firstLine="431"/>
        <w:jc w:val="both"/>
      </w:pPr>
      <w:r>
        <w:rPr>
          <w:rFonts w:ascii="微軟正黑體" w:cs="微軟正黑體" w:eastAsia="微軟正黑體" w:hAnsi="微軟正黑體"/>
          <w:sz w:val="22"/>
          <w:szCs w:val="22"/>
        </w:rPr>
        <w:t xml:space="preserve">行政責任(administrative responsibility)指行政人員應向誰(to whom)、為何事(for what)負責。Fesler與Kettl提出二分架構:負責行為(accountable behavior)指遵守法律、服從長官、追求效率,即依法辦事之客觀責任;倫理行為(ethical behavior)指堅守道德標準、公共利益、專業良知之主觀責任。二者相輔相成,僅有前者容易淪為「依照命令作惡」,僅有後者則可能導致無政府化。Starling則提出六項要素作為責任成熟度的檢核標準:回應性(responsiveness)、彈性(flexibility)、課責性(accountability)、廉潔性(integrity)、勝任能力(competency)與正當程序(due process),近年文獻並納入可審計性(auditability)作為擴充。</w:t>
      </w:r>
    </w:p>
    <w:p>
      <w:pPr>
        <w:spacing w:after="140" w:before="260"/>
      </w:pPr>
      <w:r>
        <w:rPr>
          <w:rFonts w:ascii="微軟正黑體" w:cs="微軟正黑體" w:eastAsia="微軟正黑體" w:hAnsi="微軟正黑體"/>
          <w:b/>
          <w:bCs/>
          <w:color w:val="2E5C8A"/>
          <w:sz w:val="23"/>
          <w:szCs w:val="23"/>
        </w:rPr>
        <w:t xml:space="preserve">二、Gilbert四宮格</w:t>
      </w:r>
    </w:p>
    <w:p>
      <w:pPr>
        <w:spacing w:after="200" w:line="360"/>
        <w:ind w:firstLine="431"/>
        <w:jc w:val="both"/>
      </w:pPr>
      <w:r>
        <w:rPr>
          <w:rFonts w:ascii="微軟正黑體" w:cs="微軟正黑體" w:eastAsia="微軟正黑體" w:hAnsi="微軟正黑體"/>
          <w:sz w:val="22"/>
          <w:szCs w:val="22"/>
        </w:rPr>
        <w:t xml:space="preserve">Gilbert依「正式/非正式」與「內部/外部」兩個向度,建構出確保行政責任的四種途徑。內部正式途徑包括行政控制(層級節制、標準作業程序)、調查委員會,以及人事、主計、政風的雙重監督;外部正式途徑包括議會控制(立法、預算、質詢、聽證)、司法控制(行政訴訟、裁量審查)、監察控制(糾舉、彈劾、審計)與選舉課責;內部非正式途徑包括代表性官僚、專業倫理與吹哨者揭弊——我國目前已有相關保護法草案持續推動;外部非正式途徑則包括公民參與(陳情、公聽會、審議式民調)、媒體監督(第四權),以及資訊自由(政府資訊公開法、開放資料)。正式途徑側重制裁,非正式途徑側重預防;內部途徑側重效率,外部途徑側重民主。過度倚賴內部正式容易形成防衛性官僚,過度倚賴外部非正式則容易形成民粹式課責。</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3913"/>
        <w:gridCol w:w="3913"/>
      </w:tblGrid>
      <w:tr>
        <w:trPr>
          <w:tblHeader/>
        </w:trPr>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
            </w:r>
          </w:p>
        </w:tc>
        <w:tc>
          <w:tcPr>
            <w:tcW w:type="dxa" w:w="3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w:t>
            </w:r>
          </w:p>
        </w:tc>
        <w:tc>
          <w:tcPr>
            <w:tcW w:type="dxa" w:w="3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外部</w:t>
            </w:r>
          </w:p>
        </w:tc>
      </w:tr>
      <w:tr>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正式</w:t>
            </w:r>
          </w:p>
        </w:tc>
        <w:tc>
          <w:tcPr>
            <w:tcW w:type="dxa" w:w="3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行政控制、調查委員會、人事主計政風雙重監督、內部稽核AI日誌</w:t>
            </w:r>
          </w:p>
        </w:tc>
        <w:tc>
          <w:tcPr>
            <w:tcW w:type="dxa" w:w="3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議會控制、司法控制、監察審計、選舉課責、個資與AI專責機關</w:t>
            </w:r>
          </w:p>
        </w:tc>
      </w:tr>
      <w:tr>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非正式</w:t>
            </w:r>
          </w:p>
        </w:tc>
        <w:tc>
          <w:tcPr>
            <w:tcW w:type="dxa" w:w="3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代表性官僚、專業倫理、吹哨者保護、倫理長</w:t>
            </w:r>
          </w:p>
        </w:tc>
        <w:tc>
          <w:tcPr>
            <w:tcW w:type="dxa" w:w="3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公民參與與數位審議、媒體與演算法監督、資訊自由與開放資料</w:t>
            </w:r>
          </w:p>
        </w:tc>
      </w:tr>
    </w:tbl>
    <w:p>
      <w:pPr>
        <w:spacing w:after="280" w:before="120"/>
        <w:jc w:val="center"/>
      </w:pPr>
      <w:r>
        <w:rPr>
          <w:rFonts w:ascii="微軟正黑體" w:cs="微軟正黑體" w:eastAsia="微軟正黑體" w:hAnsi="微軟正黑體"/>
          <w:i/>
          <w:iCs/>
          <w:color w:val="555555"/>
          <w:sz w:val="18"/>
          <w:szCs w:val="18"/>
        </w:rPr>
        <w:t xml:space="preserve">表6-6　Gilbert行政責任確保途徑(納入數位機制)</w:t>
      </w:r>
    </w:p>
    <w:p>
      <w:pPr>
        <w:jc w:val="center"/>
      </w:pPr>
      <w:r>
        <w:drawing>
          <wp:inline xmlns:a="http://schemas.openxmlformats.org/drawingml/2006/main" xmlns:pic="http://schemas.openxmlformats.org/drawingml/2006/picture">
            <wp:extent cx="5760720" cy="2627450"/>
            <wp:docPr id="3" name="Picture 1"/>
            <wp:cNvGraphicFramePr>
              <a:graphicFrameLocks noChangeAspect="1"/>
            </wp:cNvGraphicFramePr>
            <a:graphic>
              <a:graphicData uri="http://schemas.openxmlformats.org/drawingml/2006/picture">
                <pic:pic>
                  <pic:nvPicPr>
                    <pic:cNvPr id="3" name="img_gilbert_stalin.jpg"/>
                    <pic:cNvPicPr/>
                  </pic:nvPicPr>
                  <pic:blipFill>
                    <a:blip r:embed="rId11"/>
                    <a:stretch>
                      <a:fillRect/>
                    </a:stretch>
                  </pic:blipFill>
                  <pic:spPr>
                    <a:xfrm>
                      <a:off x="0" y="0"/>
                      <a:ext cx="5760720" cy="2627450"/>
                    </a:xfrm>
                    <a:prstGeom prst="rect"/>
                  </pic:spPr>
                </pic:pic>
              </a:graphicData>
            </a:graphic>
          </wp:inline>
        </w:drawing>
      </w:r>
    </w:p>
    <w:p>
      <w:pPr>
        <w:jc w:val="center"/>
      </w:pPr>
      <w:r>
        <w:rPr>
          <w:i/>
          <w:sz w:val="21"/>
        </w:rPr>
        <w:t>圖6-A　吉伯特(1959)與史塔林(2008)行政責任分析架構比較(補充圖表)</w:t>
      </w:r>
    </w:p>
    <w:p>
      <w:pPr>
        <w:spacing w:after="140" w:before="260"/>
      </w:pPr>
      <w:r>
        <w:rPr>
          <w:rFonts w:ascii="微軟正黑體" w:cs="微軟正黑體" w:eastAsia="微軟正黑體" w:hAnsi="微軟正黑體"/>
          <w:b/>
          <w:bCs/>
          <w:color w:val="2E5C8A"/>
          <w:sz w:val="23"/>
          <w:szCs w:val="23"/>
        </w:rPr>
        <w:t xml:space="preserve">三、三元責任論與課責分流</w:t>
      </w:r>
    </w:p>
    <w:p>
      <w:pPr>
        <w:spacing w:after="200" w:line="360"/>
        <w:ind w:firstLine="431"/>
        <w:jc w:val="both"/>
      </w:pPr>
      <w:r>
        <w:rPr>
          <w:rFonts w:ascii="微軟正黑體" w:cs="微軟正黑體" w:eastAsia="微軟正黑體" w:hAnsi="微軟正黑體"/>
          <w:sz w:val="22"/>
          <w:szCs w:val="22"/>
        </w:rPr>
        <w:t xml:space="preserve">整合美國實務與國內研究,可提出三元責任論:政治責任,對民選首長、政黨與民意負責,確保回應性,機制為選舉、議會質詢、參與式預算;法律責任,對憲法、法律與法院負責,確保合法性與人權保障,機制為行政訴訟、國家賠償、司法審查與監察,課責邏輯即「法無授權即禁止」的依法行政;專業責任,對專業社群、倫理守則與公共利益負責,確保效能與倫理,機制為專業認證、倫理守則、同儕評鑑與吹哨者揭弊。三者經常相互衝突——政治要求快速、法律要求嚴謹、專業要求正確,例如疫情快篩緊急授權即為三角拉扯的典型案例。成熟的制度不在於消除衝突,而在於提供透明的權衡機制。課責的完整流程應包含資訊、辯論、制裁三個階段,若缺乏可爭訟性,課責便僅是儀式。</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BEB" w:sz="2"/>
              <w:left w:val="single" w:color="B23A3A" w:sz="24"/>
              <w:bottom w:val="single" w:color="FDEBEB" w:sz="2"/>
              <w:right w:val="single" w:color="FDEBEB" w:sz="2"/>
            </w:tcBorders>
            <w:shd w:fill="FDEBEB" w:val="clear"/>
            <w:tcMar>
              <w:top w:type="dxa" w:w="160"/>
              <w:left w:type="dxa" w:w="220"/>
              <w:bottom w:type="dxa" w:w="160"/>
              <w:right w:type="dxa" w:w="220"/>
            </w:tcMar>
          </w:tcPr>
          <w:p>
            <w:pPr>
              <w:spacing w:after="100"/>
            </w:pPr>
            <w:r>
              <w:rPr>
                <w:rFonts w:ascii="微軟正黑體" w:cs="微軟正黑體" w:eastAsia="微軟正黑體" w:hAnsi="微軟正黑體"/>
                <w:b/>
                <w:bCs/>
                <w:color w:val="B23A3A"/>
                <w:sz w:val="22"/>
                <w:szCs w:val="22"/>
              </w:rPr>
              <w:t xml:space="preserve">觀念釐清:Responsibility與Accountability</w:t>
            </w:r>
          </w:p>
          <w:p>
            <w:pPr>
              <w:spacing w:line="340"/>
              <w:jc w:val="both"/>
            </w:pPr>
            <w:r>
              <w:rPr>
                <w:rFonts w:ascii="微軟正黑體" w:cs="微軟正黑體" w:eastAsia="微軟正黑體" w:hAnsi="微軟正黑體"/>
                <w:sz w:val="21"/>
                <w:szCs w:val="21"/>
              </w:rPr>
              <w:t xml:space="preserve">中文常將Responsibility與Accountability皆譯為「課責」,但兩者內涵不同:Responsibility是內在的責任感,偏向主觀責任;Accountability是外在的可究責狀態,偏向客觀責任。行政責任的完整設計,須同時處理這兩個層次。</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513"/>
        <w:gridCol w:w="2513"/>
        <w:gridCol w:w="2500"/>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2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政治責任</w:t>
            </w:r>
          </w:p>
        </w:tc>
        <w:tc>
          <w:tcPr>
            <w:tcW w:type="dxa" w:w="2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法律責任</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專業責任</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對誰負責</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民選首長、政黨、公民</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憲法、法律、法院</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專業社群、公共利益、良知</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為何負責</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回應性、代表性</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合法性、人權保障</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效能、倫理正當性</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如何確保</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選舉、議會、民意</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司法審查、監察審計</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專業守則、同儕、吹哨</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數位新機制</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數位公聽會、參與平台</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AI基本法、人權影響評估</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AI倫理委員會、模型審計</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風險</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民粹短視</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形式主義</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菁英閉門</w:t>
            </w:r>
          </w:p>
        </w:tc>
      </w:tr>
    </w:tbl>
    <w:p>
      <w:pPr>
        <w:spacing w:after="280" w:before="120"/>
        <w:jc w:val="center"/>
      </w:pPr>
      <w:r>
        <w:rPr>
          <w:rFonts w:ascii="微軟正黑體" w:cs="微軟正黑體" w:eastAsia="微軟正黑體" w:hAnsi="微軟正黑體"/>
          <w:i/>
          <w:iCs/>
          <w:color w:val="555555"/>
          <w:sz w:val="18"/>
          <w:szCs w:val="18"/>
        </w:rPr>
        <w:t xml:space="preserve">表6-7　三元責任論比較</w:t>
      </w:r>
    </w:p>
    <w:p>
      <w:pPr>
        <w:spacing w:after="200" w:line="360"/>
        <w:ind w:firstLine="431"/>
        <w:jc w:val="both"/>
      </w:pPr>
      <w:r>
        <w:rPr>
          <w:rFonts w:ascii="微軟正黑體" w:cs="微軟正黑體" w:eastAsia="微軟正黑體" w:hAnsi="微軟正黑體"/>
          <w:sz w:val="22"/>
          <w:szCs w:val="22"/>
        </w:rPr>
        <w:t xml:space="preserve">表6-7的三元責任論是課責共同語言。表6-8的陽光四法是臺灣法制落地，兩張表要連著讀：理論上向誰負責，條文上用哪一部法。</w:t>
      </w:r>
    </w:p>
    <w:p>
      <w:pPr>
        <w:jc w:val="center"/>
      </w:pPr>
      <w:r>
        <w:drawing>
          <wp:inline xmlns:a="http://schemas.openxmlformats.org/drawingml/2006/main" xmlns:pic="http://schemas.openxmlformats.org/drawingml/2006/picture">
            <wp:extent cx="5760720" cy="1934291"/>
            <wp:docPr id="4" name="Picture 2"/>
            <wp:cNvGraphicFramePr>
              <a:graphicFrameLocks noChangeAspect="1"/>
            </wp:cNvGraphicFramePr>
            <a:graphic>
              <a:graphicData uri="http://schemas.openxmlformats.org/drawingml/2006/picture">
                <pic:pic>
                  <pic:nvPicPr>
                    <pic:cNvPr id="4" name="img_accountability_map.jpg"/>
                    <pic:cNvPicPr/>
                  </pic:nvPicPr>
                  <pic:blipFill>
                    <a:blip r:embed="rId12"/>
                    <a:stretch>
                      <a:fillRect/>
                    </a:stretch>
                  </pic:blipFill>
                  <pic:spPr>
                    <a:xfrm>
                      <a:off x="0" y="0"/>
                      <a:ext cx="5760720" cy="1934291"/>
                    </a:xfrm>
                    <a:prstGeom prst="rect"/>
                  </pic:spPr>
                </pic:pic>
              </a:graphicData>
            </a:graphic>
          </wp:inline>
        </w:drawing>
      </w:r>
    </w:p>
    <w:p>
      <w:pPr>
        <w:jc w:val="center"/>
      </w:pPr>
      <w:r>
        <w:rPr>
          <w:i/>
          <w:sz w:val="21"/>
        </w:rPr>
        <w:t>圖6-B　我國公務員課責途徑心智圖：政治懲處、法律懲處與行政懲處(補充圖表)</w:t>
      </w:r>
    </w:p>
    <w:p>
      <w:pPr>
        <w:spacing w:after="180" w:before="360"/>
      </w:pPr>
      <w:r>
        <w:rPr>
          <w:rFonts w:ascii="微軟正黑體" w:cs="微軟正黑體" w:eastAsia="微軟正黑體" w:hAnsi="微軟正黑體"/>
          <w:b/>
          <w:bCs/>
          <w:color w:val="1F4E79"/>
          <w:sz w:val="26"/>
          <w:szCs w:val="26"/>
        </w:rPr>
        <w:t xml:space="preserve">第六節　我國行政責任的具體法制:陽光四法與利益迴避</w:t>
      </w:r>
    </w:p>
    <w:p>
      <w:pPr>
        <w:spacing w:after="200" w:line="360"/>
        <w:ind w:firstLine="431"/>
        <w:jc w:val="both"/>
      </w:pPr>
      <w:r>
        <w:rPr>
          <w:rFonts w:ascii="微軟正黑體" w:cs="微軟正黑體" w:eastAsia="微軟正黑體" w:hAnsi="微軟正黑體"/>
          <w:sz w:val="22"/>
          <w:szCs w:val="22"/>
        </w:rPr>
        <w:t xml:space="preserve">前述理論架構若不落實為具體法制,便只是抽象原則。我國近年已發展出一組被稱為「陽光法案」的具體制度,分別從不同角度落實行政責任與利益迴避。</w:t>
      </w:r>
    </w:p>
    <w:p>
      <w:pPr>
        <w:spacing w:after="140" w:before="260"/>
      </w:pPr>
      <w:r>
        <w:rPr>
          <w:rFonts w:ascii="微軟正黑體" w:cs="微軟正黑體" w:eastAsia="微軟正黑體" w:hAnsi="微軟正黑體"/>
          <w:b/>
          <w:bCs/>
          <w:color w:val="2E5C8A"/>
          <w:sz w:val="23"/>
          <w:szCs w:val="23"/>
        </w:rPr>
        <w:t xml:space="preserve">一、旋轉門條款</w:t>
      </w:r>
    </w:p>
    <w:p>
      <w:pPr>
        <w:spacing w:after="200" w:line="360"/>
        <w:ind w:firstLine="431"/>
        <w:jc w:val="both"/>
      </w:pPr>
      <w:r>
        <w:rPr>
          <w:rFonts w:ascii="微軟正黑體" w:cs="微軟正黑體" w:eastAsia="微軟正黑體" w:hAnsi="微軟正黑體"/>
          <w:sz w:val="22"/>
          <w:szCs w:val="22"/>
        </w:rPr>
        <w:t xml:space="preserve">公務員服務法第16條規定,公務員於其離職後三年內,不得擔任與其離職前五年內之職務直接相關之營利事業董事、監察人、經理、執行業務之股東或顧問,此即俗稱的「旋轉門條款」,目的在防止公務員利用職務影響力,於離職後轉任相關產業謀取不當利益。此外,依同法第14條,公務員原則上不得經營商業或擔任營利事業之負責人、董事、監察人,對其職務有直接監督或管理權限之營利事業,也不得取得該事業之股份或出資額。</w:t>
      </w:r>
    </w:p>
    <w:p>
      <w:pPr>
        <w:spacing w:after="140" w:before="260"/>
      </w:pPr>
      <w:r>
        <w:rPr>
          <w:rFonts w:ascii="微軟正黑體" w:cs="微軟正黑體" w:eastAsia="微軟正黑體" w:hAnsi="微軟正黑體"/>
          <w:b/>
          <w:bCs/>
          <w:color w:val="2E5C8A"/>
          <w:sz w:val="23"/>
          <w:szCs w:val="23"/>
        </w:rPr>
        <w:t xml:space="preserve">二、公務員廉政倫理規範</w:t>
      </w:r>
    </w:p>
    <w:p>
      <w:pPr>
        <w:spacing w:after="200" w:line="360"/>
        <w:ind w:firstLine="431"/>
        <w:jc w:val="both"/>
      </w:pPr>
      <w:r>
        <w:rPr>
          <w:rFonts w:ascii="微軟正黑體" w:cs="微軟正黑體" w:eastAsia="微軟正黑體" w:hAnsi="微軟正黑體"/>
          <w:sz w:val="22"/>
          <w:szCs w:val="22"/>
        </w:rPr>
        <w:t xml:space="preserve">行政院訂定之公務員廉政倫理規範,對公務員收受餽贈與飲宴應酬訂有具體數額門檻:與其職務有利害關係者之餽贈,原則上應予拒絕或退還;無職務利害關係者之餽贈,若市價超過「正常社交禮俗標準」(一般社交往來市價不超過新臺幣三千元,同一年度來自同一來源受贈財物以新臺幣一萬元為限),應簽報長官並視情況知會政風機構。屬公務禮儀、長官獎勵慰問,或受贈財物市價在新臺幣五百元以下(對多數人餽贈總額一千元以下)之偶發受贈,始得例外收受。這組具體數額,正是行政倫理「法則化」的實例——把抽象的廉潔要求,轉譯為可操作、可稽核的行為標準。</w:t>
      </w:r>
    </w:p>
    <w:p>
      <w:pPr>
        <w:spacing w:after="140" w:before="260"/>
      </w:pPr>
      <w:r>
        <w:rPr>
          <w:rFonts w:ascii="微軟正黑體" w:cs="微軟正黑體" w:eastAsia="微軟正黑體" w:hAnsi="微軟正黑體"/>
          <w:b/>
          <w:bCs/>
          <w:color w:val="2E5C8A"/>
          <w:sz w:val="23"/>
          <w:szCs w:val="23"/>
        </w:rPr>
        <w:t xml:space="preserve">三、公職人員利益衝突迴避法</w:t>
      </w:r>
    </w:p>
    <w:p>
      <w:pPr>
        <w:spacing w:after="200" w:line="360"/>
        <w:ind w:firstLine="431"/>
        <w:jc w:val="both"/>
      </w:pPr>
      <w:r>
        <w:rPr>
          <w:rFonts w:ascii="微軟正黑體" w:cs="微軟正黑體" w:eastAsia="微軟正黑體" w:hAnsi="微軟正黑體"/>
          <w:sz w:val="22"/>
          <w:szCs w:val="22"/>
        </w:rPr>
        <w:t xml:space="preserve">本法第1條明定目的為促進廉能政治、端正政治風氣,建立公職人員利益衝突迴避之規範,有效遏阻貪污腐化及不當利益輸送。規範對象(第2條)涵蓋總統副總統、各級政府機關首長副首長、政務人員、民意代表、法官檢察官,以及辦理工務、建管、政風、會計、採購等業務之主管人員等十二類公職人員;關係人(第3條)則包括公職人員之配偶或共同生活家屬、二親等以內親屬、信託財產受託人,以及公職人員或其親屬擔任負責人、董事之營利與非營利法人。本法所稱利益(第4條)包括財產上利益(動產不動產、現金存款、有價證券、其他財產權利)與非財產上利益(有利於公職人員或其關係人在相關機關團體之任用、聘任、陞遷、調動、考績等人事措施)——這個「非財產上利益」的擴張定義,正呼應本章稍早討論的利益衝突不僅止於金錢,升遷、人脈等隱性利益同樣須受規範。</w:t>
      </w:r>
    </w:p>
    <w:p>
      <w:pPr>
        <w:spacing w:after="140" w:before="260"/>
      </w:pPr>
      <w:r>
        <w:rPr>
          <w:rFonts w:ascii="微軟正黑體" w:cs="微軟正黑體" w:eastAsia="微軟正黑體" w:hAnsi="微軟正黑體"/>
          <w:b/>
          <w:bCs/>
          <w:color w:val="2E5C8A"/>
          <w:sz w:val="23"/>
          <w:szCs w:val="23"/>
        </w:rPr>
        <w:t xml:space="preserve">四、陽光法案:公職人員財產申報法</w:t>
      </w:r>
    </w:p>
    <w:p>
      <w:pPr>
        <w:spacing w:after="200" w:line="360"/>
        <w:ind w:firstLine="431"/>
        <w:jc w:val="both"/>
      </w:pPr>
      <w:r>
        <w:rPr>
          <w:rFonts w:ascii="微軟正黑體" w:cs="微軟正黑體" w:eastAsia="微軟正黑體" w:hAnsi="微軟正黑體"/>
          <w:sz w:val="22"/>
          <w:szCs w:val="22"/>
        </w:rPr>
        <w:t xml:space="preserve">本法第1條明定目的為端正政風,確立公職人員清廉之作為。應申報財產之對象(第2條)涵蓋總統副總統、五院正副院長、政務人員、簡任第十職等以上之政府機關首長主管、法官檢察官、政風與稅務地政等業務主管人員等十二類。受理申報機關(第4條)則依身分層級分流:總統副總統、政務人員及簡任第十二職等以上高階首長之申報機關為監察院;其餘人員之申報機關則為所屬機關之政風單位;總統副總統及縣市級以上公職候選人之申報機關則為各級選舉委員會。這套分流設計,使財產申報審查的專業與獨立性,能依申報人職級高低有所區隔。</w:t>
      </w:r>
    </w:p>
    <w:p>
      <w:pPr>
        <w:spacing w:after="140" w:before="260"/>
      </w:pPr>
      <w:r>
        <w:rPr>
          <w:rFonts w:ascii="微軟正黑體" w:cs="微軟正黑體" w:eastAsia="微軟正黑體" w:hAnsi="微軟正黑體"/>
          <w:b/>
          <w:bCs/>
          <w:color w:val="2E5C8A"/>
          <w:sz w:val="23"/>
          <w:szCs w:val="23"/>
        </w:rPr>
        <w:t xml:space="preserve">五、政治獻金法</w:t>
      </w:r>
    </w:p>
    <w:p>
      <w:pPr>
        <w:spacing w:after="200" w:line="360"/>
        <w:ind w:firstLine="431"/>
        <w:jc w:val="both"/>
      </w:pPr>
      <w:r>
        <w:rPr>
          <w:rFonts w:ascii="微軟正黑體" w:cs="微軟正黑體" w:eastAsia="微軟正黑體" w:hAnsi="微軟正黑體"/>
          <w:sz w:val="22"/>
          <w:szCs w:val="22"/>
        </w:rPr>
        <w:t xml:space="preserve">政治獻金法規範政黨、政治團體、擬參選人與當選人收受政治獻金的資格、來源限制與申報揭露義務,目的在防止金錢政治扭曲民主程序,受理政黨與擬參選人政治獻金申報的機關為監察院。政治獻金法與遊說法、政府資訊公開法等法制,共同構成我國廉能政府建立的法制拼圖,彼此分工互補,而非各自獨立運作。</w:t>
      </w:r>
    </w:p>
    <w:p>
      <w:pPr>
        <w:spacing w:after="140" w:before="260"/>
      </w:pPr>
      <w:r>
        <w:rPr>
          <w:rFonts w:ascii="微軟正黑體" w:cs="微軟正黑體" w:eastAsia="微軟正黑體" w:hAnsi="微軟正黑體"/>
          <w:b/>
          <w:bCs/>
          <w:color w:val="2E5C8A"/>
          <w:sz w:val="23"/>
          <w:szCs w:val="23"/>
        </w:rPr>
        <w:t xml:space="preserve">六、弊端揭發者保護</w:t>
      </w:r>
    </w:p>
    <w:p>
      <w:pPr>
        <w:spacing w:after="200" w:line="360"/>
        <w:ind w:firstLine="431"/>
        <w:jc w:val="both"/>
      </w:pPr>
      <w:r>
        <w:rPr>
          <w:rFonts w:ascii="微軟正黑體" w:cs="微軟正黑體" w:eastAsia="微軟正黑體" w:hAnsi="微軟正黑體"/>
          <w:sz w:val="22"/>
          <w:szCs w:val="22"/>
        </w:rPr>
        <w:t xml:space="preserve">弊端揭發(whistle-blowing)是官僚異議(bureaucratic opposition)的一種形式,有賴於行政人員個人批判反省意識的培養,是抗衡「組織倫理困境」最直接的制度回應。美國自1978年文官改革法(Civil Service Reform Act)起正式建立揭弊保護,1989年進一步制定揭弊者保護法(Whistleblower Protection Act),由功績制保護委員會(Merit System Protection Board)作為專責機關。揭弊管道應同時包括組織內部與外部途徑,揭發範圍也不應僅限於貪腐,鼓勵方式亦可搭配獎金誘因。我國尚無專責的弊端揭發者保護專法,相關保護散見於各機關內部規範與草案研議之中,是我國陽光法制中相對薄弱的一環,也是本章「AI鑲嵌」小節稍後將討論演算法課責時,格外需要補強的制度缺口——當揭弊對象從人為貪腐擴展到演算法偏誤,揭弊者保護的必要性只會更高,而非更低。</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913"/>
        <w:gridCol w:w="17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法制</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核心目的</w:t>
            </w:r>
          </w:p>
        </w:tc>
        <w:tc>
          <w:tcPr>
            <w:tcW w:type="dxa" w:w="2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規範對象/內容重點</w:t>
            </w:r>
          </w:p>
        </w:tc>
        <w:tc>
          <w:tcPr>
            <w:tcW w:type="dxa" w:w="1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主管或受理機關</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公務員服務法(旋轉門、兼職限制)</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防止職務影響力於離職後或任職中不當變現</w:t>
            </w:r>
          </w:p>
        </w:tc>
        <w:tc>
          <w:tcPr>
            <w:tcW w:type="dxa" w:w="2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離職後三年內相關產業任職限制;在職經商與投資限制</w:t>
            </w:r>
          </w:p>
        </w:tc>
        <w:tc>
          <w:tcPr>
            <w:tcW w:type="dxa" w:w="1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各機關政風單位</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公務員廉政倫理規範</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具體化「不貪不取」的行為標準</w:t>
            </w:r>
          </w:p>
        </w:tc>
        <w:tc>
          <w:tcPr>
            <w:tcW w:type="dxa" w:w="2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餽贈飲宴應酬之數額門檻與例外情形</w:t>
            </w:r>
          </w:p>
        </w:tc>
        <w:tc>
          <w:tcPr>
            <w:tcW w:type="dxa" w:w="1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各機關政風單位</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公職人員利益衝突迴避法</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遏阻利益輸送、要求利益迴避</w:t>
            </w:r>
          </w:p>
        </w:tc>
        <w:tc>
          <w:tcPr>
            <w:tcW w:type="dxa" w:w="2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十二類公職人員及其關係人之財產上與非財產上利益</w:t>
            </w:r>
          </w:p>
        </w:tc>
        <w:tc>
          <w:tcPr>
            <w:tcW w:type="dxa" w:w="1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公職人員財產申報法(陽光法案)</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以財產透明確立清廉作為</w:t>
            </w:r>
          </w:p>
        </w:tc>
        <w:tc>
          <w:tcPr>
            <w:tcW w:type="dxa" w:w="2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十二類公職人員財產申報,依職級分流受理</w:t>
            </w:r>
          </w:p>
        </w:tc>
        <w:tc>
          <w:tcPr>
            <w:tcW w:type="dxa" w:w="1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監察院、政風單位、選舉委員會</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政治獻金法</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防止金錢扭曲民主程序</w:t>
            </w:r>
          </w:p>
        </w:tc>
        <w:tc>
          <w:tcPr>
            <w:tcW w:type="dxa" w:w="2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政黨、政治團體與候選人收受政治獻金之限制與揭露</w:t>
            </w:r>
          </w:p>
        </w:tc>
        <w:tc>
          <w:tcPr>
            <w:tcW w:type="dxa" w:w="1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監察院</w:t>
            </w:r>
          </w:p>
        </w:tc>
      </w:tr>
    </w:tbl>
    <w:p>
      <w:pPr>
        <w:spacing w:after="280" w:before="120"/>
        <w:jc w:val="center"/>
      </w:pPr>
      <w:r>
        <w:rPr>
          <w:rFonts w:ascii="微軟正黑體" w:cs="微軟正黑體" w:eastAsia="微軟正黑體" w:hAnsi="微軟正黑體"/>
          <w:i/>
          <w:iCs/>
          <w:color w:val="555555"/>
          <w:sz w:val="18"/>
          <w:szCs w:val="18"/>
        </w:rPr>
        <w:t xml:space="preserve">表6-8　我國陽光法制與利益迴避法規對照</w:t>
      </w:r>
    </w:p>
    <w:p>
      <w:pPr>
        <w:spacing w:after="200" w:line="360"/>
        <w:ind w:firstLine="431"/>
        <w:jc w:val="both"/>
      </w:pPr>
      <w:r>
        <w:rPr>
          <w:rFonts w:ascii="微軟正黑體" w:cs="微軟正黑體" w:eastAsia="微軟正黑體" w:hAnsi="微軟正黑體"/>
          <w:sz w:val="22"/>
          <w:szCs w:val="22"/>
        </w:rPr>
        <w:t xml:space="preserve">表6-8整理陽光法制與利益迴避。這是本章可獨立應考的法制主幹，後面的演算法課責必須能指回這些條文，而不是另立道德清單。</w:t>
      </w:r>
    </w:p>
    <w:p>
      <w:pPr>
        <w:spacing w:after="180" w:before="360"/>
      </w:pPr>
      <w:r>
        <w:rPr>
          <w:rFonts w:ascii="微軟正黑體" w:cs="微軟正黑體" w:eastAsia="微軟正黑體" w:hAnsi="微軟正黑體"/>
          <w:b/>
          <w:bCs/>
          <w:color w:val="1F4E79"/>
          <w:sz w:val="26"/>
          <w:szCs w:val="26"/>
        </w:rPr>
        <w:t xml:space="preserve">第七節　本教科書定位</w:t>
      </w:r>
    </w:p>
    <w:p>
      <w:pPr>
        <w:spacing w:after="200" w:line="360"/>
        <w:ind w:firstLine="431"/>
        <w:jc w:val="both"/>
      </w:pPr>
      <w:r>
        <w:rPr>
          <w:rFonts w:ascii="微軟正黑體" w:cs="微軟正黑體" w:eastAsia="微軟正黑體" w:hAnsi="微軟正黑體"/>
          <w:sz w:val="22"/>
          <w:szCs w:val="22"/>
        </w:rPr>
        <w:t xml:space="preserve">依25-3-3-4-7架構,本章正確定位於「層次一:哲學與價值 × 個人/組織」分析單位,主要對應四條治理鏈中的「理由鏈」與「責任鏈」,並以「理由說明審計」與「責任歸屬審計」為主要檢視工具。行政倫理的雙元架構、行政裁量的倫理困境、Rawls正義論、行政中立與行政責任的確保途徑,共同構成公共行政作為一門專業與志業,在制度化的權力運用之上,所必須承擔的規範性義務;而AI系統的嵌入,使這份義務的追問變得更加迫切與具體——這正是本章接下來要深入處理的主題。</w:t>
      </w:r>
    </w:p>
    <w:p>
      <w:pPr>
        <w:spacing w:after="200" w:line="360"/>
        <w:ind w:firstLine="431"/>
        <w:jc w:val="both"/>
      </w:pPr>
      <w:r>
        <w:rPr>
          <w:rFonts w:ascii="微軟正黑體" w:cs="微軟正黑體" w:eastAsia="微軟正黑體" w:hAnsi="微軟正黑體"/>
          <w:sz w:val="22"/>
          <w:szCs w:val="22"/>
        </w:rPr>
        <w:t xml:space="preserve">觀念釐清：陽光四法先寫完，再談演算法課責</w:t>
      </w:r>
    </w:p>
    <w:p>
      <w:pPr>
        <w:spacing w:after="200" w:line="360"/>
        <w:ind w:firstLine="431"/>
        <w:jc w:val="both"/>
      </w:pPr>
      <w:r>
        <w:rPr>
          <w:rFonts w:ascii="微軟正黑體" w:cs="微軟正黑體" w:eastAsia="微軟正黑體" w:hAnsi="微軟正黑體"/>
          <w:sz w:val="22"/>
          <w:szCs w:val="22"/>
        </w:rPr>
        <w:t xml:space="preserve">第一至第六節是本章的傳統主幹：倫理與道德之辨、裁量的倫理原則、Rawls兩個正義原則與無知之幕、行政中立在民主下的再詮釋，以及責任體系與陽光四法、旋轉門、利益衝突、財產申報。這些條文與原則在申論裡必須能獨立成篇。後面的演算法課責，只是把同一組問題——向誰負責、憑什麼裁量、傷害後找誰——問到系統輸出上。沒有左欄的陽光四法與責任體系，右欄的虛擬法官與課責紅線會變成道德呼籲。</w:t>
      </w:r>
    </w:p>
    <w:p>
      <w:pPr>
        <w:spacing w:after="180" w:before="360"/>
      </w:pPr>
      <w:r>
        <w:rPr>
          <w:rFonts w:ascii="微軟正黑體" w:cs="微軟正黑體" w:eastAsia="微軟正黑體" w:hAnsi="微軟正黑體"/>
          <w:b/>
          <w:bCs/>
          <w:color w:val="1F4E79"/>
          <w:sz w:val="26"/>
          <w:szCs w:val="26"/>
        </w:rPr>
        <w:t xml:space="preserve">AI鑲嵌後的權力與結構變化:演算法課責與虛擬法官的紅線</w:t>
      </w:r>
    </w:p>
    <w:p>
      <w:pPr>
        <w:spacing w:after="200" w:line="360"/>
        <w:ind w:firstLine="431"/>
        <w:jc w:val="both"/>
      </w:pPr>
      <w:r>
        <w:rPr>
          <w:rFonts w:ascii="微軟正黑體" w:cs="微軟正黑體" w:eastAsia="微軟正黑體" w:hAnsi="微軟正黑體"/>
          <w:sz w:val="22"/>
          <w:szCs w:val="22"/>
        </w:rPr>
        <w:t xml:space="preserve">當AI系統參與行政裁量,甚至涉入準司法性質的判斷,傳統行政倫理原則與課責機制是否仍然有效,便成為本章最尖銳的提問。本節依序處理街頭演算法的責任危機、演算法課責機制、AI倫理五支柱、虛擬法官的三個層次,以及國際治理工具箱與台灣脈絡。</w:t>
      </w:r>
    </w:p>
    <w:p>
      <w:pPr>
        <w:spacing w:after="140" w:before="260"/>
      </w:pPr>
      <w:r>
        <w:rPr>
          <w:rFonts w:ascii="微軟正黑體" w:cs="微軟正黑體" w:eastAsia="微軟正黑體" w:hAnsi="微軟正黑體"/>
          <w:b/>
          <w:bCs/>
          <w:color w:val="2E5C8A"/>
          <w:sz w:val="23"/>
          <w:szCs w:val="23"/>
        </w:rPr>
        <w:t xml:space="preserve">一、從街頭官僚到街頭演算法的責任危機</w:t>
      </w:r>
    </w:p>
    <w:p>
      <w:pPr>
        <w:spacing w:after="200" w:line="360"/>
        <w:ind w:firstLine="431"/>
        <w:jc w:val="both"/>
      </w:pPr>
      <w:r>
        <w:rPr>
          <w:rFonts w:ascii="微軟正黑體" w:cs="微軟正黑體" w:eastAsia="微軟正黑體" w:hAnsi="微軟正黑體"/>
          <w:sz w:val="22"/>
          <w:szCs w:val="22"/>
        </w:rPr>
        <w:t xml:space="preserve">Lipsky筆下的街頭官僚,透過裁量形塑政策的實際樣貌。AI進入行政流程後,學界普遍指出裁量正轉向「街頭演算法」與「系統層官僚」。人工裁量(artificial discretion)指政府將裁量任務委託給AI,AI雖無意識,卻作為非人代理人形塑資源分配——以委託人-代理人模型分析,可以看出資訊不對稱更加嚴重(演算法黑箱)、目標可能不一致(廠商利潤與公共利益的落差),以及風險偏好上的差異。這帶來三重責任危機:多手問題(設計者、資料提供者、承辦人員、機關首長,究竟誰該負責?)、無臉政府(民眾甚至不知道自己被AI決定)、自動化偏見(承辦人員過度信任機器輸出,喪失反省能力)。這三重危機,正是本章必須建構「演算法課責」的根本原因。</w:t>
      </w:r>
    </w:p>
    <w:p>
      <w:pPr>
        <w:spacing w:after="140" w:before="260"/>
      </w:pPr>
      <w:r>
        <w:rPr>
          <w:rFonts w:ascii="微軟正黑體" w:cs="微軟正黑體" w:eastAsia="微軟正黑體" w:hAnsi="微軟正黑體"/>
          <w:b/>
          <w:bCs/>
          <w:color w:val="2E5C8A"/>
          <w:sz w:val="23"/>
          <w:szCs w:val="23"/>
        </w:rPr>
        <w:t xml:space="preserve">二、演算法課責機制</w:t>
      </w:r>
    </w:p>
    <w:p>
      <w:pPr>
        <w:spacing w:after="200" w:line="360"/>
        <w:ind w:firstLine="431"/>
        <w:jc w:val="both"/>
      </w:pPr>
      <w:r>
        <w:rPr>
          <w:rFonts w:ascii="微軟正黑體" w:cs="微軟正黑體" w:eastAsia="微軟正黑體" w:hAnsi="微軟正黑體"/>
          <w:sz w:val="22"/>
          <w:szCs w:val="22"/>
        </w:rPr>
        <w:t xml:space="preserve">課責的本質,是行為者向論壇說明並接受評判的關係。近年文獻將這個定義延伸至AI領域,主張演算法課責(algorithmic accountability)等於可歸責性、可解釋性、可爭訟性與可審計性四者的總和。具體機制包括:演算法影響評估(AIA),例如加拿大自動化決策指令要求機關於系統上線前強制評估風險與偏見;模型卡與資料卡(model cards, data cards),揭露系統的用途、限制與已知偏見,已成為ISO 42001等國際標準的要求項目;演算法審計,涵蓋內部稽核、外部獨立稽核與公民協作審計三種形式;以及人類意義覆核(meaningful human review),歐盟《人工智慧法》(EU AI Act, 2024)第14條即要求高風險AI系統須受過訓練的人類監督,且監督者須具備實質介入、暫停或推翻系統輸出的能力,而不僅是形式上的簽章。</w:t>
      </w:r>
    </w:p>
    <w:p>
      <w:pPr>
        <w:spacing w:after="140" w:before="260"/>
      </w:pPr>
      <w:r>
        <w:rPr>
          <w:rFonts w:ascii="微軟正黑體" w:cs="微軟正黑體" w:eastAsia="微軟正黑體" w:hAnsi="微軟正黑體"/>
          <w:b/>
          <w:bCs/>
          <w:color w:val="2E5C8A"/>
          <w:sz w:val="23"/>
          <w:szCs w:val="23"/>
        </w:rPr>
        <w:t xml:space="preserve">三、AI倫理五支柱與虛擬法官的三個層次</w:t>
      </w:r>
    </w:p>
    <w:p>
      <w:pPr>
        <w:spacing w:after="200" w:line="360"/>
        <w:ind w:firstLine="431"/>
        <w:jc w:val="both"/>
      </w:pPr>
      <w:r>
        <w:rPr>
          <w:rFonts w:ascii="微軟正黑體" w:cs="微軟正黑體" w:eastAsia="微軟正黑體" w:hAnsi="微軟正黑體"/>
          <w:sz w:val="22"/>
          <w:szCs w:val="22"/>
        </w:rPr>
        <w:t xml:space="preserve">在Warwick五原則的AI轉譯基礎上,國際治理實務進一步收斂出五項「AI倫理支柱」:公平性(fairness),關注訓練資料與模型輸出是否對特定群體產生系統性歧視,美國COMPAS再犯風險評估系統的種族偏見爭議,以及愛沙尼亞曾嘗試導入的小額訴訟AI法官,都是這項支柱最常被引用的案例,操作上可將差別原則轉化為「機會均等化」(Equalized Odds)等公平性指標;可解釋性(explainability),歐盟《一般資料保護規則》(GDPR)第22條原則上禁止完全自動化的決策,《人工智慧法》第86條進一步賦予當事人對高風險AI決定的解釋請求權,可解釋AI(XAI)技術則依對象分為對開發者、對監理者與對一般公民三個層次;可爭訟性(contestability),受影響者須有實際質疑、提供反證並要求重新審查的制度能力,而非僅是形式上的申訴窗口;隱私與資料治理,涉及差別隱私、資料信託與主權AI等技術與制度設計;人類監督與尊嚴,歐盟《人工智慧法》第14條的人類監督要求,以及法官保留原則,是這項支柱在司法領域最鮮明的體現,具體可再細分為人在迴圈(human-in-the-loop)、人在迴圈之上(human-on-the-loop)與人於指揮(human-in-command)三種監督強度。</w:t>
      </w:r>
    </w:p>
    <w:p>
      <w:pPr>
        <w:spacing w:after="200" w:line="360"/>
        <w:ind w:firstLine="431"/>
        <w:jc w:val="both"/>
      </w:pPr>
      <w:r>
        <w:rPr>
          <w:rFonts w:ascii="微軟正黑體" w:cs="微軟正黑體" w:eastAsia="微軟正黑體" w:hAnsi="微軟正黑體"/>
          <w:sz w:val="22"/>
          <w:szCs w:val="22"/>
        </w:rPr>
        <w:t xml:space="preserve">虛擬法官能否取代人類法官,是這五項支柱交會的極限案例。學界一般將AI在司法場域的角色,區分為三個層次:輔助(AI協助法官整理卷證、提供量刑參考數據)、替代(AI直接產出裁決建議,法官形式上覆核)與增強(AI與法官在決策過程中持續互動、相互修正)。歐盟《人工智慧法》附件三已將司法用途AI列為高風險系統,並明確禁止完全自動化的司法判決——這條「人類保留」的紅線,正是虛擬法官三層次中,唯一被國際治理實務明文禁止跨越的一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626"/>
        <w:gridCol w:w="2900"/>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支柱</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傳統倫理淵源</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AI操作內涵</w:t>
            </w:r>
          </w:p>
        </w:tc>
        <w:tc>
          <w:tcPr>
            <w:tcW w:type="dxa" w:w="2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國際案例與法制</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公平性</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Warwick公共取向、Rawls差別原則</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偏見稽核、公平性指標(如機會均等化)</w:t>
            </w:r>
          </w:p>
        </w:tc>
        <w:tc>
          <w:tcPr>
            <w:tcW w:type="dxa" w:w="2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COMPAS再犯風險評估爭議、愛沙尼亞AI法官嘗試</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可解釋性</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Warwick真誠原則</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可解釋AI(XAI)、模型卡揭露</w:t>
            </w:r>
          </w:p>
        </w:tc>
        <w:tc>
          <w:tcPr>
            <w:tcW w:type="dxa" w:w="2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GDPR第22條、EU AI Act第86條解釋請求權</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可爭訟性</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正當程序、行政救濟</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對抗式解釋、獨立覆核軌道、舉證責任反轉</w:t>
            </w:r>
          </w:p>
        </w:tc>
        <w:tc>
          <w:tcPr>
            <w:tcW w:type="dxa" w:w="2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OECD 2023可爭訟性原則</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隱私與資料治理</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程序尊重、手段限制</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差別隱私、資料信託、主權AI</w:t>
            </w:r>
          </w:p>
        </w:tc>
        <w:tc>
          <w:tcPr>
            <w:tcW w:type="dxa" w:w="2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個人資料保護法、資料治理專法</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人類監督與尊嚴</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反省性選擇、法官保留</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HITL/HOTL/HIC三種監督強度</w:t>
            </w:r>
          </w:p>
        </w:tc>
        <w:tc>
          <w:tcPr>
            <w:tcW w:type="dxa" w:w="2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EU AI Act第14條人類監督義務</w:t>
            </w:r>
          </w:p>
        </w:tc>
      </w:tr>
    </w:tbl>
    <w:p>
      <w:pPr>
        <w:spacing w:after="280" w:before="120"/>
        <w:jc w:val="center"/>
      </w:pPr>
      <w:r>
        <w:rPr>
          <w:rFonts w:ascii="微軟正黑體" w:cs="微軟正黑體" w:eastAsia="微軟正黑體" w:hAnsi="微軟正黑體"/>
          <w:i/>
          <w:iCs/>
          <w:color w:val="555555"/>
          <w:sz w:val="18"/>
          <w:szCs w:val="18"/>
        </w:rPr>
        <w:t xml:space="preserve">表6-9　AI倫理五支柱:傳統淵源、操作內涵與國際法制</w:t>
      </w:r>
    </w:p>
    <w:p>
      <w:pPr>
        <w:spacing w:after="140" w:before="260"/>
      </w:pPr>
      <w:r>
        <w:rPr>
          <w:rFonts w:ascii="微軟正黑體" w:cs="微軟正黑體" w:eastAsia="微軟正黑體" w:hAnsi="微軟正黑體"/>
          <w:b/>
          <w:bCs/>
          <w:color w:val="2E5C8A"/>
          <w:sz w:val="23"/>
          <w:szCs w:val="23"/>
        </w:rPr>
        <w:t xml:space="preserve">四、OECD AI原則與EU AI Act的風險分級</w:t>
      </w:r>
    </w:p>
    <w:p>
      <w:pPr>
        <w:spacing w:after="200" w:line="360"/>
        <w:ind w:firstLine="431"/>
        <w:jc w:val="both"/>
      </w:pPr>
      <w:r>
        <w:rPr>
          <w:rFonts w:ascii="微軟正黑體" w:cs="微軟正黑體" w:eastAsia="微軟正黑體" w:hAnsi="微軟正黑體"/>
          <w:sz w:val="22"/>
          <w:szCs w:val="22"/>
        </w:rPr>
        <w:t xml:space="preserve">OECD於2019年發布AI原則,並於2023年因應生成式AI浪潮修訂,強化人權、民主與包容面向,涵蓋五項原則:包容性成長與永續福祉,要求AI服務全民尤其弱勢群體;尊重法治、人權與民主價值,包括公平與隱私;透明度與可解釋性,確保受影響者能理解並挑戰決定;韌性與安全,防止危害並確保資訊安全;以及課責性,要求組織對AI生命週期負責,並可追溯至具體的自然人或法人。歐盟則於2024年通過首部《人工智慧法》,採取風險分級管制:不可接受風險(全面禁止,如社會信用評分系統)、高風險(嚴格管制,如徵信、招募、警政用途)、有限風險(課予透明義務,如生成式AI內容須標示)與最小風險(由業者自律)。高風險系統須完成符合性評估、資料治理、人工監督與基本權利影響評估。對公共部門而言,由於政府具有主權特質、人民對政府服務往往別無選擇,行政倫理的意涵是應採取最高注意義務,以高風險標準自我要求,而非僅滿足最低合規門檻。</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200"/>
        <w:gridCol w:w="2200"/>
        <w:gridCol w:w="2726"/>
      </w:tblGrid>
      <w:tr>
        <w:trPr>
          <w:tblHeader/>
        </w:trPr>
        <w:tc>
          <w:tcPr>
            <w:tcW w:type="dxa" w:w="1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OECD原則</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對應責任類型</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行政應用</w:t>
            </w:r>
          </w:p>
        </w:tc>
      </w:tr>
      <w:tr>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包容成長與永續福祉</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AI服務全民,尤其弱勢群體</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政治責任</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數位包容、偏鄉AI近用</w:t>
            </w:r>
          </w:p>
        </w:tc>
      </w:tr>
      <w:tr>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法治、人權與民主</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尊重隱私、公平</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法律責任</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人權影響評估、個資保護</w:t>
            </w:r>
          </w:p>
        </w:tc>
      </w:tr>
      <w:tr>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透明與可解釋</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可理解、可挑戰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專業責任＋法律責任</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可解釋AI、理由說明</w:t>
            </w:r>
          </w:p>
        </w:tc>
      </w:tr>
      <w:tr>
        <w:tc>
          <w:tcPr>
            <w:tcW w:type="dxa" w:w="1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韌性與安全</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穩健、資安</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專業責任</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資安標準、紅隊演練</w:t>
            </w:r>
          </w:p>
        </w:tc>
      </w:tr>
      <w:tr>
        <w:tc>
          <w:tcPr>
            <w:tcW w:type="dxa" w:w="1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課責性</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可追溯至自然人或法人</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三元責任整合</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AI治理長、演算法登記簿</w:t>
            </w:r>
          </w:p>
        </w:tc>
      </w:tr>
    </w:tbl>
    <w:p>
      <w:pPr>
        <w:spacing w:after="280" w:before="120"/>
        <w:jc w:val="center"/>
      </w:pPr>
      <w:r>
        <w:rPr>
          <w:rFonts w:ascii="微軟正黑體" w:cs="微軟正黑體" w:eastAsia="微軟正黑體" w:hAnsi="微軟正黑體"/>
          <w:i/>
          <w:iCs/>
          <w:color w:val="555555"/>
          <w:sz w:val="18"/>
          <w:szCs w:val="18"/>
        </w:rPr>
        <w:t xml:space="preserve">表6-10　OECD AI原則(2023)與三元責任論的對應</w:t>
      </w:r>
    </w:p>
    <w:p>
      <w:pPr>
        <w:spacing w:after="140" w:before="260"/>
      </w:pPr>
      <w:r>
        <w:rPr>
          <w:rFonts w:ascii="微軟正黑體" w:cs="微軟正黑體" w:eastAsia="微軟正黑體" w:hAnsi="微軟正黑體"/>
          <w:b/>
          <w:bCs/>
          <w:color w:val="2E5C8A"/>
          <w:sz w:val="23"/>
          <w:szCs w:val="23"/>
        </w:rPr>
        <w:t xml:space="preserve">五、可爭訟性:課責的最後一哩</w:t>
      </w:r>
    </w:p>
    <w:p>
      <w:pPr>
        <w:spacing w:after="200" w:line="360"/>
        <w:ind w:firstLine="431"/>
        <w:jc w:val="both"/>
      </w:pPr>
      <w:r>
        <w:rPr>
          <w:rFonts w:ascii="微軟正黑體" w:cs="微軟正黑體" w:eastAsia="微軟正黑體" w:hAnsi="微軟正黑體"/>
          <w:sz w:val="22"/>
          <w:szCs w:val="22"/>
        </w:rPr>
        <w:t xml:space="preserve">即使系統具備透明度與可解釋性,若受影響者無法有效質疑決定,課責便僅停留在儀式層次。可爭訟性(contestability)指受AI決策影響者,能夠有效質疑、提供反證並獲得重新審查的制度能力,已被OECD與多國AI倫理原則列為課責核心。落實在行政法架構中,即是「陳述意見、聽證、說明理由、行政救濟」這一組正當程序鏈,在AI時代的延伸。實務上可行的具體設計包括:明顯可見的申訴按鈕、對抗式解釋(counterfactual explanation,例如告知當事人「若收入多五千元即可通過」)、獨立於原決策系統之外的覆核軌道,以及舉證責任反轉(由機關負責證明系統決定並無歧視,而非由當事人自行舉證)。教科書建議:任何政府AI系統上線前,都應完成「三可檢核」——可解釋、可追溯、可爭訟,三者缺一,系統便不應正式上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726"/>
        <w:gridCol w:w="2500"/>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課責階段</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27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說明</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案例</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事前</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演算法影響評估、資料倫理審查</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上線前強制評估風險與偏見</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加拿大自動化決策指令、荷蘭AI登記簿</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事中</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人類監督、軌跡紀錄、標示揭露</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確保可追溯、可即時介入</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EU AI Act第14條人類監督</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事後</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演算法審計、模型卡、爭訟救濟</w:t>
            </w:r>
          </w:p>
        </w:tc>
        <w:tc>
          <w:tcPr>
            <w:tcW w:type="dxa" w:w="27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獨立稽核與民眾救濟管道</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NIST AI風險管理框架</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全週期</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治理組織、AI治理長、倫理委員會</w:t>
            </w:r>
          </w:p>
        </w:tc>
        <w:tc>
          <w:tcPr>
            <w:tcW w:type="dxa" w:w="27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明確到人的責任歸屬</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新加坡生成式AI治理框架</w:t>
            </w:r>
          </w:p>
        </w:tc>
      </w:tr>
    </w:tbl>
    <w:p>
      <w:pPr>
        <w:spacing w:after="280" w:before="120"/>
        <w:jc w:val="center"/>
      </w:pPr>
      <w:r>
        <w:rPr>
          <w:rFonts w:ascii="微軟正黑體" w:cs="微軟正黑體" w:eastAsia="微軟正黑體" w:hAnsi="微軟正黑體"/>
          <w:i/>
          <w:iCs/>
          <w:color w:val="555555"/>
          <w:sz w:val="18"/>
          <w:szCs w:val="18"/>
        </w:rPr>
        <w:t xml:space="preserve">表6-11　演算法課責制度工具箱:事前、事中、事後與全週期</w:t>
      </w:r>
    </w:p>
    <w:p>
      <w:pPr>
        <w:spacing w:after="140" w:before="260"/>
      </w:pPr>
      <w:r>
        <w:rPr>
          <w:rFonts w:ascii="微軟正黑體" w:cs="微軟正黑體" w:eastAsia="微軟正黑體" w:hAnsi="微軟正黑體"/>
          <w:b/>
          <w:bCs/>
          <w:color w:val="2E5C8A"/>
          <w:sz w:val="23"/>
          <w:szCs w:val="23"/>
        </w:rPr>
        <w:t xml:space="preserve">六、三種權力移轉</w:t>
      </w:r>
    </w:p>
    <w:p>
      <w:pPr>
        <w:pStyle w:val="ListParagraph"/>
        <w:numPr>
          <w:ilvl w:val="0"/>
          <w:numId w:val="10"/>
        </w:numPr>
        <w:spacing w:after="120" w:line="340"/>
      </w:pPr>
      <w:r>
        <w:rPr>
          <w:rFonts w:ascii="微軟正黑體" w:cs="微軟正黑體" w:eastAsia="微軟正黑體" w:hAnsi="微軟正黑體"/>
          <w:sz w:val="22"/>
          <w:szCs w:val="22"/>
        </w:rPr>
        <w:t xml:space="preserve">情境建構權(P1):訓練資料的標註方式與模型優化目標,預先決定了何種行為被歸類為「異常」或「高風險」,行政倫理原本應由人類反省判斷的「情境理解」環節,悄悄轉移到資料工程與模型設計階段。</w:t>
      </w:r>
    </w:p>
    <w:p>
      <w:pPr>
        <w:pStyle w:val="ListParagraph"/>
        <w:numPr>
          <w:ilvl w:val="0"/>
          <w:numId w:val="10"/>
        </w:numPr>
        <w:spacing w:after="120" w:line="340"/>
      </w:pPr>
      <w:r>
        <w:rPr>
          <w:rFonts w:ascii="微軟正黑體" w:cs="微軟正黑體" w:eastAsia="微軟正黑體" w:hAnsi="微軟正黑體"/>
          <w:sz w:val="22"/>
          <w:szCs w:val="22"/>
        </w:rPr>
        <w:t xml:space="preserve">行政裁量權(P2):街頭演算法承擔了第一輪裁量的實質功能,承辦人員形式上保有推翻權,卻承受著遵循演算法輸出的實務壓力,反省性選擇(Warwick第二原則)因而面臨被架空的風險。</w:t>
      </w:r>
    </w:p>
    <w:p>
      <w:pPr>
        <w:pStyle w:val="ListParagraph"/>
        <w:numPr>
          <w:ilvl w:val="0"/>
          <w:numId w:val="10"/>
        </w:numPr>
        <w:spacing w:after="120" w:line="340"/>
      </w:pPr>
      <w:r>
        <w:rPr>
          <w:rFonts w:ascii="微軟正黑體" w:cs="微軟正黑體" w:eastAsia="微軟正黑體" w:hAnsi="微軟正黑體"/>
          <w:sz w:val="22"/>
          <w:szCs w:val="22"/>
        </w:rPr>
        <w:t xml:space="preserve">公權力影響力(P3):當虛擬法官從輔助走向替代甚至增強,演算法本身開始參與準司法性質的公權力行使,傳統上僅由具正當性之公務員承擔的責任,出現了向技術系統外溢的現象。</w:t>
      </w:r>
    </w:p>
    <w:p>
      <w:pPr>
        <w:spacing w:after="140" w:before="260"/>
      </w:pPr>
      <w:r>
        <w:rPr>
          <w:rFonts w:ascii="微軟正黑體" w:cs="微軟正黑體" w:eastAsia="微軟正黑體" w:hAnsi="微軟正黑體"/>
          <w:b/>
          <w:bCs/>
          <w:color w:val="2E5C8A"/>
          <w:sz w:val="23"/>
          <w:szCs w:val="23"/>
        </w:rPr>
        <w:t xml:space="preserve">七、三種結構性效應</w:t>
      </w:r>
    </w:p>
    <w:p>
      <w:pPr>
        <w:pStyle w:val="ListParagraph"/>
        <w:numPr>
          <w:ilvl w:val="0"/>
          <w:numId w:val="10"/>
        </w:numPr>
        <w:spacing w:after="120" w:line="340"/>
      </w:pPr>
      <w:r>
        <w:rPr>
          <w:rFonts w:ascii="微軟正黑體" w:cs="微軟正黑體" w:eastAsia="微軟正黑體" w:hAnsi="微軟正黑體"/>
          <w:sz w:val="22"/>
          <w:szCs w:val="22"/>
        </w:rPr>
        <w:t xml:space="preserve">跨格移動:行政倫理原本屬於「層次一:哲學與價值」的個人道德判斷,卻因AI系統的標準化與規模化,向下滲透至「層次五:管理運作」的日常自動化流程,使個人良知層次的倫理反省,被大量壓縮為系統參數設定的一次性決定。</w:t>
      </w:r>
    </w:p>
    <w:p>
      <w:pPr>
        <w:pStyle w:val="ListParagraph"/>
        <w:numPr>
          <w:ilvl w:val="0"/>
          <w:numId w:val="10"/>
        </w:numPr>
        <w:spacing w:after="120" w:line="340"/>
      </w:pPr>
      <w:r>
        <w:rPr>
          <w:rFonts w:ascii="微軟正黑體" w:cs="微軟正黑體" w:eastAsia="微軟正黑體" w:hAnsi="微軟正黑體"/>
          <w:sz w:val="22"/>
          <w:szCs w:val="22"/>
        </w:rPr>
        <w:t xml:space="preserve">邊界消解:模型開發商與雲端服務商雖為私人組織,卻透過模型卡、資料卡等技術文件,實質參與了「什麼才算合乎倫理」的定義權,行政倫理的守門人角色,不再僅由公務員獨佔。</w:t>
      </w:r>
    </w:p>
    <w:p>
      <w:pPr>
        <w:pStyle w:val="ListParagraph"/>
        <w:numPr>
          <w:ilvl w:val="0"/>
          <w:numId w:val="10"/>
        </w:numPr>
        <w:spacing w:after="120" w:line="340"/>
      </w:pPr>
      <w:r>
        <w:rPr>
          <w:rFonts w:ascii="微軟正黑體" w:cs="微軟正黑體" w:eastAsia="微軟正黑體" w:hAnsi="微軟正黑體"/>
          <w:sz w:val="22"/>
          <w:szCs w:val="22"/>
        </w:rPr>
        <w:t xml:space="preserve">權威重構:當演算法輸出被賦予「客觀、可稽核」的技術權威,傳統上仰賴個人良知與專業判斷的行政倫理權威,逐漸讓位給「誰能解讀模型」「誰掌握稽核權」的新型技術權威,這正是本章一再強調「三可檢核」的制度性理由。</w:t>
      </w:r>
    </w:p>
    <w:p>
      <w:pPr>
        <w:spacing w:after="140" w:before="260"/>
      </w:pPr>
      <w:r>
        <w:rPr>
          <w:rFonts w:ascii="微軟正黑體" w:cs="微軟正黑體" w:eastAsia="微軟正黑體" w:hAnsi="微軟正黑體"/>
          <w:b/>
          <w:bCs/>
          <w:color w:val="2E5C8A"/>
          <w:sz w:val="23"/>
          <w:szCs w:val="23"/>
        </w:rPr>
        <w:t xml:space="preserve">八、台灣脈絡與案例</w:t>
      </w:r>
    </w:p>
    <w:p>
      <w:pPr>
        <w:spacing w:after="200" w:line="360"/>
        <w:ind w:firstLine="431"/>
        <w:jc w:val="both"/>
      </w:pPr>
      <w:r>
        <w:rPr>
          <w:rFonts w:ascii="微軟正黑體" w:cs="微軟正黑體" w:eastAsia="微軟正黑體" w:hAnsi="微軟正黑體"/>
          <w:sz w:val="22"/>
          <w:szCs w:val="22"/>
        </w:rPr>
        <w:t xml:space="preserve">我國司法院AI量刑輔助系統的試行,已引發虛擬法官爭議的初步討論——系統僅提供量刑參考數據,最終裁決權仍保留於法官,呼應本節「輔助」層次而非「替代」層次的設計原則。憲法法庭近年相關見解,也對自動化行政處分的正當程序要求提出闡釋,強調正當程序不因決定過程自動化而得以免除。行政院2023年發布生成式AI參考指引,要求政府機關使用生成式AI時應標示AI介入事實;國家科學及技術委員會亦持續推動AI基本法草案,納入可爭訟性與人類監督相關規範,但目前仍缺乏強制性的稽核機制。整體而言,我國政府AI應用已具備部分「三可」要素的雛形,但距離制度化的演算法課責,仍有相當距離——尤其在弊端揭發者保護專法付之闕如的情況下,一旦AI系統出現偏誤,揭弊者所能仰賴的制度保障,遠不及陽光四法對傳統貪腐行為的規範完整。</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本章討論的行政倫理與責任危機,可對應至四條治理鏈逐一檢視,其中又以「理由鏈」與「責任鏈」最貼近本章「層次一:哲學與價值」的定位。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本章關鍵問題</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對應審計重點</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訓練資料與模型優化目標,如何預先界定何謂「異常」或「高風險」行為?哪些倫理判斷已被壓縮為資料標註規則?</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AI建議是否具備可解釋性?承辦人員能否提出實質理由,而非僅覆述模型輸出?公民能否理解並質疑決定?</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當AI決策造成損害,責任應由承辦人員、機關首長、系統開發者或技術供應商中的何者承擔?多手問題是否已被制度化解決?</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演算法輸出的「客觀」形象,是否已實質取代承辦人員的專業判斷與良知反省?人類監督是否具備實質介入能力?</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裁量邊界審計、組織能力審計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表6-12　四條治理鏈與七項治理審計:以行政倫理與演算法課責為例</w:t>
      </w:r>
    </w:p>
    <w:p>
      <w:pPr>
        <w:jc w:val="center"/>
      </w:pPr>
      <w:r>
        <w:drawing>
          <wp:inline xmlns:a="http://schemas.openxmlformats.org/drawingml/2006/main" xmlns:pic="http://schemas.openxmlformats.org/drawingml/2006/picture">
            <wp:extent cx="5760720" cy="3840480"/>
            <wp:docPr id="5" name="Picture 5"/>
            <wp:cNvGraphicFramePr>
              <a:graphicFrameLocks noChangeAspect="1"/>
            </wp:cNvGraphicFramePr>
            <a:graphic>
              <a:graphicData uri="http://schemas.openxmlformats.org/drawingml/2006/picture">
                <pic:pic>
                  <pic:nvPicPr>
                    <pic:cNvPr id="5" name="img_gov_chains_cycle.png"/>
                    <pic:cNvPicPr/>
                  </pic:nvPicPr>
                  <pic:blipFill>
                    <a:blip r:embed="rId13"/>
                    <a:stretch>
                      <a:fillRect/>
                    </a:stretch>
                  </pic:blipFill>
                  <pic:spPr>
                    <a:xfrm>
                      <a:off x="0" y="0"/>
                      <a:ext cx="5760720" cy="3840480"/>
                    </a:xfrm>
                    <a:prstGeom prst="rect"/>
                  </pic:spPr>
                </pic:pic>
              </a:graphicData>
            </a:graphic>
          </wp:inline>
        </w:drawing>
      </w:r>
    </w:p>
    <w:p>
      <w:pPr>
        <w:jc w:val="center"/>
      </w:pPr>
      <w:r>
        <w:rPr>
          <w:i/>
          <w:sz w:val="21"/>
        </w:rPr>
        <w:t>圖6-E　四條治理鏈鑲嵌於政策循環之總覽圖(補充圖表)</w:t>
      </w:r>
    </w:p>
    <w:p>
      <w:pPr>
        <w:jc w:val="center"/>
      </w:pPr>
      <w:r>
        <w:drawing>
          <wp:inline xmlns:a="http://schemas.openxmlformats.org/drawingml/2006/main" xmlns:pic="http://schemas.openxmlformats.org/drawingml/2006/picture">
            <wp:extent cx="5760720" cy="1782184"/>
            <wp:docPr id="6" name="Picture 6"/>
            <wp:cNvGraphicFramePr>
              <a:graphicFrameLocks noChangeAspect="1"/>
            </wp:cNvGraphicFramePr>
            <a:graphic>
              <a:graphicData uri="http://schemas.openxmlformats.org/drawingml/2006/picture">
                <pic:pic>
                  <pic:nvPicPr>
                    <pic:cNvPr id="6" name="img_gov_chains_audit_table.png"/>
                    <pic:cNvPicPr/>
                  </pic:nvPicPr>
                  <pic:blipFill>
                    <a:blip r:embed="rId14"/>
                    <a:stretch>
                      <a:fillRect/>
                    </a:stretch>
                  </pic:blipFill>
                  <pic:spPr>
                    <a:xfrm>
                      <a:off x="0" y="0"/>
                      <a:ext cx="5760720" cy="1782184"/>
                    </a:xfrm>
                    <a:prstGeom prst="rect"/>
                  </pic:spPr>
                </pic:pic>
              </a:graphicData>
            </a:graphic>
          </wp:inline>
        </w:drawing>
      </w:r>
    </w:p>
    <w:p>
      <w:pPr>
        <w:jc w:val="center"/>
      </w:pPr>
      <w:r>
        <w:rPr>
          <w:i/>
          <w:sz w:val="21"/>
        </w:rPr>
        <w:t>圖6-F　四條治理鏈與主要對應治理審計對照表(補充圖表)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BEB" w:sz="2"/>
              <w:left w:val="single" w:color="B23A3A" w:sz="24"/>
              <w:bottom w:val="single" w:color="FDEBEB" w:sz="2"/>
              <w:right w:val="single" w:color="FDEBEB" w:sz="2"/>
            </w:tcBorders>
            <w:shd w:fill="FDEBEB" w:val="clear"/>
            <w:tcMar>
              <w:top w:type="dxa" w:w="160"/>
              <w:left w:type="dxa" w:w="220"/>
              <w:bottom w:type="dxa" w:w="160"/>
              <w:right w:type="dxa" w:w="220"/>
            </w:tcMar>
          </w:tcPr>
          <w:p>
            <w:pPr>
              <w:spacing w:after="100"/>
            </w:pPr>
            <w:r>
              <w:rPr>
                <w:rFonts w:ascii="微軟正黑體" w:cs="微軟正黑體" w:eastAsia="微軟正黑體" w:hAnsi="微軟正黑體"/>
                <w:b/>
                <w:bCs/>
                <w:color w:val="B23A3A"/>
                <w:sz w:val="22"/>
                <w:szCs w:val="22"/>
              </w:rPr>
              <w:t xml:space="preserve">第一層的AI倫理課責檢查清單</w:t>
            </w:r>
          </w:p>
          <w:p>
            <w:pPr>
              <w:spacing w:line="340"/>
              <w:jc w:val="both"/>
            </w:pPr>
            <w:r>
              <w:rPr>
                <w:rFonts w:ascii="微軟正黑體" w:cs="微軟正黑體" w:eastAsia="微軟正黑體" w:hAnsi="微軟正黑體"/>
                <w:sz w:val="21"/>
                <w:szCs w:val="21"/>
              </w:rPr>
              <w:t xml:space="preserve">系統上線前是否完成演算法影響評估與偏見稽核(反省性選擇)?模型卡與資料卡是否公開揭露用途、限制與已知偏見(真誠)?承辦人員是否具備實質(而非形式)推翻AI建議的能力與誘因(人類監督)?受影響者是否有明確的申訴管道與對抗式解釋可用(可爭訟性)?高風險系統是否嚴守「人類保留」紅線,未讓演算法完全取代準司法判斷(手段限制)?責任歸屬是否在系統上線前即已明確到人,而非留待事故發生後才追查(責任歸屬)?這組問題不是單純的技術驗收表,而是「層次一:哲學與價值」對演算法治理提出的倫理義務。</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w:t>
      </w:r>
    </w:p>
    <w:p>
      <w:pPr>
        <w:spacing w:after="200" w:line="360"/>
        <w:ind w:firstLine="431"/>
        <w:jc w:val="both"/>
      </w:pPr>
      <w:r>
        <w:rPr>
          <w:rFonts w:ascii="微軟正黑體" w:cs="微軟正黑體" w:eastAsia="微軟正黑體" w:hAnsi="微軟正黑體"/>
          <w:sz w:val="22"/>
          <w:szCs w:val="22"/>
        </w:rPr>
        <w:t xml:space="preserve">某縣市政府導入生成式AI自動回覆民眾陳情,並依系統評分決定社福補助的核發優先順序,但系統上線時未標示AI介入事實、未設計人類覆核機制,民眾也無管道申訴。依Gilbert四宮格與三元責任論分析,這個案例同時暴露內部正式監督的缺位(未經內部稽核即上線)與外部非正式監督的缺位(民眾無從得知、更無從監督);依「三可檢核」標準,系統顯然未能滿足可解釋、可追溯、可爭訟三項要求中的任何一項,構成本章所稱「無臉政府」的典型案例。</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1、請以黑心食品或社福補助溢發案例,區辨防禦性與促進性倫理,並評析承辦人員僅滿足「依法未違法」是否已符合促進性倫理?在AI自動審核社福資格時,這個區辨會產生什麼新的意涵?</w:t>
      </w:r>
    </w:p>
    <w:p>
      <w:pPr>
        <w:spacing w:after="160" w:line="340"/>
        <w:ind w:left="431" w:hanging="431"/>
      </w:pPr>
      <w:r>
        <w:rPr>
          <w:rFonts w:ascii="微軟正黑體" w:cs="微軟正黑體" w:eastAsia="微軟正黑體" w:hAnsi="微軟正黑體"/>
          <w:sz w:val="22"/>
          <w:szCs w:val="22"/>
        </w:rPr>
        <w:t xml:space="preserve">2、若某機關導入AI輔助量刑或補助決定系統,請運用表6-9「AI倫理五支柱」逐項檢視:這套系統在公平性、可解釋性、可爭訟性、隱私與資料治理、人類監督五個面向,各應設計哪些具體的課責機制?</w:t>
      </w:r>
    </w:p>
    <w:p>
      <w:pPr>
        <w:spacing w:after="160" w:line="340"/>
        <w:ind w:left="431" w:hanging="431"/>
      </w:pPr>
      <w:r>
        <w:rPr>
          <w:rFonts w:ascii="微軟正黑體" w:cs="微軟正黑體" w:eastAsia="微軟正黑體" w:hAnsi="微軟正黑體"/>
          <w:sz w:val="22"/>
          <w:szCs w:val="22"/>
        </w:rPr>
        <w:t xml:space="preserve">3、Rawls無知之幕若用於設計「低收入戶AI資格審核模型」,設計者應如何實踐「演算法無知之幕」?請論述差別原則如何轉化為公平性指標,並批判「數據中立即公正」這個常見迷思。</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行政倫理從防禦性(不貪不濫)演進至促進性(積極興利、關懷弱勢),而公共利益模糊、行政機關獨大與組織倫理三重困境,在AI外包與GovTech興起後更形嚴峻。Cooper的三類型倫理衝突與Warwick的五項決策原則,說明行政裁量無可迴避,關鍵在於建構反省性的決策能力;Rawls的原初情境與無知之幕,則為行政倫理提供了最系統的正義論基礎,差別原則也成為資源重分配與演算法公平性的重要標竿。行政中立從去政治化的消極不介入,重新詮釋為忠於憲法、人權與弱勢的積極民主錨定;行政責任的確保途徑,則整合了Fesler與Kettl的責任倫理二分、Starling六要素、Gilbert四宮格與政治、法律、專業三元責任論,並具體落實於旋轉門條款、廉政倫理規範、利益衝突迴避法、陽光法案與政治獻金法等台灣本土法制之中。</w:t>
      </w:r>
    </w:p>
    <w:p>
      <w:pPr>
        <w:spacing w:after="200" w:line="360"/>
        <w:ind w:firstLine="431"/>
        <w:jc w:val="both"/>
      </w:pPr>
      <w:r>
        <w:rPr>
          <w:rFonts w:ascii="微軟正黑體" w:cs="微軟正黑體" w:eastAsia="微軟正黑體" w:hAnsi="微軟正黑體"/>
          <w:sz w:val="22"/>
          <w:szCs w:val="22"/>
        </w:rPr>
        <w:t xml:space="preserve">進入AI世代,裁量權從街頭官僚轉移至街頭演算法,帶來多手問題、無臉政府與自動化偏見三重責任危機,促使演算法課責(可歸責、可解釋、可爭訟、可審計)成為必要的制度回應。AI倫理五支柱(公平性、可解釋性、可爭訟性、隱私與資料治理、人類監督與尊嚴),是Warwick五原則在技術層次的當代延伸;虛擬法官三層次(輔助、替代、增強)與「人類保留」的紅線,則劃出了演算法治理在司法場域不可跨越的界線。OECD AI原則與歐盟《人工智慧法》的風險分級,為這些倫理要求提供了可操作的規制工具;而可爭訟性作為課責的最後一哩,提醒我們透明與可解釋若缺乏實質的質疑與救濟能力,終究只是儀式性的透明。這正是本書25-3-3-4-7架構中,「理由鏈」與「責任鏈」在哲學與價值層次最核心的應用場域,也是下一章討論行政環境時,必須延續的制度基礎。</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防禦性行政倫理　</w:t>
      </w:r>
      <w:r>
        <w:rPr>
          <w:rFonts w:ascii="微軟正黑體" w:cs="微軟正黑體" w:eastAsia="微軟正黑體" w:hAnsi="微軟正黑體"/>
          <w:sz w:val="22"/>
          <w:szCs w:val="22"/>
        </w:rPr>
        <w:t xml:space="preserve">聚焦防杜貪污濫權的底線倫理,核心問題是「合法與否」。</w:t>
      </w:r>
    </w:p>
    <w:p>
      <w:pPr>
        <w:spacing w:after="160" w:line="340"/>
      </w:pPr>
      <w:r>
        <w:rPr>
          <w:rFonts w:ascii="微軟正黑體" w:cs="微軟正黑體" w:eastAsia="微軟正黑體" w:hAnsi="微軟正黑體"/>
          <w:b/>
          <w:bCs/>
          <w:sz w:val="22"/>
          <w:szCs w:val="22"/>
        </w:rPr>
        <w:t xml:space="preserve">促進性行政倫理　</w:t>
      </w:r>
      <w:r>
        <w:rPr>
          <w:rFonts w:ascii="微軟正黑體" w:cs="微軟正黑體" w:eastAsia="微軟正黑體" w:hAnsi="微軟正黑體"/>
          <w:sz w:val="22"/>
          <w:szCs w:val="22"/>
        </w:rPr>
        <w:t xml:space="preserve">受新公共行政運動影響,強調社會公平、公益與關懷弱勢的積極興利倫理。</w:t>
      </w:r>
    </w:p>
    <w:p>
      <w:pPr>
        <w:spacing w:after="160" w:line="340"/>
      </w:pPr>
      <w:r>
        <w:rPr>
          <w:rFonts w:ascii="微軟正黑體" w:cs="微軟正黑體" w:eastAsia="微軟正黑體" w:hAnsi="微軟正黑體"/>
          <w:b/>
          <w:bCs/>
          <w:sz w:val="22"/>
          <w:szCs w:val="22"/>
        </w:rPr>
        <w:t xml:space="preserve">多手問題(Many Hands Problem)　</w:t>
      </w:r>
      <w:r>
        <w:rPr>
          <w:rFonts w:ascii="微軟正黑體" w:cs="微軟正黑體" w:eastAsia="微軟正黑體" w:hAnsi="微軟正黑體"/>
          <w:sz w:val="22"/>
          <w:szCs w:val="22"/>
        </w:rPr>
        <w:t xml:space="preserve">決策分散於多個行動者,致使責任歸屬不明的現象。</w:t>
      </w:r>
    </w:p>
    <w:p>
      <w:pPr>
        <w:spacing w:after="160" w:line="340"/>
      </w:pPr>
      <w:r>
        <w:rPr>
          <w:rFonts w:ascii="微軟正黑體" w:cs="微軟正黑體" w:eastAsia="微軟正黑體" w:hAnsi="微軟正黑體"/>
          <w:b/>
          <w:bCs/>
          <w:sz w:val="22"/>
          <w:szCs w:val="22"/>
        </w:rPr>
        <w:t xml:space="preserve">無臉政府(No-Face Government)　</w:t>
      </w:r>
      <w:r>
        <w:rPr>
          <w:rFonts w:ascii="微軟正黑體" w:cs="微軟正黑體" w:eastAsia="微軟正黑體" w:hAnsi="微軟正黑體"/>
          <w:sz w:val="22"/>
          <w:szCs w:val="22"/>
        </w:rPr>
        <w:t xml:space="preserve">組織龐大與AI外包,使人民不知向誰究責的治理困境。</w:t>
      </w:r>
    </w:p>
    <w:p>
      <w:pPr>
        <w:spacing w:after="160" w:line="340"/>
      </w:pPr>
      <w:r>
        <w:rPr>
          <w:rFonts w:ascii="微軟正黑體" w:cs="微軟正黑體" w:eastAsia="微軟正黑體" w:hAnsi="微軟正黑體"/>
          <w:b/>
          <w:bCs/>
          <w:sz w:val="22"/>
          <w:szCs w:val="22"/>
        </w:rPr>
        <w:t xml:space="preserve">Cooper三類型倫理衝突　</w:t>
      </w:r>
      <w:r>
        <w:rPr>
          <w:rFonts w:ascii="微軟正黑體" w:cs="微軟正黑體" w:eastAsia="微軟正黑體" w:hAnsi="微軟正黑體"/>
          <w:sz w:val="22"/>
          <w:szCs w:val="22"/>
        </w:rPr>
        <w:t xml:space="preserve">權威衝突、角色衝突與利益衝突,描述主觀責任與客觀責任相互矛盾的情境。</w:t>
      </w:r>
    </w:p>
    <w:p>
      <w:pPr>
        <w:spacing w:after="160" w:line="340"/>
      </w:pPr>
      <w:r>
        <w:rPr>
          <w:rFonts w:ascii="微軟正黑體" w:cs="微軟正黑體" w:eastAsia="微軟正黑體" w:hAnsi="微軟正黑體"/>
          <w:b/>
          <w:bCs/>
          <w:sz w:val="22"/>
          <w:szCs w:val="22"/>
        </w:rPr>
        <w:t xml:space="preserve">Warwick五原則　</w:t>
      </w:r>
      <w:r>
        <w:rPr>
          <w:rFonts w:ascii="微軟正黑體" w:cs="微軟正黑體" w:eastAsia="微軟正黑體" w:hAnsi="微軟正黑體"/>
          <w:sz w:val="22"/>
          <w:szCs w:val="22"/>
        </w:rPr>
        <w:t xml:space="preserve">公共取向、反省性選擇、真誠、程序尊重、手段限制,是政策倫理決策的核心檢核原則。</w:t>
      </w:r>
    </w:p>
    <w:p>
      <w:pPr>
        <w:spacing w:after="160" w:line="340"/>
      </w:pPr>
      <w:r>
        <w:rPr>
          <w:rFonts w:ascii="微軟正黑體" w:cs="微軟正黑體" w:eastAsia="微軟正黑體" w:hAnsi="微軟正黑體"/>
          <w:b/>
          <w:bCs/>
          <w:sz w:val="22"/>
          <w:szCs w:val="22"/>
        </w:rPr>
        <w:t xml:space="preserve">原初情境與無知之幕　</w:t>
      </w:r>
      <w:r>
        <w:rPr>
          <w:rFonts w:ascii="微軟正黑體" w:cs="微軟正黑體" w:eastAsia="微軟正黑體" w:hAnsi="微軟正黑體"/>
          <w:sz w:val="22"/>
          <w:szCs w:val="22"/>
        </w:rPr>
        <w:t xml:space="preserve">Rawls提出,設想理性個體在遮蔽自身社經資訊下訂立社會契約,以確保公正。</w:t>
      </w:r>
    </w:p>
    <w:p>
      <w:pPr>
        <w:spacing w:after="160" w:line="340"/>
      </w:pPr>
      <w:r>
        <w:rPr>
          <w:rFonts w:ascii="微軟正黑體" w:cs="微軟正黑體" w:eastAsia="微軟正黑體" w:hAnsi="微軟正黑體"/>
          <w:b/>
          <w:bCs/>
          <w:sz w:val="22"/>
          <w:szCs w:val="22"/>
        </w:rPr>
        <w:t xml:space="preserve">差別原則(Difference Principle)　</w:t>
      </w:r>
      <w:r>
        <w:rPr>
          <w:rFonts w:ascii="微軟正黑體" w:cs="微軟正黑體" w:eastAsia="微軟正黑體" w:hAnsi="微軟正黑體"/>
          <w:sz w:val="22"/>
          <w:szCs w:val="22"/>
        </w:rPr>
        <w:t xml:space="preserve">社會與經濟的不平等,僅在對最弱勢者最有利時始具正當性。</w:t>
      </w:r>
    </w:p>
    <w:p>
      <w:pPr>
        <w:spacing w:after="160" w:line="340"/>
      </w:pPr>
      <w:r>
        <w:rPr>
          <w:rFonts w:ascii="微軟正黑體" w:cs="微軟正黑體" w:eastAsia="微軟正黑體" w:hAnsi="微軟正黑體"/>
          <w:b/>
          <w:bCs/>
          <w:sz w:val="22"/>
          <w:szCs w:val="22"/>
        </w:rPr>
        <w:t xml:space="preserve">行政中立與民主錨定　</w:t>
      </w:r>
      <w:r>
        <w:rPr>
          <w:rFonts w:ascii="微軟正黑體" w:cs="微軟正黑體" w:eastAsia="微軟正黑體" w:hAnsi="微軟正黑體"/>
          <w:sz w:val="22"/>
          <w:szCs w:val="22"/>
        </w:rPr>
        <w:t xml:space="preserve">行政中立由對政黨保持距離的去政治化,轉向忠於憲法與人權的民主錨定新詮釋。</w:t>
      </w:r>
    </w:p>
    <w:p>
      <w:pPr>
        <w:spacing w:after="160" w:line="340"/>
      </w:pPr>
      <w:r>
        <w:rPr>
          <w:rFonts w:ascii="微軟正黑體" w:cs="微軟正黑體" w:eastAsia="微軟正黑體" w:hAnsi="微軟正黑體"/>
          <w:b/>
          <w:bCs/>
          <w:sz w:val="22"/>
          <w:szCs w:val="22"/>
        </w:rPr>
        <w:t xml:space="preserve">Fesler與Kettl責任二分　</w:t>
      </w:r>
      <w:r>
        <w:rPr>
          <w:rFonts w:ascii="微軟正黑體" w:cs="微軟正黑體" w:eastAsia="微軟正黑體" w:hAnsi="微軟正黑體"/>
          <w:sz w:val="22"/>
          <w:szCs w:val="22"/>
        </w:rPr>
        <w:t xml:space="preserve">負責行為(依法之客觀責任)與倫理行為(依德之主觀責任)的二元架構。</w:t>
      </w:r>
    </w:p>
    <w:p>
      <w:pPr>
        <w:spacing w:after="160" w:line="340"/>
      </w:pPr>
      <w:r>
        <w:rPr>
          <w:rFonts w:ascii="微軟正黑體" w:cs="微軟正黑體" w:eastAsia="微軟正黑體" w:hAnsi="微軟正黑體"/>
          <w:b/>
          <w:bCs/>
          <w:sz w:val="22"/>
          <w:szCs w:val="22"/>
        </w:rPr>
        <w:t xml:space="preserve">Gilbert四宮格　</w:t>
      </w:r>
      <w:r>
        <w:rPr>
          <w:rFonts w:ascii="微軟正黑體" w:cs="微軟正黑體" w:eastAsia="微軟正黑體" w:hAnsi="微軟正黑體"/>
          <w:sz w:val="22"/>
          <w:szCs w:val="22"/>
        </w:rPr>
        <w:t xml:space="preserve">以正式/非正式與內部/外部兩個向度,分類行政責任的四種確保途徑。</w:t>
      </w:r>
    </w:p>
    <w:p>
      <w:pPr>
        <w:spacing w:after="160" w:line="340"/>
      </w:pPr>
      <w:r>
        <w:rPr>
          <w:rFonts w:ascii="微軟正黑體" w:cs="微軟正黑體" w:eastAsia="微軟正黑體" w:hAnsi="微軟正黑體"/>
          <w:b/>
          <w:bCs/>
          <w:sz w:val="22"/>
          <w:szCs w:val="22"/>
        </w:rPr>
        <w:t xml:space="preserve">三元責任論　</w:t>
      </w:r>
      <w:r>
        <w:rPr>
          <w:rFonts w:ascii="微軟正黑體" w:cs="微軟正黑體" w:eastAsia="微軟正黑體" w:hAnsi="微軟正黑體"/>
          <w:sz w:val="22"/>
          <w:szCs w:val="22"/>
        </w:rPr>
        <w:t xml:space="preserve">政治責任、法律責任與專業責任三種課責邏輯之間的動態平衡。</w:t>
      </w:r>
    </w:p>
    <w:p>
      <w:pPr>
        <w:spacing w:after="160" w:line="340"/>
      </w:pPr>
      <w:r>
        <w:rPr>
          <w:rFonts w:ascii="微軟正黑體" w:cs="微軟正黑體" w:eastAsia="微軟正黑體" w:hAnsi="微軟正黑體"/>
          <w:b/>
          <w:bCs/>
          <w:sz w:val="22"/>
          <w:szCs w:val="22"/>
        </w:rPr>
        <w:t xml:space="preserve">旋轉門條款　</w:t>
      </w:r>
      <w:r>
        <w:rPr>
          <w:rFonts w:ascii="微軟正黑體" w:cs="微軟正黑體" w:eastAsia="微軟正黑體" w:hAnsi="微軟正黑體"/>
          <w:sz w:val="22"/>
          <w:szCs w:val="22"/>
        </w:rPr>
        <w:t xml:space="preserve">公務員服務法第16條規定,離職後三年內不得任職於與離職前職務直接相關之營利事業。</w:t>
      </w:r>
    </w:p>
    <w:p>
      <w:pPr>
        <w:spacing w:after="160" w:line="340"/>
      </w:pPr>
      <w:r>
        <w:rPr>
          <w:rFonts w:ascii="微軟正黑體" w:cs="微軟正黑體" w:eastAsia="微軟正黑體" w:hAnsi="微軟正黑體"/>
          <w:b/>
          <w:bCs/>
          <w:sz w:val="22"/>
          <w:szCs w:val="22"/>
        </w:rPr>
        <w:t xml:space="preserve">公職人員利益衝突迴避法　</w:t>
      </w:r>
      <w:r>
        <w:rPr>
          <w:rFonts w:ascii="微軟正黑體" w:cs="微軟正黑體" w:eastAsia="微軟正黑體" w:hAnsi="微軟正黑體"/>
          <w:sz w:val="22"/>
          <w:szCs w:val="22"/>
        </w:rPr>
        <w:t xml:space="preserve">規範公職人員及其關係人之財產上與非財產上利益迴避義務的專法。</w:t>
      </w:r>
    </w:p>
    <w:p>
      <w:pPr>
        <w:spacing w:after="160" w:line="340"/>
      </w:pPr>
      <w:r>
        <w:rPr>
          <w:rFonts w:ascii="微軟正黑體" w:cs="微軟正黑體" w:eastAsia="微軟正黑體" w:hAnsi="微軟正黑體"/>
          <w:b/>
          <w:bCs/>
          <w:sz w:val="22"/>
          <w:szCs w:val="22"/>
        </w:rPr>
        <w:t xml:space="preserve">陽光法案(財產申報法)　</w:t>
      </w:r>
      <w:r>
        <w:rPr>
          <w:rFonts w:ascii="微軟正黑體" w:cs="微軟正黑體" w:eastAsia="微軟正黑體" w:hAnsi="微軟正黑體"/>
          <w:sz w:val="22"/>
          <w:szCs w:val="22"/>
        </w:rPr>
        <w:t xml:space="preserve">要求特定層級以上公職人員定期申報財產,以透明確立清廉作為的法制。</w:t>
      </w:r>
    </w:p>
    <w:p>
      <w:pPr>
        <w:spacing w:after="160" w:line="340"/>
      </w:pPr>
      <w:r>
        <w:rPr>
          <w:rFonts w:ascii="微軟正黑體" w:cs="微軟正黑體" w:eastAsia="微軟正黑體" w:hAnsi="微軟正黑體"/>
          <w:b/>
          <w:bCs/>
          <w:sz w:val="22"/>
          <w:szCs w:val="22"/>
        </w:rPr>
        <w:t xml:space="preserve">演算法課責(Algorithmic Accountability)　</w:t>
      </w:r>
      <w:r>
        <w:rPr>
          <w:rFonts w:ascii="微軟正黑體" w:cs="微軟正黑體" w:eastAsia="微軟正黑體" w:hAnsi="微軟正黑體"/>
          <w:sz w:val="22"/>
          <w:szCs w:val="22"/>
        </w:rPr>
        <w:t xml:space="preserve">可歸責性、可解釋性、可爭訟性與可審計性四者的總和。</w:t>
      </w:r>
    </w:p>
    <w:p>
      <w:pPr>
        <w:spacing w:after="160" w:line="340"/>
      </w:pPr>
      <w:r>
        <w:rPr>
          <w:rFonts w:ascii="微軟正黑體" w:cs="微軟正黑體" w:eastAsia="微軟正黑體" w:hAnsi="微軟正黑體"/>
          <w:b/>
          <w:bCs/>
          <w:sz w:val="22"/>
          <w:szCs w:val="22"/>
        </w:rPr>
        <w:t xml:space="preserve">AI倫理五支柱　</w:t>
      </w:r>
      <w:r>
        <w:rPr>
          <w:rFonts w:ascii="微軟正黑體" w:cs="微軟正黑體" w:eastAsia="微軟正黑體" w:hAnsi="微軟正黑體"/>
          <w:sz w:val="22"/>
          <w:szCs w:val="22"/>
        </w:rPr>
        <w:t xml:space="preserve">公平性、可解釋性、可爭訟性、隱私與資料治理、人類監督與尊嚴。</w:t>
      </w:r>
    </w:p>
    <w:p>
      <w:pPr>
        <w:spacing w:after="160" w:line="340"/>
      </w:pPr>
      <w:r>
        <w:rPr>
          <w:rFonts w:ascii="微軟正黑體" w:cs="微軟正黑體" w:eastAsia="微軟正黑體" w:hAnsi="微軟正黑體"/>
          <w:b/>
          <w:bCs/>
          <w:sz w:val="22"/>
          <w:szCs w:val="22"/>
        </w:rPr>
        <w:t xml:space="preserve">虛擬法官三層次　</w:t>
      </w:r>
      <w:r>
        <w:rPr>
          <w:rFonts w:ascii="微軟正黑體" w:cs="微軟正黑體" w:eastAsia="微軟正黑體" w:hAnsi="微軟正黑體"/>
          <w:sz w:val="22"/>
          <w:szCs w:val="22"/>
        </w:rPr>
        <w:t xml:space="preserve">AI在司法場域的角色可區分為輔助、替代與增強,國際治理實務明文禁止完全自動化判決。</w:t>
      </w:r>
    </w:p>
    <w:p>
      <w:pPr>
        <w:spacing w:after="160" w:line="340"/>
      </w:pPr>
      <w:r>
        <w:rPr>
          <w:rFonts w:ascii="微軟正黑體" w:cs="微軟正黑體" w:eastAsia="微軟正黑體" w:hAnsi="微軟正黑體"/>
          <w:b/>
          <w:bCs/>
          <w:sz w:val="22"/>
          <w:szCs w:val="22"/>
        </w:rPr>
        <w:t xml:space="preserve">可爭訟性(Contestability)　</w:t>
      </w:r>
      <w:r>
        <w:rPr>
          <w:rFonts w:ascii="微軟正黑體" w:cs="微軟正黑體" w:eastAsia="微軟正黑體" w:hAnsi="微軟正黑體"/>
          <w:sz w:val="22"/>
          <w:szCs w:val="22"/>
        </w:rPr>
        <w:t xml:space="preserve">受AI決策影響者能有效質疑、提供反證並獲得重新審查的制度能力。</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一、行政中立新詮釋強調忠於憲法而非政黨,若公務員發現機關採購之AI人臉辨識系統存在族群偏見,揭露此事是否違反行政中立?請結合弊端揭發者保護與數位中立,論述我國法制的保障與不足。</w:t>
      </w:r>
    </w:p>
    <w:p>
      <w:pPr>
        <w:spacing w:after="160" w:line="340"/>
        <w:ind w:left="431" w:hanging="431"/>
      </w:pPr>
      <w:r>
        <w:rPr>
          <w:rFonts w:ascii="微軟正黑體" w:cs="微軟正黑體" w:eastAsia="微軟正黑體" w:hAnsi="微軟正黑體"/>
          <w:sz w:val="22"/>
          <w:szCs w:val="22"/>
        </w:rPr>
        <w:t xml:space="preserve">二、試以Gilbert四宮格與三元責任論,分析我國現行陽光四法(公務員服務法旋轉門條款、廉政倫理規範、利益衝突迴避法、財產申報法)分別對應哪一象限與哪一種責任邏輯?哪一象限的制度目前最為薄弱?</w:t>
      </w:r>
    </w:p>
    <w:p>
      <w:pPr>
        <w:spacing w:after="160" w:line="340"/>
        <w:ind w:left="431" w:hanging="431"/>
      </w:pPr>
      <w:r>
        <w:rPr>
          <w:rFonts w:ascii="微軟正黑體" w:cs="微軟正黑體" w:eastAsia="微軟正黑體" w:hAnsi="微軟正黑體"/>
          <w:sz w:val="22"/>
          <w:szCs w:val="22"/>
        </w:rPr>
        <w:t xml:space="preserve">三、OECD AI原則與歐盟《人工智慧法》風險分級,分別回答「AI應遵循什麼價值」與「用什麼工具管制AI」兩個不同層次的問題。請說明兩者如何互補,並以我國司法院AI量刑輔助系統為例,分析其應被歸類為哪一風險等級。</w:t>
      </w:r>
    </w:p>
    <w:p>
      <w:pPr>
        <w:spacing w:after="160" w:line="340"/>
        <w:ind w:left="431" w:hanging="431"/>
      </w:pPr>
      <w:r>
        <w:rPr>
          <w:rFonts w:ascii="微軟正黑體" w:cs="微軟正黑體" w:eastAsia="微軟正黑體" w:hAnsi="微軟正黑體"/>
          <w:sz w:val="22"/>
          <w:szCs w:val="22"/>
        </w:rPr>
        <w:t xml:space="preserve">四、試以本書25座標,定位「政府採購生成式AI自動回覆民眾陳情系統」屬於何格?並說明其在哲學與價值層次可能引發的權力移轉與結構性效應。</w:t>
      </w:r>
    </w:p>
    <w:p>
      <w:pPr>
        <w:spacing w:after="160" w:line="340"/>
        <w:ind w:left="431" w:hanging="431"/>
      </w:pPr>
      <w:r>
        <w:rPr>
          <w:rFonts w:ascii="微軟正黑體" w:cs="微軟正黑體" w:eastAsia="微軟正黑體" w:hAnsi="微軟正黑體"/>
          <w:sz w:val="22"/>
          <w:szCs w:val="22"/>
        </w:rPr>
        <w:t xml:space="preserve">五、「三可檢核」(可解釋、可追溯、可爭訟)若作為政府AI系統上線的必要條件,可能面臨哪些行政實務上的落實困難?請提出至少一項具體的配套制度設計。</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00" w:line="360"/>
        <w:ind w:firstLine="431"/>
        <w:jc w:val="both"/>
      </w:pPr>
      <w:r>
        <w:rPr>
          <w:rFonts w:ascii="微軟正黑體" w:cs="微軟正黑體" w:eastAsia="微軟正黑體" w:hAnsi="微軟正黑體"/>
          <w:sz w:val="22"/>
          <w:szCs w:val="22"/>
        </w:rPr>
        <w:t xml:space="preserve">Waldo, D. (1948). The Administrative State. Ronald Press.</w:t>
      </w:r>
    </w:p>
    <w:p>
      <w:pPr>
        <w:spacing w:after="200" w:line="360"/>
        <w:ind w:firstLine="431"/>
        <w:jc w:val="both"/>
      </w:pPr>
      <w:r>
        <w:rPr>
          <w:rFonts w:ascii="微軟正黑體" w:cs="微軟正黑體" w:eastAsia="微軟正黑體" w:hAnsi="微軟正黑體"/>
          <w:sz w:val="22"/>
          <w:szCs w:val="22"/>
        </w:rPr>
        <w:t xml:space="preserve">Cooper, T. L. (2012). The Responsible Administrator (6th ed.). Jossey-Bass.</w:t>
      </w:r>
    </w:p>
    <w:p>
      <w:pPr>
        <w:spacing w:after="200" w:line="360"/>
        <w:ind w:firstLine="431"/>
        <w:jc w:val="both"/>
      </w:pPr>
      <w:r>
        <w:rPr>
          <w:rFonts w:ascii="微軟正黑體" w:cs="微軟正黑體" w:eastAsia="微軟正黑體" w:hAnsi="微軟正黑體"/>
          <w:sz w:val="22"/>
          <w:szCs w:val="22"/>
        </w:rPr>
        <w:t xml:space="preserve">Rohr, J. A. (1989). Ethics for Bureaucrats (2nd ed.). Marcel Dekker.</w:t>
      </w:r>
    </w:p>
    <w:p>
      <w:pPr>
        <w:spacing w:after="200" w:line="360"/>
        <w:ind w:firstLine="431"/>
        <w:jc w:val="both"/>
      </w:pPr>
      <w:r>
        <w:rPr>
          <w:rFonts w:ascii="微軟正黑體" w:cs="微軟正黑體" w:eastAsia="微軟正黑體" w:hAnsi="微軟正黑體"/>
          <w:sz w:val="22"/>
          <w:szCs w:val="22"/>
        </w:rPr>
        <w:t xml:space="preserve">Frederickson, H. G. (2010). Social Equity and Public Administration. M.E. Sharpe.</w:t>
      </w:r>
    </w:p>
    <w:p>
      <w:pPr>
        <w:spacing w:after="200" w:line="360"/>
        <w:ind w:firstLine="431"/>
        <w:jc w:val="both"/>
      </w:pPr>
      <w:r>
        <w:rPr>
          <w:rFonts w:ascii="微軟正黑體" w:cs="微軟正黑體" w:eastAsia="微軟正黑體" w:hAnsi="微軟正黑體"/>
          <w:sz w:val="22"/>
          <w:szCs w:val="22"/>
        </w:rPr>
        <w:t xml:space="preserve">Bowman, J. S., &amp; West, J. P. (2021). Public Service Ethics (3rd ed.). Routledge.</w:t>
      </w:r>
    </w:p>
    <w:p>
      <w:pPr>
        <w:spacing w:after="200" w:line="360"/>
        <w:ind w:firstLine="431"/>
        <w:jc w:val="both"/>
      </w:pPr>
      <w:r>
        <w:rPr>
          <w:rFonts w:ascii="微軟正黑體" w:cs="微軟正黑體" w:eastAsia="微軟正黑體" w:hAnsi="微軟正黑體"/>
          <w:sz w:val="22"/>
          <w:szCs w:val="22"/>
        </w:rPr>
        <w:t xml:space="preserve">Rawls, J. (1971, rev. 1999). A Theory of Justice. Harvard University Press.</w:t>
      </w:r>
    </w:p>
    <w:p>
      <w:pPr>
        <w:spacing w:after="200" w:line="360"/>
        <w:ind w:firstLine="431"/>
        <w:jc w:val="both"/>
      </w:pPr>
      <w:r>
        <w:rPr>
          <w:rFonts w:ascii="微軟正黑體" w:cs="微軟正黑體" w:eastAsia="微軟正黑體" w:hAnsi="微軟正黑體"/>
          <w:sz w:val="22"/>
          <w:szCs w:val="22"/>
        </w:rPr>
        <w:t xml:space="preserve">Wolff, J. (2023). Rawls and Fair Machine Learning. Philosophy &amp; Public Affairs, 51(1).</w:t>
      </w:r>
    </w:p>
    <w:p>
      <w:pPr>
        <w:spacing w:after="200" w:line="360"/>
        <w:ind w:firstLine="431"/>
        <w:jc w:val="both"/>
      </w:pPr>
      <w:r>
        <w:rPr>
          <w:rFonts w:ascii="微軟正黑體" w:cs="微軟正黑體" w:eastAsia="微軟正黑體" w:hAnsi="微軟正黑體"/>
          <w:sz w:val="22"/>
          <w:szCs w:val="22"/>
        </w:rPr>
        <w:t xml:space="preserve">Overeem, P. (2022). The Value of Administrative Neutrality. Public Administration Review.</w:t>
      </w:r>
    </w:p>
    <w:p>
      <w:pPr>
        <w:spacing w:after="200" w:line="360"/>
        <w:ind w:firstLine="431"/>
        <w:jc w:val="both"/>
      </w:pPr>
      <w:r>
        <w:rPr>
          <w:rFonts w:ascii="微軟正黑體" w:cs="微軟正黑體" w:eastAsia="微軟正黑體" w:hAnsi="微軟正黑體"/>
          <w:sz w:val="22"/>
          <w:szCs w:val="22"/>
        </w:rPr>
        <w:t xml:space="preserve">Overeem, P., &amp; Tholen, B. (2021). Public Administration Ethics Audit. Public Money &amp; Management, 41(1).</w:t>
      </w:r>
    </w:p>
    <w:p>
      <w:pPr>
        <w:spacing w:after="200" w:line="360"/>
        <w:ind w:firstLine="431"/>
        <w:jc w:val="both"/>
      </w:pPr>
      <w:r>
        <w:rPr>
          <w:rFonts w:ascii="微軟正黑體" w:cs="微軟正黑體" w:eastAsia="微軟正黑體" w:hAnsi="微軟正黑體"/>
          <w:sz w:val="22"/>
          <w:szCs w:val="22"/>
        </w:rPr>
        <w:t xml:space="preserve">Thompson, D. F. (2014). Responsibility for Failures of Government. American Review of Public Administration, 44(3S).</w:t>
      </w:r>
    </w:p>
    <w:p>
      <w:pPr>
        <w:spacing w:after="200" w:line="360"/>
        <w:ind w:firstLine="431"/>
        <w:jc w:val="both"/>
      </w:pPr>
      <w:r>
        <w:rPr>
          <w:rFonts w:ascii="微軟正黑體" w:cs="微軟正黑體" w:eastAsia="微軟正黑體" w:hAnsi="微軟正黑體"/>
          <w:sz w:val="22"/>
          <w:szCs w:val="22"/>
        </w:rPr>
        <w:t xml:space="preserve">Bovens, M. (2007). Analysing and Assessing Accountability: A Conceptual Framework. European Law Journal, 13(4), 447-468.</w:t>
      </w:r>
    </w:p>
    <w:p>
      <w:pPr>
        <w:spacing w:after="200" w:line="360"/>
        <w:ind w:firstLine="431"/>
        <w:jc w:val="both"/>
      </w:pPr>
      <w:r>
        <w:rPr>
          <w:rFonts w:ascii="微軟正黑體" w:cs="微軟正黑體" w:eastAsia="微軟正黑體" w:hAnsi="微軟正黑體"/>
          <w:sz w:val="22"/>
          <w:szCs w:val="22"/>
        </w:rPr>
        <w:t xml:space="preserve">Bovens, M. (2020). Accountability and Algorithm. In Oxford Handbook of Public Accountability.</w:t>
      </w:r>
    </w:p>
    <w:p>
      <w:pPr>
        <w:spacing w:after="200" w:line="360"/>
        <w:ind w:firstLine="431"/>
        <w:jc w:val="both"/>
      </w:pPr>
      <w:r>
        <w:rPr>
          <w:rFonts w:ascii="微軟正黑體" w:cs="微軟正黑體" w:eastAsia="微軟正黑體" w:hAnsi="微軟正黑體"/>
          <w:sz w:val="22"/>
          <w:szCs w:val="22"/>
        </w:rPr>
        <w:t xml:space="preserve">Busuioc, M. (2021). Accountable Artificial Intelligence: Holding Algorithms to Account. Public Administration Review, 81(5), 825-836.</w:t>
      </w:r>
    </w:p>
    <w:p>
      <w:pPr>
        <w:spacing w:after="200" w:line="360"/>
        <w:ind w:firstLine="431"/>
        <w:jc w:val="both"/>
      </w:pPr>
      <w:r>
        <w:rPr>
          <w:rFonts w:ascii="微軟正黑體" w:cs="微軟正黑體" w:eastAsia="微軟正黑體" w:hAnsi="微軟正黑體"/>
          <w:sz w:val="22"/>
          <w:szCs w:val="22"/>
        </w:rPr>
        <w:t xml:space="preserve">Diakopoulos, N. (2020). Automating the News. Harvard University Press.</w:t>
      </w:r>
    </w:p>
    <w:p>
      <w:pPr>
        <w:spacing w:after="200" w:line="360"/>
        <w:ind w:firstLine="431"/>
        <w:jc w:val="both"/>
      </w:pPr>
      <w:r>
        <w:rPr>
          <w:rFonts w:ascii="微軟正黑體" w:cs="微軟正黑體" w:eastAsia="微軟正黑體" w:hAnsi="微軟正黑體"/>
          <w:sz w:val="22"/>
          <w:szCs w:val="22"/>
        </w:rPr>
        <w:t xml:space="preserve">Raji, I. D., et al. (2020). Closing the AI Accountability Gap. FAT* 2020.</w:t>
      </w:r>
    </w:p>
    <w:p>
      <w:pPr>
        <w:spacing w:after="200" w:line="360"/>
        <w:ind w:firstLine="431"/>
        <w:jc w:val="both"/>
      </w:pPr>
      <w:r>
        <w:rPr>
          <w:rFonts w:ascii="微軟正黑體" w:cs="微軟正黑體" w:eastAsia="微軟正黑體" w:hAnsi="微軟正黑體"/>
          <w:sz w:val="22"/>
          <w:szCs w:val="22"/>
        </w:rPr>
        <w:t xml:space="preserve">de Laat, P. B. (2021). Algorithmic Decision-Making. Ethics and Information Technology, 23, 45-62.</w:t>
      </w:r>
    </w:p>
    <w:p>
      <w:pPr>
        <w:spacing w:after="200" w:line="360"/>
        <w:ind w:firstLine="431"/>
        <w:jc w:val="both"/>
      </w:pPr>
      <w:r>
        <w:rPr>
          <w:rFonts w:ascii="微軟正黑體" w:cs="微軟正黑體" w:eastAsia="微軟正黑體" w:hAnsi="微軟正黑體"/>
          <w:sz w:val="22"/>
          <w:szCs w:val="22"/>
        </w:rPr>
        <w:t xml:space="preserve">Widlak, A., et al. (2023). Auditing Algorithms in the Public Sector. Government Information Quarterly, 40(2).</w:t>
      </w:r>
    </w:p>
    <w:p>
      <w:pPr>
        <w:spacing w:after="200" w:line="360"/>
        <w:ind w:firstLine="431"/>
        <w:jc w:val="both"/>
      </w:pPr>
      <w:r>
        <w:rPr>
          <w:rFonts w:ascii="微軟正黑體" w:cs="微軟正黑體" w:eastAsia="微軟正黑體" w:hAnsi="微軟正黑體"/>
          <w:sz w:val="22"/>
          <w:szCs w:val="22"/>
        </w:rPr>
        <w:t xml:space="preserve">Mitchell, M., et al. (2019). Model Cards for Model Reporting. FAT* 2019.</w:t>
      </w:r>
    </w:p>
    <w:p>
      <w:pPr>
        <w:spacing w:after="200" w:line="360"/>
        <w:ind w:firstLine="431"/>
        <w:jc w:val="both"/>
      </w:pPr>
      <w:r>
        <w:rPr>
          <w:rFonts w:ascii="微軟正黑體" w:cs="微軟正黑體" w:eastAsia="微軟正黑體" w:hAnsi="微軟正黑體"/>
          <w:sz w:val="22"/>
          <w:szCs w:val="22"/>
        </w:rPr>
        <w:t xml:space="preserve">Arrieta, A. B., et al. (2020). Explainable AI (XAI). Information Fusion, 58, 82-115.</w:t>
      </w:r>
    </w:p>
    <w:p>
      <w:pPr>
        <w:spacing w:after="200" w:line="360"/>
        <w:ind w:firstLine="431"/>
        <w:jc w:val="both"/>
      </w:pPr>
      <w:r>
        <w:rPr>
          <w:rFonts w:ascii="微軟正黑體" w:cs="微軟正黑體" w:eastAsia="微軟正黑體" w:hAnsi="微軟正黑體"/>
          <w:sz w:val="22"/>
          <w:szCs w:val="22"/>
        </w:rPr>
        <w:t xml:space="preserve">Alfrink, K., et al. (2023). Contestable AI by Design: Four Patterns. AI &amp; Society, 38.</w:t>
      </w:r>
    </w:p>
    <w:p>
      <w:pPr>
        <w:spacing w:after="200" w:line="360"/>
        <w:ind w:firstLine="431"/>
        <w:jc w:val="both"/>
      </w:pPr>
      <w:r>
        <w:rPr>
          <w:rFonts w:ascii="微軟正黑體" w:cs="微軟正黑體" w:eastAsia="微軟正黑體" w:hAnsi="微軟正黑體"/>
          <w:sz w:val="22"/>
          <w:szCs w:val="22"/>
        </w:rPr>
        <w:t xml:space="preserve">Alon-Barkat, S., &amp; Busuioc, M. (2023). Human-AI Interactions in Public Sector Decision Making. Journal of Public Administration Research and Theory, 33(1), 153-169.</w:t>
      </w:r>
    </w:p>
    <w:p>
      <w:pPr>
        <w:spacing w:after="200" w:line="360"/>
        <w:ind w:firstLine="431"/>
        <w:jc w:val="both"/>
      </w:pPr>
      <w:r>
        <w:rPr>
          <w:rFonts w:ascii="微軟正黑體" w:cs="微軟正黑體" w:eastAsia="微軟正黑體" w:hAnsi="微軟正黑體"/>
          <w:sz w:val="22"/>
          <w:szCs w:val="22"/>
        </w:rPr>
        <w:t xml:space="preserve">Busch, P. A., &amp; Henriksen, H. Z. (2018). Digital Discretion. Government Information Quarterly, 35(4), 561-572.</w:t>
      </w:r>
    </w:p>
    <w:p>
      <w:pPr>
        <w:spacing w:after="200" w:line="360"/>
        <w:ind w:firstLine="431"/>
        <w:jc w:val="both"/>
      </w:pPr>
      <w:r>
        <w:rPr>
          <w:rFonts w:ascii="微軟正黑體" w:cs="微軟正黑體" w:eastAsia="微軟正黑體" w:hAnsi="微軟正黑體"/>
          <w:sz w:val="22"/>
          <w:szCs w:val="22"/>
        </w:rPr>
        <w:t xml:space="preserve">Alkhatib, A., &amp; Bernstein, M. (2019). Street-Level Algorithms. CHI 2019.</w:t>
      </w:r>
    </w:p>
    <w:p>
      <w:pPr>
        <w:spacing w:after="200" w:line="360"/>
        <w:ind w:firstLine="431"/>
        <w:jc w:val="both"/>
      </w:pPr>
      <w:r>
        <w:rPr>
          <w:rFonts w:ascii="微軟正黑體" w:cs="微軟正黑體" w:eastAsia="微軟正黑體" w:hAnsi="微軟正黑體"/>
          <w:sz w:val="22"/>
          <w:szCs w:val="22"/>
        </w:rPr>
        <w:t xml:space="preserve">Reiling, A. D. (2020). Courts and Artificial Intelligence. International Journal for Court Administration, 11(2).</w:t>
      </w:r>
    </w:p>
    <w:p>
      <w:pPr>
        <w:spacing w:after="200" w:line="360"/>
        <w:ind w:firstLine="431"/>
        <w:jc w:val="both"/>
      </w:pPr>
      <w:r>
        <w:rPr>
          <w:rFonts w:ascii="微軟正黑體" w:cs="微軟正黑體" w:eastAsia="微軟正黑體" w:hAnsi="微軟正黑體"/>
          <w:sz w:val="22"/>
          <w:szCs w:val="22"/>
        </w:rPr>
        <w:t xml:space="preserve">Sourdin, T. (2021). Judge v Robot? Artificial Intelligence and Judicial Decision-Making. UNSW Law Journal, 41(4).</w:t>
      </w:r>
    </w:p>
    <w:p>
      <w:pPr>
        <w:spacing w:after="200" w:line="360"/>
        <w:ind w:firstLine="431"/>
        <w:jc w:val="both"/>
      </w:pPr>
      <w:r>
        <w:rPr>
          <w:rFonts w:ascii="微軟正黑體" w:cs="微軟正黑體" w:eastAsia="微軟正黑體" w:hAnsi="微軟正黑體"/>
          <w:sz w:val="22"/>
          <w:szCs w:val="22"/>
        </w:rPr>
        <w:t xml:space="preserve">Coeckelbergh, M. (2022). The Political Philosophy of AI. Polity.</w:t>
      </w:r>
    </w:p>
    <w:p>
      <w:pPr>
        <w:spacing w:after="200" w:line="360"/>
        <w:ind w:firstLine="431"/>
        <w:jc w:val="both"/>
      </w:pPr>
      <w:r>
        <w:rPr>
          <w:rFonts w:ascii="微軟正黑體" w:cs="微軟正黑體" w:eastAsia="微軟正黑體" w:hAnsi="微軟正黑體"/>
          <w:sz w:val="22"/>
          <w:szCs w:val="22"/>
        </w:rPr>
        <w:t xml:space="preserve">OECD. (2023). Recommendation of the Council on Artificial Intelligence (Revised). OECD Legal Instruments.</w:t>
      </w:r>
    </w:p>
    <w:p>
      <w:pPr>
        <w:spacing w:after="200" w:line="360"/>
        <w:ind w:firstLine="431"/>
        <w:jc w:val="both"/>
      </w:pPr>
      <w:r>
        <w:rPr>
          <w:rFonts w:ascii="微軟正黑體" w:cs="微軟正黑體" w:eastAsia="微軟正黑體" w:hAnsi="微軟正黑體"/>
          <w:sz w:val="22"/>
          <w:szCs w:val="22"/>
        </w:rPr>
        <w:t xml:space="preserve">European Union. (2024). Regulation (EU) 2024/1689 Laying Down Harmonised Rules on Artificial Intelligence (AI Act).</w:t>
      </w:r>
    </w:p>
    <w:p>
      <w:pPr>
        <w:spacing w:after="200" w:line="360"/>
        <w:ind w:firstLine="431"/>
        <w:jc w:val="both"/>
      </w:pPr>
      <w:r>
        <w:rPr>
          <w:rFonts w:ascii="微軟正黑體" w:cs="微軟正黑體" w:eastAsia="微軟正黑體" w:hAnsi="微軟正黑體"/>
          <w:sz w:val="22"/>
          <w:szCs w:val="22"/>
        </w:rPr>
        <w:t xml:space="preserve">NIST. (2023). AI Risk Management Framework (AI RMF 1.0). U.S. Department of Commerce.</w:t>
      </w:r>
    </w:p>
    <w:p>
      <w:pPr>
        <w:spacing w:after="200" w:line="360"/>
        <w:ind w:firstLine="431"/>
        <w:jc w:val="both"/>
      </w:pPr>
      <w:r>
        <w:rPr>
          <w:rFonts w:ascii="微軟正黑體" w:cs="微軟正黑體" w:eastAsia="微軟正黑體" w:hAnsi="微軟正黑體"/>
          <w:sz w:val="22"/>
          <w:szCs w:val="22"/>
        </w:rPr>
        <w:t xml:space="preserve">Bullock, J., et al. (2023). Digital Neutrality and Government Algorithms. Public Administration Review, 83(2), 325-337.</w:t>
      </w:r>
    </w:p>
    <w:p>
      <w:pPr>
        <w:spacing w:after="200" w:line="360"/>
        <w:ind w:firstLine="431"/>
        <w:jc w:val="both"/>
      </w:pPr>
      <w:r>
        <w:rPr>
          <w:rFonts w:ascii="微軟正黑體" w:cs="微軟正黑體" w:eastAsia="微軟正黑體" w:hAnsi="微軟正黑體"/>
          <w:sz w:val="22"/>
          <w:szCs w:val="22"/>
        </w:rPr>
        <w:t xml:space="preserve">Young, M. M., et al. (2023). The Principal-Agent Model of AI Delegation. Journal of Public Administration Research and Theory, 33(2), 237-251.</w:t>
      </w:r>
    </w:p>
    <w:p>
      <w:pPr>
        <w:spacing w:after="200" w:line="360"/>
        <w:ind w:firstLine="431"/>
        <w:jc w:val="both"/>
      </w:pPr>
      <w:r>
        <w:rPr>
          <w:rFonts w:ascii="微軟正黑體" w:cs="微軟正黑體" w:eastAsia="微軟正黑體" w:hAnsi="微軟正黑體"/>
          <w:sz w:val="22"/>
          <w:szCs w:val="22"/>
        </w:rPr>
        <w:t xml:space="preserve">新加坡政府 (2023). Model AI Governance Framework for Generative AI v2. PDPC Singapore.</w:t>
      </w:r>
    </w:p>
    <w:p>
      <w:pPr>
        <w:spacing w:after="200" w:line="360"/>
        <w:ind w:firstLine="431"/>
        <w:jc w:val="both"/>
      </w:pPr>
      <w:r>
        <w:rPr>
          <w:rFonts w:ascii="微軟正黑體" w:cs="微軟正黑體" w:eastAsia="微軟正黑體" w:hAnsi="微軟正黑體"/>
          <w:sz w:val="22"/>
          <w:szCs w:val="22"/>
        </w:rPr>
        <w:t xml:space="preserve">公務員服務法(2022年修正)。</w:t>
      </w:r>
    </w:p>
    <w:p>
      <w:pPr>
        <w:spacing w:after="200" w:line="360"/>
        <w:ind w:firstLine="431"/>
        <w:jc w:val="both"/>
      </w:pPr>
      <w:r>
        <w:rPr>
          <w:rFonts w:ascii="微軟正黑體" w:cs="微軟正黑體" w:eastAsia="微軟正黑體" w:hAnsi="微軟正黑體"/>
          <w:sz w:val="22"/>
          <w:szCs w:val="22"/>
        </w:rPr>
        <w:t xml:space="preserve">公務人員行政中立法(2009年制定)。</w:t>
      </w:r>
    </w:p>
    <w:p>
      <w:pPr>
        <w:spacing w:after="200" w:line="360"/>
        <w:ind w:firstLine="431"/>
        <w:jc w:val="both"/>
      </w:pPr>
      <w:r>
        <w:rPr>
          <w:rFonts w:ascii="微軟正黑體" w:cs="微軟正黑體" w:eastAsia="微軟正黑體" w:hAnsi="微軟正黑體"/>
          <w:sz w:val="22"/>
          <w:szCs w:val="22"/>
        </w:rPr>
        <w:t xml:space="preserve">公職人員利益衝突迴避法(2018年修正)。</w:t>
      </w:r>
    </w:p>
    <w:p>
      <w:pPr>
        <w:spacing w:after="200" w:line="360"/>
        <w:ind w:firstLine="431"/>
        <w:jc w:val="both"/>
      </w:pPr>
      <w:r>
        <w:rPr>
          <w:rFonts w:ascii="微軟正黑體" w:cs="微軟正黑體" w:eastAsia="微軟正黑體" w:hAnsi="微軟正黑體"/>
          <w:sz w:val="22"/>
          <w:szCs w:val="22"/>
        </w:rPr>
        <w:t xml:space="preserve">公職人員財產申報法(2022年修正)。</w:t>
      </w:r>
    </w:p>
    <w:p>
      <w:pPr>
        <w:spacing w:after="200" w:line="360"/>
        <w:ind w:firstLine="431"/>
        <w:jc w:val="both"/>
      </w:pPr>
      <w:r>
        <w:rPr>
          <w:rFonts w:ascii="微軟正黑體" w:cs="微軟正黑體" w:eastAsia="微軟正黑體" w:hAnsi="微軟正黑體"/>
          <w:sz w:val="22"/>
          <w:szCs w:val="22"/>
        </w:rPr>
        <w:t xml:space="preserve">政治獻金法(2023年修正)。</w:t>
      </w:r>
    </w:p>
    <w:p>
      <w:pPr>
        <w:spacing w:after="200" w:line="360"/>
        <w:ind w:firstLine="431"/>
        <w:jc w:val="both"/>
      </w:pPr>
      <w:r>
        <w:rPr>
          <w:rFonts w:ascii="微軟正黑體" w:cs="微軟正黑體" w:eastAsia="微軟正黑體" w:hAnsi="微軟正黑體"/>
          <w:sz w:val="22"/>
          <w:szCs w:val="22"/>
        </w:rPr>
        <w:t xml:space="preserve">行政院公務員廉政倫理規範(2022年修正)。</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前瞻:通往第七章</w:t>
            </w:r>
          </w:p>
          <w:p>
            <w:pPr>
              <w:spacing w:line="340"/>
              <w:jc w:val="both"/>
            </w:pPr>
            <w:r>
              <w:rPr>
                <w:rFonts w:ascii="微軟正黑體" w:cs="微軟正黑體" w:eastAsia="微軟正黑體" w:hAnsi="微軟正黑體"/>
                <w:sz w:val="21"/>
                <w:szCs w:val="21"/>
              </w:rPr>
              <w:t xml:space="preserve">本章以行政倫理的雙元架構、Cooper與Warwick的決策原則、Rawls正義論,以及行政責任的確保途徑與我國具體法制,確立了「層次一:哲學與價值」在理由鏈與責任鏈上的規範基礎,並示範了演算法課責、AI倫理五支柱與虛擬法官紅線,如何把這套規範延伸至AI治理。然而,行政倫理與責任終究不是在真空中運作,而是鑲嵌於特定的政治、經濟、社會與科技環境之中。下一章「行政環境」,將接續討論公共行政所處的外部環境如何形塑、也限制了本章所建立的倫理與責任體系,並進一步引入全球AI治理競合下的「第四環境」概念。</w:t>
            </w:r>
          </w:p>
        </w:tc>
      </w:tr>
    </w:tbl>
    <w:p>
      <w:r>
        <w:br w:type="page"/>
      </w:r>
    </w:p>
    <w:p/>
    <w:p/>
    <w:p/>
    <w:p/>
    <w:p>
      <w:pPr>
        <w:jc w:val="center"/>
      </w:pPr>
      <w:r>
        <w:rPr>
          <w:rFonts w:ascii="標楷體" w:hAnsi="標楷體" w:eastAsia="標楷體"/>
          <w:b/>
          <w:color w:val="1F4E79"/>
          <w:sz w:val="32"/>
        </w:rPr>
        <w:t>附錄一</w:t>
      </w:r>
    </w:p>
    <w:p>
      <w:pPr>
        <w:jc w:val="center"/>
      </w:pPr>
      <w:r>
        <w:rPr>
          <w:rFonts w:ascii="標楷體" w:hAnsi="標楷體" w:eastAsia="標楷體"/>
          <w:b/>
          <w:sz w:val="44"/>
        </w:rPr>
        <w:t>AI鑲嵌式公共行政理論壓力測試</w:t>
      </w:r>
    </w:p>
    <w:p>
      <w:pPr>
        <w:jc w:val="center"/>
      </w:pPr>
      <w:r>
        <w:rPr>
          <w:rFonts w:ascii="標楷體" w:hAnsi="標楷體" w:eastAsia="標楷體"/>
          <w:b w:val="0"/>
          <w:sz w:val="26"/>
        </w:rPr>
        <w:t>官僚組織變革、溝通、KPI、薪酬與資源配置之研究（研究稿第十四篇）</w:t>
      </w:r>
    </w:p>
    <w:p/>
    <w:p>
      <w:pPr>
        <w:jc w:val="center"/>
      </w:pPr>
      <w:r>
        <w:rPr>
          <w:rFonts w:ascii="標楷體" w:hAnsi="標楷體" w:eastAsia="標楷體"/>
          <w:b w:val="0"/>
          <w:sz w:val="24"/>
        </w:rPr>
        <w:t>盧建旭（Lancelot Lu）</w:t>
      </w:r>
    </w:p>
    <w:p/>
    <w:p/>
    <w:p>
      <w:r>
        <w:rPr>
          <w:rFonts w:ascii="標楷體" w:hAnsi="標楷體" w:eastAsia="標楷體"/>
          <w:b/>
          <w:sz w:val="25"/>
        </w:rPr>
        <w:t>與第六章的對應關係：</w:t>
      </w:r>
    </w:p>
    <w:p>
      <w:pPr>
        <w:ind w:firstLine="480"/>
      </w:pPr>
      <w:r>
        <w:rPr>
          <w:rFonts w:ascii="標楷體" w:hAnsi="標楷體" w:eastAsia="標楷體"/>
          <w:b w:val="0"/>
          <w:sz w:val="24"/>
        </w:rPr>
        <w:t>本文延伸正文「AI鑲嵌後的權力與結構變化」一節所述之三種權力移轉（情境建構權、行政裁量權、公權力影響力）與三種結構性效應（跨格移動、邊界消解、權威重構），並以荷蘭SyRI、澳洲Robodebt、美國PredPol三個真實案例，具體示範「責任鏈」斷裂如何導致治理失靈，可作為表6-12「四條治理鏈與七項治理審計」的案例補充教材。</w:t>
      </w:r>
    </w:p>
    <w:p>
      <w:r>
        <w:br w:type="page"/>
      </w:r>
    </w:p>
    <w:p w:rsidR="002120FC" w:rsidRDefault="0054408C" w:rsidP="0054408C">
      <w:pPr>
        <w:pStyle w:val="Heading1"/>
        <w:rPr>
          <w:lang w:eastAsia="zh-TW"/>
        </w:rPr>
      </w:pPr>
      <w:r>
        <w:rPr>
          <w:lang w:eastAsia="zh-TW"/>
        </w:rPr>
        <w:t xml:space="preserve">AI </w:t>
      </w:r>
      <w:r>
        <w:rPr>
          <w:lang w:eastAsia="zh-TW"/>
        </w:rPr>
        <w:t>鑲嵌式公共行政理論壓力測試：官僚組織變革、溝通、</w:t>
      </w:r>
      <w:r>
        <w:rPr>
          <w:lang w:eastAsia="zh-TW"/>
        </w:rPr>
        <w:t>KPI</w:t>
      </w:r>
      <w:r>
        <w:rPr>
          <w:lang w:eastAsia="zh-TW"/>
        </w:rPr>
        <w:t>、</w:t>
      </w:r>
      <w:proofErr w:type="gramStart"/>
      <w:r>
        <w:rPr>
          <w:lang w:eastAsia="zh-TW"/>
        </w:rPr>
        <w:t>薪酬與資源</w:t>
      </w:r>
      <w:proofErr w:type="gramEnd"/>
      <w:r>
        <w:rPr>
          <w:lang w:eastAsia="zh-TW"/>
        </w:rPr>
        <w:t>配置之研究</w:t>
      </w:r>
    </w:p>
    <w:p w:rsidR="002120FC" w:rsidRDefault="0054408C">
      <w:r>
        <w:t>The AI-Embedded Public Administration Theory Stress Test: Bureaucratic Transformation in Communication, KPIs, Compensation, and Resource Allocation</w:t>
      </w:r>
    </w:p>
    <w:p w:rsidR="0054408C" w:rsidRDefault="0054408C">
      <w:r>
        <w:rPr>
          <w:rFonts w:ascii="新細明體" w:eastAsia="新細明體" w:hAnsi="新細明體" w:hint="eastAsia"/>
          <w:lang w:eastAsia="zh-TW"/>
        </w:rPr>
        <w:t>Lancelot</w:t>
      </w:r>
      <w:r>
        <w:t xml:space="preserve"> </w:t>
      </w:r>
      <w:r>
        <w:rPr>
          <w:rFonts w:ascii="新細明體" w:eastAsia="新細明體" w:hAnsi="新細明體" w:hint="eastAsia"/>
          <w:lang w:eastAsia="zh-TW"/>
        </w:rPr>
        <w:t>Lu</w:t>
      </w:r>
    </w:p>
    <w:p w:rsidR="002120FC" w:rsidRDefault="0054408C">
      <w:pPr>
        <w:pStyle w:val="Heading2"/>
      </w:pPr>
      <w:proofErr w:type="spellStart"/>
      <w:r>
        <w:t>摘要</w:t>
      </w:r>
      <w:proofErr w:type="spellEnd"/>
    </w:p>
    <w:p w:rsidR="002120FC" w:rsidRDefault="0054408C">
      <w:pPr>
        <w:rPr>
          <w:lang w:eastAsia="zh-TW"/>
        </w:rPr>
      </w:pPr>
      <w:r>
        <w:t>本文以「</w:t>
      </w:r>
      <w:r>
        <w:t xml:space="preserve">AI </w:t>
      </w:r>
      <w:r>
        <w:t>鑲嵌式公共行政理論壓力測試」（</w:t>
      </w:r>
      <w:r>
        <w:t>AI-Embedded Public Administration Theory Stress Test</w:t>
      </w:r>
      <w:r>
        <w:t>，以下簡稱</w:t>
      </w:r>
      <w:r>
        <w:t xml:space="preserve"> AEPA </w:t>
      </w:r>
      <w:r>
        <w:t>模型）作為核心分析工具，聚焦於人工智慧全面滲入政府決策與管理運作後，官僚組織在溝通模式、績效指標（</w:t>
      </w:r>
      <w:r>
        <w:t>KPI</w:t>
      </w:r>
      <w:r>
        <w:t>）、薪酬制度與資源配置上所面臨的結構性變革。</w:t>
      </w:r>
      <w:r>
        <w:rPr>
          <w:lang w:eastAsia="zh-TW"/>
        </w:rPr>
        <w:t>本文採用「</w:t>
      </w:r>
      <w:r>
        <w:rPr>
          <w:lang w:eastAsia="zh-TW"/>
        </w:rPr>
        <w:t xml:space="preserve">25 </w:t>
      </w:r>
      <w:r>
        <w:rPr>
          <w:lang w:eastAsia="zh-TW"/>
        </w:rPr>
        <w:t>個治理座標、</w:t>
      </w:r>
      <w:r>
        <w:rPr>
          <w:lang w:eastAsia="zh-TW"/>
        </w:rPr>
        <w:t xml:space="preserve">3 </w:t>
      </w:r>
      <w:r>
        <w:rPr>
          <w:lang w:eastAsia="zh-TW"/>
        </w:rPr>
        <w:t>項行政權力功能性移轉、</w:t>
      </w:r>
      <w:r>
        <w:rPr>
          <w:lang w:eastAsia="zh-TW"/>
        </w:rPr>
        <w:t xml:space="preserve">3 </w:t>
      </w:r>
      <w:r>
        <w:rPr>
          <w:lang w:eastAsia="zh-TW"/>
        </w:rPr>
        <w:t>項結構效應、</w:t>
      </w:r>
      <w:r>
        <w:rPr>
          <w:lang w:eastAsia="zh-TW"/>
        </w:rPr>
        <w:t xml:space="preserve">4 </w:t>
      </w:r>
      <w:r>
        <w:rPr>
          <w:lang w:eastAsia="zh-TW"/>
        </w:rPr>
        <w:t>條治理鏈路、</w:t>
      </w:r>
      <w:r>
        <w:rPr>
          <w:lang w:eastAsia="zh-TW"/>
        </w:rPr>
        <w:t xml:space="preserve">7 </w:t>
      </w:r>
      <w:r>
        <w:rPr>
          <w:lang w:eastAsia="zh-TW"/>
        </w:rPr>
        <w:t>項治理審計」（簡稱</w:t>
      </w:r>
      <w:r>
        <w:rPr>
          <w:lang w:eastAsia="zh-TW"/>
        </w:rPr>
        <w:t xml:space="preserve"> 25-3-3-4-7 </w:t>
      </w:r>
      <w:r>
        <w:rPr>
          <w:lang w:eastAsia="zh-TW"/>
        </w:rPr>
        <w:t>架構）作為分析框架，系統性地檢視傳統官僚理論（韋伯層級節制）、新公共管理（</w:t>
      </w:r>
      <w:r>
        <w:rPr>
          <w:lang w:eastAsia="zh-TW"/>
        </w:rPr>
        <w:t>NPM</w:t>
      </w:r>
      <w:r>
        <w:rPr>
          <w:lang w:eastAsia="zh-TW"/>
        </w:rPr>
        <w:t>）與網絡治理理論，在</w:t>
      </w:r>
      <w:r>
        <w:rPr>
          <w:lang w:eastAsia="zh-TW"/>
        </w:rPr>
        <w:t xml:space="preserve"> AI </w:t>
      </w:r>
      <w:r>
        <w:rPr>
          <w:lang w:eastAsia="zh-TW"/>
        </w:rPr>
        <w:t>介入情境下於「權威鏈」與「理由鏈」上所產生的斷裂與重構現象。</w:t>
      </w:r>
      <w:r>
        <w:rPr>
          <w:lang w:eastAsia="zh-TW"/>
        </w:rPr>
        <w:br/>
      </w:r>
      <w:r>
        <w:rPr>
          <w:lang w:eastAsia="zh-TW"/>
        </w:rPr>
        <w:br/>
      </w:r>
      <w:r>
        <w:rPr>
          <w:lang w:eastAsia="zh-TW"/>
        </w:rPr>
        <w:t>本修訂版回應審查意見，補充三項真實發生之國際案例</w:t>
      </w:r>
      <w:r>
        <w:rPr>
          <w:lang w:eastAsia="zh-TW"/>
        </w:rPr>
        <w:t>——</w:t>
      </w:r>
      <w:r>
        <w:rPr>
          <w:lang w:eastAsia="zh-TW"/>
        </w:rPr>
        <w:t>荷蘭「</w:t>
      </w:r>
      <w:r>
        <w:rPr>
          <w:lang w:eastAsia="zh-TW"/>
        </w:rPr>
        <w:t>System Risk Indication</w:t>
      </w:r>
      <w:r>
        <w:rPr>
          <w:lang w:eastAsia="zh-TW"/>
        </w:rPr>
        <w:t>（</w:t>
      </w:r>
      <w:proofErr w:type="spellStart"/>
      <w:r>
        <w:rPr>
          <w:lang w:eastAsia="zh-TW"/>
        </w:rPr>
        <w:t>SyRI</w:t>
      </w:r>
      <w:proofErr w:type="spellEnd"/>
      <w:r>
        <w:rPr>
          <w:lang w:eastAsia="zh-TW"/>
        </w:rPr>
        <w:t>）」社福詐欺風險評估系統、澳洲「</w:t>
      </w:r>
      <w:proofErr w:type="spellStart"/>
      <w:r>
        <w:rPr>
          <w:lang w:eastAsia="zh-TW"/>
        </w:rPr>
        <w:t>Robodebt</w:t>
      </w:r>
      <w:proofErr w:type="spellEnd"/>
      <w:r>
        <w:rPr>
          <w:lang w:eastAsia="zh-TW"/>
        </w:rPr>
        <w:t>」自動化債務追討方案，以及美國「</w:t>
      </w:r>
      <w:proofErr w:type="spellStart"/>
      <w:r>
        <w:rPr>
          <w:lang w:eastAsia="zh-TW"/>
        </w:rPr>
        <w:t>PredPol</w:t>
      </w:r>
      <w:proofErr w:type="spellEnd"/>
      <w:r>
        <w:rPr>
          <w:lang w:eastAsia="zh-TW"/>
        </w:rPr>
        <w:t>」預測性警政系統</w:t>
      </w:r>
      <w:r>
        <w:rPr>
          <w:lang w:eastAsia="zh-TW"/>
        </w:rPr>
        <w:t>——</w:t>
      </w:r>
      <w:r>
        <w:rPr>
          <w:lang w:eastAsia="zh-TW"/>
        </w:rPr>
        <w:t>以取代原先之假設性情境，藉此提升理論架構之實證效度。研究發現，</w:t>
      </w:r>
      <w:r>
        <w:rPr>
          <w:lang w:eastAsia="zh-TW"/>
        </w:rPr>
        <w:t xml:space="preserve">AI </w:t>
      </w:r>
      <w:r>
        <w:rPr>
          <w:lang w:eastAsia="zh-TW"/>
        </w:rPr>
        <w:t>的嵌入並未使組織的績效管理失去意義，反而促使</w:t>
      </w:r>
      <w:r>
        <w:rPr>
          <w:lang w:eastAsia="zh-TW"/>
        </w:rPr>
        <w:t xml:space="preserve"> KPI </w:t>
      </w:r>
      <w:r>
        <w:rPr>
          <w:lang w:eastAsia="zh-TW"/>
        </w:rPr>
        <w:t>從「產出導向」轉型為「治理審計導向」；同時，人力資源配置與薪酬制度亦面臨從「業務執行者」轉向「人機協作倫理監督者」的職能重塑壓力，惟此一轉型在現行文官俸給與任用法制下存在明顯的實踐門檻，須以過渡性措施逐步推展。本文亦補充「責任避險（</w:t>
      </w:r>
      <w:r>
        <w:rPr>
          <w:lang w:eastAsia="zh-TW"/>
        </w:rPr>
        <w:t>blame avoidance</w:t>
      </w:r>
      <w:r>
        <w:rPr>
          <w:lang w:eastAsia="zh-TW"/>
        </w:rPr>
        <w:t>）」與「甩鍋（</w:t>
      </w:r>
      <w:r>
        <w:rPr>
          <w:lang w:eastAsia="zh-TW"/>
        </w:rPr>
        <w:t>blame shifting</w:t>
      </w:r>
      <w:r>
        <w:rPr>
          <w:lang w:eastAsia="zh-TW"/>
        </w:rPr>
        <w:t>）」現象之防範機制討論，並提出一套納入「法規彈性沙盒」概念之政策變革路徑藍圖。</w:t>
      </w:r>
      <w:r>
        <w:rPr>
          <w:lang w:eastAsia="zh-TW"/>
        </w:rPr>
        <w:br/>
      </w:r>
      <w:r>
        <w:rPr>
          <w:lang w:eastAsia="zh-TW"/>
        </w:rPr>
        <w:br/>
      </w:r>
      <w:r>
        <w:rPr>
          <w:lang w:eastAsia="zh-TW"/>
        </w:rPr>
        <w:t>本版並進一步整合經典組織變革理論作為補充分析視角：以「雙核心模式」解釋技術核心（</w:t>
      </w:r>
      <w:r>
        <w:rPr>
          <w:lang w:eastAsia="zh-TW"/>
        </w:rPr>
        <w:t>AI</w:t>
      </w:r>
      <w:r>
        <w:rPr>
          <w:lang w:eastAsia="zh-TW"/>
        </w:rPr>
        <w:t>／資料團隊）與行政核心（法制／人事）之落差為跨格移動與邊界消融之組織根源；以「變革驅動力模型」解釋</w:t>
      </w:r>
      <w:r>
        <w:rPr>
          <w:lang w:eastAsia="zh-TW"/>
        </w:rPr>
        <w:t xml:space="preserve"> AI </w:t>
      </w:r>
      <w:r>
        <w:rPr>
          <w:lang w:eastAsia="zh-TW"/>
        </w:rPr>
        <w:t>鑲嵌式公共行政變革之外部成因；以「變革阻力」六類型深化責任避險行為之心理與制度根源；並以</w:t>
      </w:r>
      <w:r>
        <w:rPr>
          <w:lang w:eastAsia="zh-TW"/>
        </w:rPr>
        <w:t xml:space="preserve"> Dunphy </w:t>
      </w:r>
      <w:r>
        <w:rPr>
          <w:lang w:eastAsia="zh-TW"/>
        </w:rPr>
        <w:t>與</w:t>
      </w:r>
      <w:r>
        <w:rPr>
          <w:lang w:eastAsia="zh-TW"/>
        </w:rPr>
        <w:t xml:space="preserve"> Stace </w:t>
      </w:r>
      <w:r>
        <w:rPr>
          <w:lang w:eastAsia="zh-TW"/>
        </w:rPr>
        <w:t>之變革策略矩陣，為第六章路徑藍圖之短、中、長期措施提出具體的變革風格建議（參與式演進為主、審慎避免獨裁式轉型）。</w:t>
      </w:r>
      <w:r>
        <w:rPr>
          <w:lang w:eastAsia="zh-TW"/>
        </w:rPr>
        <w:br/>
      </w:r>
      <w:r>
        <w:rPr>
          <w:lang w:eastAsia="zh-TW"/>
        </w:rPr>
        <w:br/>
      </w:r>
      <w:r>
        <w:rPr>
          <w:lang w:eastAsia="zh-TW"/>
        </w:rPr>
        <w:t>關鍵詞：</w:t>
      </w:r>
      <w:r>
        <w:rPr>
          <w:lang w:eastAsia="zh-TW"/>
        </w:rPr>
        <w:t xml:space="preserve">AI </w:t>
      </w:r>
      <w:r>
        <w:rPr>
          <w:lang w:eastAsia="zh-TW"/>
        </w:rPr>
        <w:t>鑲嵌式公共行政、官僚組織變革、治理審計、績效指標重構、人機協作、責任鏈、街頭官僚（</w:t>
      </w:r>
      <w:r>
        <w:rPr>
          <w:lang w:eastAsia="zh-TW"/>
        </w:rPr>
        <w:t>street-level bureaucracy</w:t>
      </w:r>
      <w:r>
        <w:rPr>
          <w:lang w:eastAsia="zh-TW"/>
        </w:rPr>
        <w:t>）、雙核心模式、變革策略矩陣</w:t>
      </w:r>
      <w:r>
        <w:rPr>
          <w:lang w:eastAsia="zh-TW"/>
        </w:rPr>
        <w:br/>
      </w:r>
    </w:p>
    <w:p w:rsidR="002120FC" w:rsidRDefault="0054408C">
      <w:pPr>
        <w:pStyle w:val="Heading2"/>
      </w:pPr>
      <w:r>
        <w:lastRenderedPageBreak/>
        <w:t>Abstract (Synchronized New English Version)</w:t>
      </w:r>
    </w:p>
    <w:p w:rsidR="002120FC" w:rsidRDefault="0054408C">
      <w:r>
        <w:t>This paper employs the AI-Embedded Public Administration Theory Stress Test (AEPA Model) as its core analytical instrument to examine the structural transformation of bureaucratic organizations in communication patterns, key performance indicators (KPIs), compensation systems, and resource allocation following the pervasive embedding of artificial intelligence into governmental decision-making and managerial operations. We adopt the 25-3-3-4-7 framework—25 governance coordinates, 3 functional transfers of administrative power, 3 structural effects, 4 governance chains, and 7 governance audits—as our analytical architecture to systematically diagnose fractures and reconstructions occurring along the authority chain and the justification chain when traditional bureaucratic theory (Weberian hierarchy), New Public Management (NPM), and network governance theory encounter AI as a semi-autonomous decision participant.</w:t>
      </w:r>
      <w:r>
        <w:br/>
      </w:r>
      <w:r>
        <w:br/>
        <w:t>In response to reviewers' comments, this revision replaces hypothetical scenarios with three empirically adjudicated international cases—the Netherlands' System Risk Indication (SyRI) welfare fraud risk-scoring system, Australia's Robodebt automated debt recovery scheme, and the United States' PredPol predictive policing system—to enhance empirical validity. Findings indicate that AI embedding does not render performance management obsolete; rather, it drives a transformation of KPIs from output-oriented to governance-audit-oriented. Simultaneously, human resource allocation and compensation face functional reshaping pressure from task executors to human-AI collaborative ethical supervisors, although this transition confronts significant implementation barriers under existing civil service pay and appointment statutes, necessitating phased transitional measures. This paper also elaborates mechanisms to prevent blame avoidance and blame shifting, and proposes a policy transition roadmap incorporating a regulatory sandbox.</w:t>
      </w:r>
      <w:r>
        <w:br/>
      </w:r>
      <w:r>
        <w:br/>
        <w:t>Furthermore, this version integrates classical organizational change theory as a complementary lens: the dual-core model explains cross-cell migration and boundary erosion as rooted in the gap between the technical core (AI/data teams) and the administrative core (legal/personnel); the drivers-of-change model explains external causes of AI-embedded transformation; six types of resistance to change deepen the psychological and institutional roots of blame-avoidance behavior; and Dunphy and Stace's change strategy matrix provides specific change-style recommendations for the short-, medium-, and long-term measures in Chapter 6 (participative evolution as primary, with cautious avoidance of dictatorial transformation).</w:t>
      </w:r>
      <w:r>
        <w:br/>
      </w:r>
      <w:r>
        <w:br/>
        <w:t>Keywords: AI-Embedded Public Administration; Bureaucratic Organizational Change; Governance Audit; KPI Reconstruction; Human-AI Collaboration; Chain of Responsibility; Street-Level Bureaucracy; Dual-Core Model; Change Strategy Matrix</w:t>
      </w:r>
      <w:r>
        <w:br/>
      </w:r>
    </w:p>
    <w:p w:rsidR="002120FC" w:rsidRDefault="0054408C">
      <w:pPr>
        <w:pStyle w:val="Heading1"/>
        <w:rPr>
          <w:lang w:eastAsia="zh-TW"/>
        </w:rPr>
      </w:pPr>
      <w:r>
        <w:rPr>
          <w:lang w:eastAsia="zh-TW"/>
        </w:rPr>
        <w:t>第一章　緒論</w:t>
      </w:r>
    </w:p>
    <w:p w:rsidR="002120FC" w:rsidRDefault="0054408C">
      <w:pPr>
        <w:pStyle w:val="Heading2"/>
        <w:rPr>
          <w:lang w:eastAsia="zh-TW"/>
        </w:rPr>
      </w:pPr>
      <w:r>
        <w:rPr>
          <w:lang w:eastAsia="zh-TW"/>
        </w:rPr>
        <w:t>第一節　研究背景與動機</w:t>
      </w:r>
    </w:p>
    <w:p w:rsidR="002120FC" w:rsidRDefault="0054408C">
      <w:pPr>
        <w:rPr>
          <w:lang w:eastAsia="zh-TW"/>
        </w:rPr>
      </w:pPr>
      <w:proofErr w:type="gramStart"/>
      <w:r>
        <w:rPr>
          <w:lang w:eastAsia="zh-TW"/>
        </w:rPr>
        <w:t>近十年來</w:t>
      </w:r>
      <w:proofErr w:type="gramEnd"/>
      <w:r>
        <w:rPr>
          <w:lang w:eastAsia="zh-TW"/>
        </w:rPr>
        <w:t>，人工智慧（</w:t>
      </w:r>
      <w:r>
        <w:rPr>
          <w:lang w:eastAsia="zh-TW"/>
        </w:rPr>
        <w:t>Artificial Intelligence, AI</w:t>
      </w:r>
      <w:r>
        <w:rPr>
          <w:lang w:eastAsia="zh-TW"/>
        </w:rPr>
        <w:t>）技術已由輔助性工具逐步演化為政府決策鏈中不可分割的一環。從稅務風險評估、社會福利資格審查，到警政預測與公共安全監控，</w:t>
      </w:r>
      <w:r>
        <w:rPr>
          <w:lang w:eastAsia="zh-TW"/>
        </w:rPr>
        <w:t xml:space="preserve">AI </w:t>
      </w:r>
      <w:r>
        <w:rPr>
          <w:lang w:eastAsia="zh-TW"/>
        </w:rPr>
        <w:t>系統的判斷結果正在實質影響公務體系的裁量空間與責任歸屬。然而，既有公共行政理論</w:t>
      </w:r>
      <w:proofErr w:type="gramStart"/>
      <w:r>
        <w:rPr>
          <w:lang w:eastAsia="zh-TW"/>
        </w:rPr>
        <w:t>—</w:t>
      </w:r>
      <w:proofErr w:type="gramEnd"/>
      <w:r>
        <w:rPr>
          <w:lang w:eastAsia="zh-TW"/>
        </w:rPr>
        <w:t>—</w:t>
      </w:r>
      <w:r>
        <w:rPr>
          <w:lang w:eastAsia="zh-TW"/>
        </w:rPr>
        <w:t>無論是韋伯式官僚制的層級節制原則，或新公共管理（</w:t>
      </w:r>
      <w:r>
        <w:rPr>
          <w:lang w:eastAsia="zh-TW"/>
        </w:rPr>
        <w:t>New Public Management, NPM</w:t>
      </w:r>
      <w:r>
        <w:rPr>
          <w:lang w:eastAsia="zh-TW"/>
        </w:rPr>
        <w:t>）強調的績效產出邏輯</w:t>
      </w:r>
      <w:r>
        <w:rPr>
          <w:lang w:eastAsia="zh-TW"/>
        </w:rPr>
        <w:t>—</w:t>
      </w:r>
      <w:proofErr w:type="gramStart"/>
      <w:r>
        <w:rPr>
          <w:lang w:eastAsia="zh-TW"/>
        </w:rPr>
        <w:t>—</w:t>
      </w:r>
      <w:r>
        <w:rPr>
          <w:lang w:eastAsia="zh-TW"/>
        </w:rPr>
        <w:t>均</w:t>
      </w:r>
      <w:proofErr w:type="gramEnd"/>
      <w:r>
        <w:rPr>
          <w:lang w:eastAsia="zh-TW"/>
        </w:rPr>
        <w:t>是在「人類決策者為權威中心」的前提下建構而成，對於「</w:t>
      </w:r>
      <w:r>
        <w:rPr>
          <w:lang w:eastAsia="zh-TW"/>
        </w:rPr>
        <w:t xml:space="preserve">AI </w:t>
      </w:r>
      <w:r>
        <w:rPr>
          <w:lang w:eastAsia="zh-TW"/>
        </w:rPr>
        <w:t>作為半自主決策參與者」的情境並未提供充分的理論工具。</w:t>
      </w:r>
    </w:p>
    <w:p w:rsidR="002120FC" w:rsidRDefault="0054408C">
      <w:pPr>
        <w:rPr>
          <w:lang w:eastAsia="zh-TW"/>
        </w:rPr>
      </w:pPr>
      <w:r>
        <w:rPr>
          <w:lang w:eastAsia="zh-TW"/>
        </w:rPr>
        <w:t>本文所指涉之「</w:t>
      </w:r>
      <w:r>
        <w:rPr>
          <w:lang w:eastAsia="zh-TW"/>
        </w:rPr>
        <w:t>AI</w:t>
      </w:r>
      <w:r>
        <w:rPr>
          <w:lang w:eastAsia="zh-TW"/>
        </w:rPr>
        <w:t>」須先作層次上的區分，方能使後續「理由鏈」相關論述具有針對性。第一類為規則式自動化（</w:t>
      </w:r>
      <w:r>
        <w:rPr>
          <w:lang w:eastAsia="zh-TW"/>
        </w:rPr>
        <w:t>rule-based automation</w:t>
      </w:r>
      <w:r>
        <w:rPr>
          <w:lang w:eastAsia="zh-TW"/>
        </w:rPr>
        <w:t>），其決策邏輯以明確的條件判斷式（</w:t>
      </w:r>
      <w:r>
        <w:rPr>
          <w:lang w:eastAsia="zh-TW"/>
        </w:rPr>
        <w:t>if-then</w:t>
      </w:r>
      <w:r>
        <w:rPr>
          <w:lang w:eastAsia="zh-TW"/>
        </w:rPr>
        <w:t>）構成，理論上具備高度可追溯性，斷裂較常發生於「權威鏈」（如流程加速後裁量權下放不明）；第二類則為機器學習／生成式</w:t>
      </w:r>
      <w:r>
        <w:rPr>
          <w:lang w:eastAsia="zh-TW"/>
        </w:rPr>
        <w:t xml:space="preserve"> AI</w:t>
      </w:r>
      <w:r>
        <w:rPr>
          <w:lang w:eastAsia="zh-TW"/>
        </w:rPr>
        <w:t>（</w:t>
      </w:r>
      <w:r>
        <w:rPr>
          <w:lang w:eastAsia="zh-TW"/>
        </w:rPr>
        <w:t>ML / Generative AI</w:t>
      </w:r>
      <w:r>
        <w:rPr>
          <w:lang w:eastAsia="zh-TW"/>
        </w:rPr>
        <w:t>），其判斷依據源自大量訓練資料所形成的統計模式，具有典型的「黑箱」特性，即便開發者亦難以完整還原單一決策之因果路徑。本文後續章節（特別是第五章所分析之三個真實案例）所涉及之風險評分與預測模型，多屬於介於規則</w:t>
      </w:r>
      <w:proofErr w:type="gramStart"/>
      <w:r>
        <w:rPr>
          <w:lang w:eastAsia="zh-TW"/>
        </w:rPr>
        <w:t>式與統計式之間、</w:t>
      </w:r>
      <w:proofErr w:type="gramEnd"/>
      <w:r>
        <w:rPr>
          <w:lang w:eastAsia="zh-TW"/>
        </w:rPr>
        <w:t>但仍具相當不透明性的演算法系統，此一特性正是「理由鏈」斷裂的主要根源，亦是後續章節反覆討論的核心變數。</w:t>
      </w:r>
    </w:p>
    <w:p w:rsidR="002120FC" w:rsidRDefault="0054408C">
      <w:pPr>
        <w:rPr>
          <w:lang w:eastAsia="zh-TW"/>
        </w:rPr>
      </w:pPr>
      <w:r>
        <w:rPr>
          <w:lang w:eastAsia="zh-TW"/>
        </w:rPr>
        <w:t>本研究之動機即在於：當</w:t>
      </w:r>
      <w:r>
        <w:rPr>
          <w:lang w:eastAsia="zh-TW"/>
        </w:rPr>
        <w:t xml:space="preserve"> AI </w:t>
      </w:r>
      <w:r>
        <w:rPr>
          <w:lang w:eastAsia="zh-TW"/>
        </w:rPr>
        <w:t>以非人類行為者的身分「鑲嵌」進入組織的決策與管理運作之中，傳統理論所預設的權威結構、溝通路徑與績效評估邏輯是否仍然適用？</w:t>
      </w:r>
      <w:proofErr w:type="gramStart"/>
      <w:r>
        <w:rPr>
          <w:lang w:eastAsia="zh-TW"/>
        </w:rPr>
        <w:t>若否</w:t>
      </w:r>
      <w:proofErr w:type="gramEnd"/>
      <w:r>
        <w:rPr>
          <w:lang w:eastAsia="zh-TW"/>
        </w:rPr>
        <w:t>，其斷裂發生於何處，又應如何重構？本文採用</w:t>
      </w:r>
      <w:proofErr w:type="gramStart"/>
      <w:r>
        <w:rPr>
          <w:lang w:eastAsia="zh-TW"/>
        </w:rPr>
        <w:t>經多輪審查</w:t>
      </w:r>
      <w:proofErr w:type="gramEnd"/>
      <w:r>
        <w:rPr>
          <w:lang w:eastAsia="zh-TW"/>
        </w:rPr>
        <w:t>意見精修的「</w:t>
      </w:r>
      <w:r>
        <w:rPr>
          <w:lang w:eastAsia="zh-TW"/>
        </w:rPr>
        <w:t xml:space="preserve">AI </w:t>
      </w:r>
      <w:r>
        <w:rPr>
          <w:lang w:eastAsia="zh-TW"/>
        </w:rPr>
        <w:t>鑲嵌式公共行政理論壓力測試」模型（即</w:t>
      </w:r>
      <w:r>
        <w:rPr>
          <w:lang w:eastAsia="zh-TW"/>
        </w:rPr>
        <w:t xml:space="preserve"> 25-3-3-4-7 </w:t>
      </w:r>
      <w:r>
        <w:rPr>
          <w:lang w:eastAsia="zh-TW"/>
        </w:rPr>
        <w:t>架構）作為分析工具，並輔以真實案例進行壓力測試，嘗試對此問題提出系統性的回應。</w:t>
      </w:r>
    </w:p>
    <w:p w:rsidR="002120FC" w:rsidRDefault="0054408C">
      <w:pPr>
        <w:pStyle w:val="Heading2"/>
        <w:rPr>
          <w:lang w:eastAsia="zh-TW"/>
        </w:rPr>
      </w:pPr>
      <w:r>
        <w:rPr>
          <w:lang w:eastAsia="zh-TW"/>
        </w:rPr>
        <w:t>第二節　研究問題</w:t>
      </w:r>
    </w:p>
    <w:p w:rsidR="002120FC" w:rsidRDefault="0054408C">
      <w:pPr>
        <w:rPr>
          <w:lang w:eastAsia="zh-TW"/>
        </w:rPr>
      </w:pPr>
      <w:r>
        <w:rPr>
          <w:lang w:eastAsia="zh-TW"/>
        </w:rPr>
        <w:t>本文聚焦於下列四項具體研究問題：</w:t>
      </w:r>
    </w:p>
    <w:p w:rsidR="002120FC" w:rsidRDefault="0054408C">
      <w:pPr>
        <w:pStyle w:val="ListParagraph"/>
        <w:rPr>
          <w:lang w:eastAsia="zh-TW"/>
        </w:rPr>
      </w:pPr>
      <w:r>
        <w:rPr>
          <w:lang w:eastAsia="zh-TW"/>
        </w:rPr>
        <w:t xml:space="preserve">AI </w:t>
      </w:r>
      <w:r>
        <w:rPr>
          <w:lang w:eastAsia="zh-TW"/>
        </w:rPr>
        <w:t>嵌入政府組織後，傳統的層級溝通路徑（公文簽核、逐級請示）在何種條件下發生斷裂，又以何種形式重構？</w:t>
      </w:r>
    </w:p>
    <w:p w:rsidR="002120FC" w:rsidRDefault="0054408C">
      <w:pPr>
        <w:pStyle w:val="ListParagraph"/>
        <w:rPr>
          <w:lang w:eastAsia="zh-TW"/>
        </w:rPr>
      </w:pPr>
      <w:r>
        <w:rPr>
          <w:lang w:eastAsia="zh-TW"/>
        </w:rPr>
        <w:t>傳統以「產出量」為核心的績效指標（</w:t>
      </w:r>
      <w:r>
        <w:rPr>
          <w:lang w:eastAsia="zh-TW"/>
        </w:rPr>
        <w:t>KPI</w:t>
      </w:r>
      <w:r>
        <w:rPr>
          <w:lang w:eastAsia="zh-TW"/>
        </w:rPr>
        <w:t>）在</w:t>
      </w:r>
      <w:r>
        <w:rPr>
          <w:lang w:eastAsia="zh-TW"/>
        </w:rPr>
        <w:t xml:space="preserve"> AI </w:t>
      </w:r>
      <w:r>
        <w:rPr>
          <w:lang w:eastAsia="zh-TW"/>
        </w:rPr>
        <w:t>高速處理業務的情境下是否仍具意義？若須轉型，應以何種原則重新設計？</w:t>
      </w:r>
    </w:p>
    <w:p w:rsidR="002120FC" w:rsidRDefault="0054408C">
      <w:pPr>
        <w:pStyle w:val="ListParagraph"/>
        <w:rPr>
          <w:lang w:eastAsia="zh-TW"/>
        </w:rPr>
      </w:pPr>
      <w:r>
        <w:rPr>
          <w:lang w:eastAsia="zh-TW"/>
        </w:rPr>
        <w:lastRenderedPageBreak/>
        <w:t>文官體制的薪酬結構與人力資源配置，應如何因應「人機協作」職能需求而調整，且在現行法制限制下有何可行的過渡方案？</w:t>
      </w:r>
    </w:p>
    <w:p w:rsidR="002120FC" w:rsidRDefault="0054408C">
      <w:pPr>
        <w:pStyle w:val="ListParagraph"/>
        <w:rPr>
          <w:lang w:eastAsia="zh-TW"/>
        </w:rPr>
      </w:pPr>
      <w:r>
        <w:rPr>
          <w:lang w:eastAsia="zh-TW"/>
        </w:rPr>
        <w:t>上述變革在「權威鏈、理由鏈、責任鏈」三條治理鏈路上，各自面臨哪些具體的壓力測試斷裂點，是否能透過真實案例加以驗證？</w:t>
      </w:r>
    </w:p>
    <w:p w:rsidR="002120FC" w:rsidRDefault="0054408C">
      <w:pPr>
        <w:pStyle w:val="Heading2"/>
        <w:rPr>
          <w:lang w:eastAsia="zh-TW"/>
        </w:rPr>
      </w:pPr>
      <w:r>
        <w:rPr>
          <w:lang w:eastAsia="zh-TW"/>
        </w:rPr>
        <w:t>第三節　研究重要性與預期貢獻</w:t>
      </w:r>
    </w:p>
    <w:p w:rsidR="002120FC" w:rsidRDefault="0054408C">
      <w:pPr>
        <w:rPr>
          <w:lang w:eastAsia="zh-TW"/>
        </w:rPr>
      </w:pPr>
      <w:proofErr w:type="spellStart"/>
      <w:r>
        <w:t>本研究之重要性有三。第一，理論層面：本文嘗試將</w:t>
      </w:r>
      <w:proofErr w:type="spellEnd"/>
      <w:r>
        <w:t xml:space="preserve"> AI </w:t>
      </w:r>
      <w:proofErr w:type="spellStart"/>
      <w:r>
        <w:t>治理議題有系統地嵌入既有公共行政理論脈絡，並與近年「街頭官僚（</w:t>
      </w:r>
      <w:r>
        <w:t>street-level</w:t>
      </w:r>
      <w:proofErr w:type="spellEnd"/>
      <w:r>
        <w:t xml:space="preserve"> bureaucracy</w:t>
      </w:r>
      <w:r>
        <w:t>）」</w:t>
      </w:r>
      <w:proofErr w:type="spellStart"/>
      <w:r>
        <w:t>及「演算法裁量（</w:t>
      </w:r>
      <w:r>
        <w:t>artificial</w:t>
      </w:r>
      <w:proofErr w:type="spellEnd"/>
      <w:r>
        <w:t xml:space="preserve"> discretion</w:t>
      </w:r>
      <w:r>
        <w:t>）」</w:t>
      </w:r>
      <w:proofErr w:type="spellStart"/>
      <w:r>
        <w:t>文獻對話，避免將「</w:t>
      </w:r>
      <w:r>
        <w:t>AI</w:t>
      </w:r>
      <w:proofErr w:type="spellEnd"/>
      <w:r>
        <w:t xml:space="preserve"> </w:t>
      </w:r>
      <w:proofErr w:type="spellStart"/>
      <w:r>
        <w:t>治理」視為外於組織理論的技術議題</w:t>
      </w:r>
      <w:proofErr w:type="spellEnd"/>
      <w:r>
        <w:t>。</w:t>
      </w:r>
      <w:r>
        <w:rPr>
          <w:lang w:eastAsia="zh-TW"/>
        </w:rPr>
        <w:t>第二，方法層面：本文提出並操作化「</w:t>
      </w:r>
      <w:r>
        <w:rPr>
          <w:lang w:eastAsia="zh-TW"/>
        </w:rPr>
        <w:t>25-3-3-4-7</w:t>
      </w:r>
      <w:r>
        <w:rPr>
          <w:lang w:eastAsia="zh-TW"/>
        </w:rPr>
        <w:t>」分析架構，並以三個真實敗筆案例進行驗證，提供後續研究者一套可複製、可比較、且具實證基礎的分析工具。第三，實務層面：本文針對</w:t>
      </w:r>
      <w:r>
        <w:rPr>
          <w:lang w:eastAsia="zh-TW"/>
        </w:rPr>
        <w:t xml:space="preserve"> KPI </w:t>
      </w:r>
      <w:r>
        <w:rPr>
          <w:lang w:eastAsia="zh-TW"/>
        </w:rPr>
        <w:t>重構、薪酬制度過渡方案與責任避險防範機制提出具體的政策路徑建議，可作為政府部門推動數位轉型與</w:t>
      </w:r>
      <w:r>
        <w:rPr>
          <w:lang w:eastAsia="zh-TW"/>
        </w:rPr>
        <w:t xml:space="preserve"> AI </w:t>
      </w:r>
      <w:r>
        <w:rPr>
          <w:lang w:eastAsia="zh-TW"/>
        </w:rPr>
        <w:t>治理時的參考藍圖。</w:t>
      </w:r>
    </w:p>
    <w:p w:rsidR="002120FC" w:rsidRDefault="0054408C">
      <w:pPr>
        <w:pStyle w:val="Heading1"/>
        <w:rPr>
          <w:lang w:eastAsia="zh-TW"/>
        </w:rPr>
      </w:pPr>
      <w:r>
        <w:rPr>
          <w:lang w:eastAsia="zh-TW"/>
        </w:rPr>
        <w:t>第二章　理論基礎與分析架構</w:t>
      </w:r>
    </w:p>
    <w:p w:rsidR="002120FC" w:rsidRDefault="0054408C">
      <w:pPr>
        <w:pStyle w:val="Heading2"/>
        <w:rPr>
          <w:lang w:eastAsia="zh-TW"/>
        </w:rPr>
      </w:pPr>
      <w:r>
        <w:rPr>
          <w:lang w:eastAsia="zh-TW"/>
        </w:rPr>
        <w:t>第一節　公共行政傳統理論的回顧與侷限</w:t>
      </w:r>
    </w:p>
    <w:p w:rsidR="002120FC" w:rsidRDefault="0054408C">
      <w:pPr>
        <w:rPr>
          <w:lang w:eastAsia="zh-TW"/>
        </w:rPr>
      </w:pPr>
      <w:proofErr w:type="spellStart"/>
      <w:r>
        <w:t>韋伯（</w:t>
      </w:r>
      <w:r>
        <w:t>Max</w:t>
      </w:r>
      <w:proofErr w:type="spellEnd"/>
      <w:r>
        <w:t xml:space="preserve"> Weber</w:t>
      </w:r>
      <w:r>
        <w:t>）所建構的理性官僚制理論，以層級節制（</w:t>
      </w:r>
      <w:r>
        <w:t>hierarchy</w:t>
      </w:r>
      <w:r>
        <w:t>）、專屬管轄權（</w:t>
      </w:r>
      <w:r>
        <w:t>jurisdiction</w:t>
      </w:r>
      <w:r>
        <w:t>）與依法行政（</w:t>
      </w:r>
      <w:r>
        <w:t xml:space="preserve">rule-based </w:t>
      </w:r>
      <w:proofErr w:type="spellStart"/>
      <w:r>
        <w:t>administration</w:t>
      </w:r>
      <w:r>
        <w:t>）作為組織正當性的基礎，其核心假設是「決策者為具備完整資訊與判斷能力的人類行為者</w:t>
      </w:r>
      <w:proofErr w:type="spellEnd"/>
      <w:r>
        <w:t>」。</w:t>
      </w:r>
      <w:r>
        <w:rPr>
          <w:lang w:eastAsia="zh-TW"/>
        </w:rPr>
        <w:t>此一假設在資訊處理仰賴人工彙整的時代具有高度適用性，但當</w:t>
      </w:r>
      <w:r>
        <w:rPr>
          <w:lang w:eastAsia="zh-TW"/>
        </w:rPr>
        <w:t xml:space="preserve"> AI </w:t>
      </w:r>
      <w:r>
        <w:rPr>
          <w:lang w:eastAsia="zh-TW"/>
        </w:rPr>
        <w:t>系統能夠在毫秒之間完成遠超人類認知負荷的資料整合與預測，官僚制原本用以保障課責與程序正義的層級節制機制，便面臨「決策速度」與「決策可解釋性」之間的根本張力。</w:t>
      </w:r>
    </w:p>
    <w:p w:rsidR="002120FC" w:rsidRDefault="0054408C">
      <w:pPr>
        <w:rPr>
          <w:lang w:eastAsia="zh-TW"/>
        </w:rPr>
      </w:pPr>
      <w:r>
        <w:rPr>
          <w:lang w:eastAsia="zh-TW"/>
        </w:rPr>
        <w:t>新公共管理（</w:t>
      </w:r>
      <w:r>
        <w:rPr>
          <w:lang w:eastAsia="zh-TW"/>
        </w:rPr>
        <w:t>New Public Management, NPM</w:t>
      </w:r>
      <w:r>
        <w:rPr>
          <w:lang w:eastAsia="zh-TW"/>
        </w:rPr>
        <w:t>）自</w:t>
      </w:r>
      <w:r>
        <w:rPr>
          <w:lang w:eastAsia="zh-TW"/>
        </w:rPr>
        <w:t xml:space="preserve"> 1980 </w:t>
      </w:r>
      <w:r>
        <w:rPr>
          <w:lang w:eastAsia="zh-TW"/>
        </w:rPr>
        <w:t>年代起強調將私部門管理工具引入政府，以績效產出、顧客導向與市場機制取代傳統的程序合</w:t>
      </w:r>
      <w:proofErr w:type="gramStart"/>
      <w:r>
        <w:rPr>
          <w:lang w:eastAsia="zh-TW"/>
        </w:rPr>
        <w:t>規</w:t>
      </w:r>
      <w:proofErr w:type="gramEnd"/>
      <w:r>
        <w:rPr>
          <w:lang w:eastAsia="zh-TW"/>
        </w:rPr>
        <w:t>邏輯。然而，</w:t>
      </w:r>
      <w:r>
        <w:rPr>
          <w:lang w:eastAsia="zh-TW"/>
        </w:rPr>
        <w:t xml:space="preserve">NPM </w:t>
      </w:r>
      <w:r>
        <w:rPr>
          <w:lang w:eastAsia="zh-TW"/>
        </w:rPr>
        <w:t>對「產出」的界定，仍建立在人力作業流程可被量化計數的前提之上；當</w:t>
      </w:r>
      <w:r>
        <w:rPr>
          <w:lang w:eastAsia="zh-TW"/>
        </w:rPr>
        <w:t xml:space="preserve"> AI </w:t>
      </w:r>
      <w:r>
        <w:rPr>
          <w:lang w:eastAsia="zh-TW"/>
        </w:rPr>
        <w:t>大幅壓縮處理流程所需之時間與人力投入時，以「案件量」、「處理時數」為核心的績效指標便逐漸喪失鑑別力。網絡治理理論（</w:t>
      </w:r>
      <w:r>
        <w:rPr>
          <w:lang w:eastAsia="zh-TW"/>
        </w:rPr>
        <w:t>network governance</w:t>
      </w:r>
      <w:r>
        <w:rPr>
          <w:lang w:eastAsia="zh-TW"/>
        </w:rPr>
        <w:t>）則強調跨組織、跨部門的協力與資源共享，這一觀點雖然有助於理解</w:t>
      </w:r>
      <w:r>
        <w:rPr>
          <w:lang w:eastAsia="zh-TW"/>
        </w:rPr>
        <w:t xml:space="preserve"> AI </w:t>
      </w:r>
      <w:r>
        <w:rPr>
          <w:lang w:eastAsia="zh-TW"/>
        </w:rPr>
        <w:t>治理中「邊界消融」的現象，但同樣未能處理「非人類行為者參與決策」所引發的權威歸屬問題。</w:t>
      </w:r>
    </w:p>
    <w:p w:rsidR="002120FC" w:rsidRDefault="0054408C">
      <w:pPr>
        <w:rPr>
          <w:lang w:eastAsia="zh-TW"/>
        </w:rPr>
      </w:pPr>
      <w:proofErr w:type="spellStart"/>
      <w:r>
        <w:t>近年公共行政學界已就此侷限提出回應：</w:t>
      </w:r>
      <w:r>
        <w:t>Bovens</w:t>
      </w:r>
      <w:proofErr w:type="spellEnd"/>
      <w:r>
        <w:t xml:space="preserve"> </w:t>
      </w:r>
      <w:r>
        <w:t>與</w:t>
      </w:r>
      <w:r>
        <w:t xml:space="preserve"> </w:t>
      </w:r>
      <w:proofErr w:type="spellStart"/>
      <w:r>
        <w:t>Zouridis</w:t>
      </w:r>
      <w:proofErr w:type="spellEnd"/>
      <w:r>
        <w:t xml:space="preserve"> </w:t>
      </w:r>
      <w:proofErr w:type="spellStart"/>
      <w:r>
        <w:t>早於系統大規模導入</w:t>
      </w:r>
      <w:proofErr w:type="spellEnd"/>
      <w:r>
        <w:t xml:space="preserve"> AI </w:t>
      </w:r>
      <w:r>
        <w:t>之前，即觀察到政府機關由「街頭層級官僚（</w:t>
      </w:r>
      <w:r>
        <w:t>street-level bureaucracy</w:t>
      </w:r>
      <w:r>
        <w:t>）」轉向「系統層級官僚（</w:t>
      </w:r>
      <w:r>
        <w:t>system-level bureaucracy</w:t>
      </w:r>
      <w:r>
        <w:t>）」的趨勢，指出裁量權將隨系統自動化程度提高而由第一線人員手中移轉至系統設計階段。</w:t>
      </w:r>
      <w:r>
        <w:t xml:space="preserve">Bullock </w:t>
      </w:r>
      <w:r>
        <w:t>進一步指出，</w:t>
      </w:r>
      <w:r>
        <w:t xml:space="preserve">AI </w:t>
      </w:r>
      <w:r>
        <w:t>對公務體系裁量空間的影響並非單向的「取代」，而是依任務的裁量密度不同而呈現差異化的效果；</w:t>
      </w:r>
      <w:r>
        <w:t>Young</w:t>
      </w:r>
      <w:r>
        <w:t>、</w:t>
      </w:r>
      <w:r>
        <w:t xml:space="preserve">Bullock </w:t>
      </w:r>
      <w:r>
        <w:t>與</w:t>
      </w:r>
      <w:r>
        <w:t xml:space="preserve"> Lecy </w:t>
      </w:r>
      <w:r>
        <w:t>則提出「演算法裁量（</w:t>
      </w:r>
      <w:r>
        <w:t>artificial discretion</w:t>
      </w:r>
      <w:r>
        <w:t>）」</w:t>
      </w:r>
      <w:proofErr w:type="spellStart"/>
      <w:r>
        <w:t>概念，主張應依決策任務之裁量程度，</w:t>
      </w:r>
      <w:r>
        <w:lastRenderedPageBreak/>
        <w:t>將</w:t>
      </w:r>
      <w:proofErr w:type="spellEnd"/>
      <w:r>
        <w:t xml:space="preserve"> AI </w:t>
      </w:r>
      <w:proofErr w:type="spellStart"/>
      <w:r>
        <w:t>應用區分為低、中、高裁量層級，分別對應不同的治理審查強度</w:t>
      </w:r>
      <w:proofErr w:type="spellEnd"/>
      <w:r>
        <w:t>。</w:t>
      </w:r>
      <w:r>
        <w:rPr>
          <w:lang w:eastAsia="zh-TW"/>
        </w:rPr>
        <w:t>本文之</w:t>
      </w:r>
      <w:r>
        <w:rPr>
          <w:lang w:eastAsia="zh-TW"/>
        </w:rPr>
        <w:t xml:space="preserve"> 25-3-3-4-7 </w:t>
      </w:r>
      <w:r>
        <w:rPr>
          <w:lang w:eastAsia="zh-TW"/>
        </w:rPr>
        <w:t>架構即嘗試在此一學術脈絡下，提供更具操作性的定位與審計工具。</w:t>
      </w:r>
    </w:p>
    <w:p w:rsidR="002120FC" w:rsidRDefault="0054408C">
      <w:pPr>
        <w:pStyle w:val="Heading2"/>
        <w:rPr>
          <w:lang w:eastAsia="zh-TW"/>
        </w:rPr>
      </w:pPr>
      <w:r>
        <w:rPr>
          <w:lang w:eastAsia="zh-TW"/>
        </w:rPr>
        <w:t xml:space="preserve">第二節　</w:t>
      </w:r>
      <w:r>
        <w:rPr>
          <w:lang w:eastAsia="zh-TW"/>
        </w:rPr>
        <w:t xml:space="preserve">AI </w:t>
      </w:r>
      <w:r>
        <w:rPr>
          <w:lang w:eastAsia="zh-TW"/>
        </w:rPr>
        <w:t>鑲嵌式公共行政理論壓力測試模型（</w:t>
      </w:r>
      <w:r>
        <w:rPr>
          <w:lang w:eastAsia="zh-TW"/>
        </w:rPr>
        <w:t xml:space="preserve">25-3-3-4-7 </w:t>
      </w:r>
      <w:r>
        <w:rPr>
          <w:lang w:eastAsia="zh-TW"/>
        </w:rPr>
        <w:t>架構）</w:t>
      </w:r>
    </w:p>
    <w:p w:rsidR="002120FC" w:rsidRDefault="0054408C">
      <w:pPr>
        <w:rPr>
          <w:lang w:eastAsia="zh-TW"/>
        </w:rPr>
      </w:pPr>
      <w:r>
        <w:rPr>
          <w:lang w:eastAsia="zh-TW"/>
        </w:rPr>
        <w:t>為回應上述理論侷限，本文採用</w:t>
      </w:r>
      <w:r>
        <w:rPr>
          <w:lang w:eastAsia="zh-TW"/>
        </w:rPr>
        <w:t xml:space="preserve"> 25-3-3-4-7 </w:t>
      </w:r>
      <w:r>
        <w:rPr>
          <w:lang w:eastAsia="zh-TW"/>
        </w:rPr>
        <w:t>架構作為分析工具，其內容如下：</w:t>
      </w:r>
    </w:p>
    <w:p w:rsidR="002120FC" w:rsidRDefault="0054408C">
      <w:pPr>
        <w:pStyle w:val="Heading3"/>
        <w:rPr>
          <w:lang w:eastAsia="zh-TW"/>
        </w:rPr>
      </w:pPr>
      <w:r>
        <w:rPr>
          <w:lang w:eastAsia="zh-TW"/>
        </w:rPr>
        <w:t>一、</w:t>
      </w:r>
      <w:r>
        <w:rPr>
          <w:lang w:eastAsia="zh-TW"/>
        </w:rPr>
        <w:t xml:space="preserve">25 </w:t>
      </w:r>
      <w:proofErr w:type="gramStart"/>
      <w:r>
        <w:rPr>
          <w:lang w:eastAsia="zh-TW"/>
        </w:rPr>
        <w:t>個</w:t>
      </w:r>
      <w:proofErr w:type="gramEnd"/>
      <w:r>
        <w:rPr>
          <w:lang w:eastAsia="zh-TW"/>
        </w:rPr>
        <w:t>治理座標</w:t>
      </w:r>
    </w:p>
    <w:p w:rsidR="002120FC" w:rsidRDefault="0054408C">
      <w:pPr>
        <w:rPr>
          <w:lang w:eastAsia="zh-TW"/>
        </w:rPr>
      </w:pPr>
      <w:r>
        <w:rPr>
          <w:lang w:eastAsia="zh-TW"/>
        </w:rPr>
        <w:t>由「</w:t>
      </w:r>
      <w:r>
        <w:rPr>
          <w:lang w:eastAsia="zh-TW"/>
        </w:rPr>
        <w:t xml:space="preserve">5 </w:t>
      </w:r>
      <w:proofErr w:type="gramStart"/>
      <w:r>
        <w:rPr>
          <w:lang w:eastAsia="zh-TW"/>
        </w:rPr>
        <w:t>個</w:t>
      </w:r>
      <w:proofErr w:type="gramEnd"/>
      <w:r>
        <w:rPr>
          <w:lang w:eastAsia="zh-TW"/>
        </w:rPr>
        <w:t>公共行政知識層次」（環境情境、政策規劃、決策制定、組織設計、管理運作）與「</w:t>
      </w:r>
      <w:r>
        <w:rPr>
          <w:lang w:eastAsia="zh-TW"/>
        </w:rPr>
        <w:t xml:space="preserve">5 </w:t>
      </w:r>
      <w:r>
        <w:rPr>
          <w:lang w:eastAsia="zh-TW"/>
        </w:rPr>
        <w:t>個治理分析單位」（個人、團體、組織、跨組織網絡、制度環境）交叉構成</w:t>
      </w:r>
      <w:r>
        <w:rPr>
          <w:lang w:eastAsia="zh-TW"/>
        </w:rPr>
        <w:t xml:space="preserve"> 5×5 </w:t>
      </w:r>
      <w:r>
        <w:rPr>
          <w:lang w:eastAsia="zh-TW"/>
        </w:rPr>
        <w:t>矩陣，共</w:t>
      </w:r>
      <w:r>
        <w:rPr>
          <w:lang w:eastAsia="zh-TW"/>
        </w:rPr>
        <w:t xml:space="preserve"> 25 </w:t>
      </w:r>
      <w:r>
        <w:rPr>
          <w:lang w:eastAsia="zh-TW"/>
        </w:rPr>
        <w:t>個座標。每一座標代表</w:t>
      </w:r>
      <w:r>
        <w:rPr>
          <w:lang w:eastAsia="zh-TW"/>
        </w:rPr>
        <w:t xml:space="preserve"> AI </w:t>
      </w:r>
      <w:r>
        <w:rPr>
          <w:lang w:eastAsia="zh-TW"/>
        </w:rPr>
        <w:t>嵌入公共行政特定層次與特定分析單位時，所可能產生的獨特治理課題。本文核心分析聚焦於矩陣中標示區塊（組織設計、管理運作兩列）：</w:t>
      </w:r>
    </w:p>
    <w:p w:rsidR="002120FC" w:rsidRDefault="002120FC">
      <w:pPr>
        <w:rPr>
          <w:lang w:eastAsia="zh-TW"/>
        </w:rPr>
      </w:pPr>
    </w:p>
    <w:p w:rsidR="002120FC" w:rsidRDefault="0054408C">
      <w:pPr>
        <w:rPr>
          <w:lang w:eastAsia="zh-TW"/>
        </w:rPr>
      </w:pPr>
      <w:r>
        <w:rPr>
          <w:lang w:eastAsia="zh-TW"/>
        </w:rPr>
        <w:t>表</w:t>
      </w:r>
      <w:r>
        <w:rPr>
          <w:lang w:eastAsia="zh-TW"/>
        </w:rPr>
        <w:t xml:space="preserve"> 2-1</w:t>
      </w:r>
      <w:r>
        <w:rPr>
          <w:lang w:eastAsia="zh-TW"/>
        </w:rPr>
        <w:t>：</w:t>
      </w:r>
      <w:r>
        <w:rPr>
          <w:lang w:eastAsia="zh-TW"/>
        </w:rPr>
        <w:t xml:space="preserve">25 </w:t>
      </w:r>
      <w:proofErr w:type="gramStart"/>
      <w:r>
        <w:rPr>
          <w:lang w:eastAsia="zh-TW"/>
        </w:rPr>
        <w:t>個</w:t>
      </w:r>
      <w:proofErr w:type="gramEnd"/>
      <w:r>
        <w:rPr>
          <w:lang w:eastAsia="zh-TW"/>
        </w:rPr>
        <w:t>治理座標矩陣（</w:t>
      </w:r>
      <w:r>
        <w:rPr>
          <w:lang w:eastAsia="zh-TW"/>
        </w:rPr>
        <w:t>C[</w:t>
      </w:r>
      <w:r>
        <w:rPr>
          <w:lang w:eastAsia="zh-TW"/>
        </w:rPr>
        <w:t>行</w:t>
      </w:r>
      <w:r>
        <w:rPr>
          <w:lang w:eastAsia="zh-TW"/>
        </w:rPr>
        <w:t>][</w:t>
      </w:r>
      <w:r>
        <w:rPr>
          <w:lang w:eastAsia="zh-TW"/>
        </w:rPr>
        <w:t>列</w:t>
      </w:r>
      <w:r>
        <w:rPr>
          <w:lang w:eastAsia="zh-TW"/>
        </w:rPr>
        <w:t>]</w:t>
      </w:r>
      <w:r>
        <w:rPr>
          <w:lang w:eastAsia="zh-TW"/>
        </w:rPr>
        <w:t>為座標編號；深色標示為本文第三、四章之核心分析區塊「組織設計」與「管理運作」</w:t>
      </w:r>
      <w:proofErr w:type="gramStart"/>
      <w:r>
        <w:rPr>
          <w:lang w:eastAsia="zh-TW"/>
        </w:rPr>
        <w:t>）</w:t>
      </w:r>
      <w:proofErr w:type="gramEnd"/>
    </w:p>
    <w:p w:rsidR="002120FC" w:rsidRDefault="0054408C">
      <w:pPr>
        <w:jc w:val="center"/>
      </w:pPr>
      <w:r>
        <w:rPr>
          <w:noProof/>
        </w:rPr>
        <w:drawing>
          <wp:inline distT="0" distB="0" distL="0" distR="0">
            <wp:extent cx="5486400" cy="2665927"/>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_2-1_Heatmap_Academic.png"/>
                    <pic:cNvPicPr/>
                  </pic:nvPicPr>
                  <pic:blipFill>
                    <a:blip r:embed="rId15"/>
                    <a:stretch>
                      <a:fillRect/>
                    </a:stretch>
                  </pic:blipFill>
                  <pic:spPr>
                    <a:xfrm>
                      <a:off x="0" y="0"/>
                      <a:ext cx="5486400" cy="2665927"/>
                    </a:xfrm>
                    <a:prstGeom prst="rect">
                      <a:avLst/>
                    </a:prstGeom>
                  </pic:spPr>
                </pic:pic>
              </a:graphicData>
            </a:graphic>
          </wp:inline>
        </w:drawing>
      </w:r>
    </w:p>
    <w:p w:rsidR="002120FC" w:rsidRDefault="0054408C">
      <w:pPr>
        <w:pStyle w:val="Heading3"/>
        <w:rPr>
          <w:lang w:eastAsia="zh-TW"/>
        </w:rPr>
      </w:pPr>
      <w:r>
        <w:rPr>
          <w:lang w:eastAsia="zh-TW"/>
        </w:rPr>
        <w:t>二、</w:t>
      </w:r>
      <w:r>
        <w:rPr>
          <w:lang w:eastAsia="zh-TW"/>
        </w:rPr>
        <w:t xml:space="preserve">3 </w:t>
      </w:r>
      <w:r>
        <w:rPr>
          <w:lang w:eastAsia="zh-TW"/>
        </w:rPr>
        <w:t>項結構效應及其因果連結</w:t>
      </w:r>
    </w:p>
    <w:p w:rsidR="002120FC" w:rsidRDefault="0054408C">
      <w:pPr>
        <w:rPr>
          <w:lang w:eastAsia="zh-TW"/>
        </w:rPr>
      </w:pPr>
      <w:r>
        <w:rPr>
          <w:lang w:eastAsia="zh-TW"/>
        </w:rPr>
        <w:t xml:space="preserve">AI </w:t>
      </w:r>
      <w:r>
        <w:rPr>
          <w:lang w:eastAsia="zh-TW"/>
        </w:rPr>
        <w:t>嵌入所引發的座標間動態變化，可歸納為三種結構效應，且三者之間具有明確的因果先後關係，而非各自獨立並列：其</w:t>
      </w:r>
      <w:proofErr w:type="gramStart"/>
      <w:r>
        <w:rPr>
          <w:lang w:eastAsia="zh-TW"/>
        </w:rPr>
        <w:t>因果鏈可表述</w:t>
      </w:r>
      <w:proofErr w:type="gramEnd"/>
      <w:r>
        <w:rPr>
          <w:lang w:eastAsia="zh-TW"/>
        </w:rPr>
        <w:t>為「</w:t>
      </w:r>
      <w:proofErr w:type="gramStart"/>
      <w:r>
        <w:rPr>
          <w:lang w:eastAsia="zh-TW"/>
        </w:rPr>
        <w:t>跨格移</w:t>
      </w:r>
      <w:proofErr w:type="gramEnd"/>
      <w:r>
        <w:rPr>
          <w:lang w:eastAsia="zh-TW"/>
        </w:rPr>
        <w:t>動</w:t>
      </w:r>
      <w:r>
        <w:rPr>
          <w:lang w:eastAsia="zh-TW"/>
        </w:rPr>
        <w:t xml:space="preserve"> → </w:t>
      </w:r>
      <w:r>
        <w:rPr>
          <w:lang w:eastAsia="zh-TW"/>
        </w:rPr>
        <w:t>邊界消融</w:t>
      </w:r>
      <w:r>
        <w:rPr>
          <w:lang w:eastAsia="zh-TW"/>
        </w:rPr>
        <w:t xml:space="preserve"> → </w:t>
      </w:r>
      <w:r>
        <w:rPr>
          <w:lang w:eastAsia="zh-TW"/>
        </w:rPr>
        <w:t>權威重構」。首先，「</w:t>
      </w:r>
      <w:proofErr w:type="gramStart"/>
      <w:r>
        <w:rPr>
          <w:lang w:eastAsia="zh-TW"/>
        </w:rPr>
        <w:t>跨格移動</w:t>
      </w:r>
      <w:proofErr w:type="gramEnd"/>
      <w:r>
        <w:rPr>
          <w:lang w:eastAsia="zh-TW"/>
        </w:rPr>
        <w:t>」是結構變化的起點</w:t>
      </w:r>
      <w:r>
        <w:rPr>
          <w:lang w:eastAsia="zh-TW"/>
        </w:rPr>
        <w:t>——</w:t>
      </w:r>
      <w:r>
        <w:rPr>
          <w:lang w:eastAsia="zh-TW"/>
        </w:rPr>
        <w:t>原本屬於高層決策座標（如</w:t>
      </w:r>
      <w:r>
        <w:rPr>
          <w:lang w:eastAsia="zh-TW"/>
        </w:rPr>
        <w:t xml:space="preserve"> C3-3</w:t>
      </w:r>
      <w:r>
        <w:rPr>
          <w:lang w:eastAsia="zh-TW"/>
        </w:rPr>
        <w:t>：決策制定</w:t>
      </w:r>
      <w:r>
        <w:rPr>
          <w:lang w:eastAsia="zh-TW"/>
        </w:rPr>
        <w:t>×</w:t>
      </w:r>
      <w:r>
        <w:rPr>
          <w:lang w:eastAsia="zh-TW"/>
        </w:rPr>
        <w:t>組織</w:t>
      </w:r>
      <w:proofErr w:type="gramStart"/>
      <w:r>
        <w:rPr>
          <w:lang w:eastAsia="zh-TW"/>
        </w:rPr>
        <w:t>）</w:t>
      </w:r>
      <w:proofErr w:type="gramEnd"/>
      <w:r>
        <w:rPr>
          <w:lang w:eastAsia="zh-TW"/>
        </w:rPr>
        <w:t>的資料預測能力，因系統普及而下放至基層執行座標（如</w:t>
      </w:r>
      <w:r>
        <w:rPr>
          <w:lang w:eastAsia="zh-TW"/>
        </w:rPr>
        <w:t xml:space="preserve"> C5-1</w:t>
      </w:r>
      <w:r>
        <w:rPr>
          <w:lang w:eastAsia="zh-TW"/>
        </w:rPr>
        <w:t>：管理運作</w:t>
      </w:r>
      <w:r>
        <w:rPr>
          <w:lang w:eastAsia="zh-TW"/>
        </w:rPr>
        <w:t>×</w:t>
      </w:r>
      <w:r>
        <w:rPr>
          <w:lang w:eastAsia="zh-TW"/>
        </w:rPr>
        <w:t>個人</w:t>
      </w:r>
      <w:proofErr w:type="gramStart"/>
      <w:r>
        <w:rPr>
          <w:lang w:eastAsia="zh-TW"/>
        </w:rPr>
        <w:t>）</w:t>
      </w:r>
      <w:proofErr w:type="gramEnd"/>
      <w:r>
        <w:rPr>
          <w:lang w:eastAsia="zh-TW"/>
        </w:rPr>
        <w:t>，使基層人員取得原本僅高層才具備的資訊優勢。其次，此種能力下放必然伴隨「邊界消融」</w:t>
      </w:r>
      <w:proofErr w:type="gramStart"/>
      <w:r>
        <w:rPr>
          <w:lang w:eastAsia="zh-TW"/>
        </w:rPr>
        <w:t>—</w:t>
      </w:r>
      <w:proofErr w:type="gramEnd"/>
      <w:r>
        <w:rPr>
          <w:lang w:eastAsia="zh-TW"/>
        </w:rPr>
        <w:t>—</w:t>
      </w:r>
      <w:r>
        <w:rPr>
          <w:lang w:eastAsia="zh-TW"/>
        </w:rPr>
        <w:t>當基層與高層、部門與部門之間共用同一套資料與模型，原本用以區隔職權範圍</w:t>
      </w:r>
      <w:r>
        <w:rPr>
          <w:lang w:eastAsia="zh-TW"/>
        </w:rPr>
        <w:lastRenderedPageBreak/>
        <w:t>的組織邊界便隨之模糊化，因為「誰有資料」與「誰有職權」不再一致。最後，前兩項效應共同導致「權威重構」：當資訊優勢與職權範圍皆不再與正式職位科層一致時，實質決策權威便部分轉移至「掌握資料與模型治理能力者」，無論其在正式組織圖上位於何處。此一因果鏈說明了為何</w:t>
      </w:r>
      <w:r>
        <w:rPr>
          <w:lang w:eastAsia="zh-TW"/>
        </w:rPr>
        <w:t xml:space="preserve"> AI </w:t>
      </w:r>
      <w:r>
        <w:rPr>
          <w:lang w:eastAsia="zh-TW"/>
        </w:rPr>
        <w:t>治理問題不能僅以「加強監督」處理，而須從源頭的資料與模型治理著手。</w:t>
      </w:r>
    </w:p>
    <w:p w:rsidR="002120FC" w:rsidRDefault="0054408C">
      <w:pPr>
        <w:pStyle w:val="Heading2"/>
        <w:rPr>
          <w:lang w:eastAsia="zh-TW"/>
        </w:rPr>
      </w:pPr>
      <w:r>
        <w:rPr>
          <w:lang w:eastAsia="zh-TW"/>
        </w:rPr>
        <w:t xml:space="preserve">第三節　</w:t>
      </w:r>
      <w:r>
        <w:rPr>
          <w:lang w:eastAsia="zh-TW"/>
        </w:rPr>
        <w:t xml:space="preserve">4 </w:t>
      </w:r>
      <w:r>
        <w:rPr>
          <w:lang w:eastAsia="zh-TW"/>
        </w:rPr>
        <w:t>條治理鏈路與</w:t>
      </w:r>
      <w:r>
        <w:rPr>
          <w:lang w:eastAsia="zh-TW"/>
        </w:rPr>
        <w:t xml:space="preserve"> 7 </w:t>
      </w:r>
      <w:r>
        <w:rPr>
          <w:lang w:eastAsia="zh-TW"/>
        </w:rPr>
        <w:t>項治理審計</w:t>
      </w:r>
    </w:p>
    <w:p w:rsidR="002120FC" w:rsidRDefault="002120FC">
      <w:pPr>
        <w:rPr>
          <w:lang w:eastAsia="zh-TW"/>
        </w:rPr>
      </w:pPr>
    </w:p>
    <w:p w:rsidR="002120FC" w:rsidRDefault="0054408C">
      <w:pPr>
        <w:rPr>
          <w:lang w:eastAsia="zh-TW"/>
        </w:rPr>
      </w:pPr>
      <w:r>
        <w:rPr>
          <w:lang w:eastAsia="zh-TW"/>
        </w:rPr>
        <w:t>七項治理審計則包括：資料代表性、理由可解釋性、責任歸因、隱私</w:t>
      </w:r>
      <w:proofErr w:type="gramStart"/>
      <w:r>
        <w:rPr>
          <w:lang w:eastAsia="zh-TW"/>
        </w:rPr>
        <w:t>與資安</w:t>
      </w:r>
      <w:proofErr w:type="gramEnd"/>
      <w:r>
        <w:rPr>
          <w:lang w:eastAsia="zh-TW"/>
        </w:rPr>
        <w:t>、自由裁量邊界、組織能力、</w:t>
      </w:r>
      <w:proofErr w:type="gramStart"/>
      <w:r>
        <w:rPr>
          <w:lang w:eastAsia="zh-TW"/>
        </w:rPr>
        <w:t>民主課</w:t>
      </w:r>
      <w:proofErr w:type="gramEnd"/>
      <w:r>
        <w:rPr>
          <w:lang w:eastAsia="zh-TW"/>
        </w:rPr>
        <w:t>責，構成本文後續評估</w:t>
      </w:r>
      <w:r>
        <w:rPr>
          <w:lang w:eastAsia="zh-TW"/>
        </w:rPr>
        <w:t xml:space="preserve"> KPI </w:t>
      </w:r>
      <w:r>
        <w:rPr>
          <w:lang w:eastAsia="zh-TW"/>
        </w:rPr>
        <w:t>重構、人力資源變革方向與案例壓力測試的核心檢核標準。</w:t>
      </w:r>
    </w:p>
    <w:p w:rsidR="002120FC" w:rsidRDefault="0054408C">
      <w:pPr>
        <w:pStyle w:val="Heading2"/>
        <w:rPr>
          <w:lang w:eastAsia="zh-TW"/>
        </w:rPr>
      </w:pPr>
      <w:r>
        <w:rPr>
          <w:lang w:eastAsia="zh-TW"/>
        </w:rPr>
        <w:t>第四節　組織變革理論之補充視角：雙核心模式與變革驅動力</w:t>
      </w:r>
    </w:p>
    <w:p w:rsidR="002120FC" w:rsidRDefault="0054408C">
      <w:pPr>
        <w:rPr>
          <w:lang w:eastAsia="zh-TW"/>
        </w:rPr>
      </w:pPr>
      <w:r>
        <w:rPr>
          <w:lang w:eastAsia="zh-TW"/>
        </w:rPr>
        <w:t>圖</w:t>
      </w:r>
      <w:r>
        <w:rPr>
          <w:lang w:eastAsia="zh-TW"/>
        </w:rPr>
        <w:t xml:space="preserve"> 2-1</w:t>
      </w:r>
      <w:r>
        <w:rPr>
          <w:lang w:eastAsia="zh-TW"/>
        </w:rPr>
        <w:t xml:space="preserve">　</w:t>
      </w:r>
      <w:r>
        <w:rPr>
          <w:lang w:eastAsia="zh-TW"/>
        </w:rPr>
        <w:t xml:space="preserve">AI </w:t>
      </w:r>
      <w:r>
        <w:rPr>
          <w:lang w:eastAsia="zh-TW"/>
        </w:rPr>
        <w:t>鑲嵌式公共行政的理論</w:t>
      </w:r>
      <w:proofErr w:type="gramStart"/>
      <w:r>
        <w:rPr>
          <w:lang w:eastAsia="zh-TW"/>
        </w:rPr>
        <w:t>—</w:t>
      </w:r>
      <w:proofErr w:type="gramEnd"/>
      <w:r>
        <w:rPr>
          <w:lang w:eastAsia="zh-TW"/>
        </w:rPr>
        <w:t>組織</w:t>
      </w:r>
      <w:r>
        <w:rPr>
          <w:lang w:eastAsia="zh-TW"/>
        </w:rPr>
        <w:t>—</w:t>
      </w:r>
      <w:r>
        <w:rPr>
          <w:lang w:eastAsia="zh-TW"/>
        </w:rPr>
        <w:t>制度連結鏈</w:t>
      </w:r>
    </w:p>
    <w:p w:rsidR="002120FC" w:rsidRDefault="0054408C">
      <w:pPr>
        <w:jc w:val="center"/>
      </w:pPr>
      <w:r>
        <w:rPr>
          <w:noProof/>
        </w:rPr>
        <w:drawing>
          <wp:inline distT="0" distB="0" distL="0" distR="0">
            <wp:extent cx="5669280" cy="37795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_2-1_Bilingual_Academic.png"/>
                    <pic:cNvPicPr/>
                  </pic:nvPicPr>
                  <pic:blipFill>
                    <a:blip r:embed="rId16"/>
                    <a:stretch>
                      <a:fillRect/>
                    </a:stretch>
                  </pic:blipFill>
                  <pic:spPr>
                    <a:xfrm>
                      <a:off x="0" y="0"/>
                      <a:ext cx="5669280" cy="3779520"/>
                    </a:xfrm>
                    <a:prstGeom prst="rect">
                      <a:avLst/>
                    </a:prstGeom>
                  </pic:spPr>
                </pic:pic>
              </a:graphicData>
            </a:graphic>
          </wp:inline>
        </w:drawing>
      </w:r>
    </w:p>
    <w:p w:rsidR="002120FC" w:rsidRDefault="0054408C">
      <w:pPr>
        <w:rPr>
          <w:lang w:eastAsia="zh-TW"/>
        </w:rPr>
      </w:pPr>
      <w:r>
        <w:rPr>
          <w:lang w:eastAsia="zh-TW"/>
        </w:rPr>
        <w:t xml:space="preserve">25-3-3-4-7 </w:t>
      </w:r>
      <w:r>
        <w:rPr>
          <w:lang w:eastAsia="zh-TW"/>
        </w:rPr>
        <w:t>架構主要處理「治理」層面的斷裂與審計，然而</w:t>
      </w:r>
      <w:r>
        <w:rPr>
          <w:lang w:eastAsia="zh-TW"/>
        </w:rPr>
        <w:t xml:space="preserve"> AI </w:t>
      </w:r>
      <w:r>
        <w:rPr>
          <w:lang w:eastAsia="zh-TW"/>
        </w:rPr>
        <w:t>嵌入所引發的仍是一種組織變革現象，故有</w:t>
      </w:r>
      <w:proofErr w:type="gramStart"/>
      <w:r>
        <w:rPr>
          <w:lang w:eastAsia="zh-TW"/>
        </w:rPr>
        <w:t>必要輔</w:t>
      </w:r>
      <w:proofErr w:type="gramEnd"/>
      <w:r>
        <w:rPr>
          <w:lang w:eastAsia="zh-TW"/>
        </w:rPr>
        <w:t>以經典組織理論與組織變革文獻，補強對變革發生機制本身的理解。組織理論一般認為，組織結構、組織文化與組織設計三者環環相扣、共同回應環境變化：</w:t>
      </w:r>
      <w:r>
        <w:rPr>
          <w:lang w:eastAsia="zh-TW"/>
        </w:rPr>
        <w:lastRenderedPageBreak/>
        <w:t>組織結構規範任務與職權關係，組織文化塑造成員互動之價值與規範，而組織設計與變革則是管理者為平衡內外部壓力、使組織得以長期存續而持續調整結構與文化的動態過程。此一三角關係提示：</w:t>
      </w:r>
      <w:r>
        <w:rPr>
          <w:lang w:eastAsia="zh-TW"/>
        </w:rPr>
        <w:t xml:space="preserve">AI </w:t>
      </w:r>
      <w:r>
        <w:rPr>
          <w:lang w:eastAsia="zh-TW"/>
        </w:rPr>
        <w:t>對公共行政的衝擊不會僅停留在「治理鏈」層面，而會同步牽動機關的正式結構（如組織員額配置）與非正式文化（如公務員對演算法決策的信任程度），三者須同步檢視，方能完整掌握變革全貌。</w:t>
      </w:r>
    </w:p>
    <w:p w:rsidR="002120FC" w:rsidRDefault="0054408C">
      <w:pPr>
        <w:pStyle w:val="Heading3"/>
        <w:rPr>
          <w:lang w:eastAsia="zh-TW"/>
        </w:rPr>
      </w:pPr>
      <w:r>
        <w:rPr>
          <w:lang w:eastAsia="zh-TW"/>
        </w:rPr>
        <w:t>一、雙核心模式：技術核心與行政核心的落差</w:t>
      </w:r>
    </w:p>
    <w:p w:rsidR="002120FC" w:rsidRDefault="0054408C">
      <w:pPr>
        <w:rPr>
          <w:lang w:eastAsia="zh-TW"/>
        </w:rPr>
      </w:pPr>
      <w:r>
        <w:rPr>
          <w:lang w:eastAsia="zh-TW"/>
        </w:rPr>
        <w:t>組織變革理論中的「雙核心模式（</w:t>
      </w:r>
      <w:r>
        <w:rPr>
          <w:lang w:eastAsia="zh-TW"/>
        </w:rPr>
        <w:t>dual-core model</w:t>
      </w:r>
      <w:r>
        <w:rPr>
          <w:lang w:eastAsia="zh-TW"/>
        </w:rPr>
        <w:t>）」區分組織內部的「技術核心」與「行政核心」：技術核心負責產品與服務生產技術的創新，其變革方向通常是由下而上、由基層專業人員發起，適合採用有機式（</w:t>
      </w:r>
      <w:r>
        <w:rPr>
          <w:lang w:eastAsia="zh-TW"/>
        </w:rPr>
        <w:t>organic</w:t>
      </w:r>
      <w:r>
        <w:rPr>
          <w:lang w:eastAsia="zh-TW"/>
        </w:rPr>
        <w:t>）組織設計以保持彈性；行政核心則負責策略、架構與管理系統的變革，其方向通常是由上而下，適合採用機械式（</w:t>
      </w:r>
      <w:r>
        <w:rPr>
          <w:lang w:eastAsia="zh-TW"/>
        </w:rPr>
        <w:t>mechanistic</w:t>
      </w:r>
      <w:r>
        <w:rPr>
          <w:lang w:eastAsia="zh-TW"/>
        </w:rPr>
        <w:t>）組織設計以維持穩定</w:t>
      </w:r>
      <w:proofErr w:type="gramStart"/>
      <w:r>
        <w:rPr>
          <w:lang w:eastAsia="zh-TW"/>
        </w:rPr>
        <w:t>與課責</w:t>
      </w:r>
      <w:proofErr w:type="gramEnd"/>
      <w:r>
        <w:rPr>
          <w:lang w:eastAsia="zh-TW"/>
        </w:rPr>
        <w:t>。將此一模式對應至本文情境：</w:t>
      </w:r>
      <w:r>
        <w:rPr>
          <w:lang w:eastAsia="zh-TW"/>
        </w:rPr>
        <w:t xml:space="preserve">AI </w:t>
      </w:r>
      <w:r>
        <w:rPr>
          <w:lang w:eastAsia="zh-TW"/>
        </w:rPr>
        <w:t>演算法與資料科學團隊可視為政府機關的「技術核心」，其創新（如新的風險評分模型）天然具有由下而上、有機式擴散的特性；而文官體制的法規、俸給與職務設計則屬於「行政核心」，天然要求由上而下、機械式的穩定性。本文第二章所述之「</w:t>
      </w:r>
      <w:proofErr w:type="gramStart"/>
      <w:r>
        <w:rPr>
          <w:lang w:eastAsia="zh-TW"/>
        </w:rPr>
        <w:t>跨格移動</w:t>
      </w:r>
      <w:proofErr w:type="gramEnd"/>
      <w:r>
        <w:rPr>
          <w:lang w:eastAsia="zh-TW"/>
        </w:rPr>
        <w:t>」與「邊界消融」，其組織理論根源正是技術核心的創新速度遠超行政核心吸收轉譯的速度：當基層取得技術核心賦予的新能力（資料預測），卻未同步取得行政核心賦予的正式職權</w:t>
      </w:r>
      <w:proofErr w:type="gramStart"/>
      <w:r>
        <w:rPr>
          <w:lang w:eastAsia="zh-TW"/>
        </w:rPr>
        <w:t>與課責</w:t>
      </w:r>
      <w:proofErr w:type="gramEnd"/>
      <w:r>
        <w:rPr>
          <w:lang w:eastAsia="zh-TW"/>
        </w:rPr>
        <w:t>配套，即形成第三章所述之權威鏈斷裂。此一觀點也說明，第四章所建議之「雙軌文官」與分階段法制過渡方案，本質上正是嘗試以行政核心的漸進調整，追趕技術核心已然發生</w:t>
      </w:r>
      <w:proofErr w:type="gramStart"/>
      <w:r>
        <w:rPr>
          <w:lang w:eastAsia="zh-TW"/>
        </w:rPr>
        <w:t>的跨格移動</w:t>
      </w:r>
      <w:proofErr w:type="gramEnd"/>
      <w:r>
        <w:rPr>
          <w:lang w:eastAsia="zh-TW"/>
        </w:rPr>
        <w:t>。</w:t>
      </w:r>
    </w:p>
    <w:p w:rsidR="002120FC" w:rsidRDefault="0054408C">
      <w:pPr>
        <w:pStyle w:val="Heading3"/>
        <w:rPr>
          <w:lang w:eastAsia="zh-TW"/>
        </w:rPr>
      </w:pPr>
      <w:r>
        <w:rPr>
          <w:lang w:eastAsia="zh-TW"/>
        </w:rPr>
        <w:t>二、驅動大規模組織變革的力量</w:t>
      </w:r>
    </w:p>
    <w:p w:rsidR="002120FC" w:rsidRDefault="0054408C">
      <w:pPr>
        <w:rPr>
          <w:lang w:eastAsia="zh-TW"/>
        </w:rPr>
      </w:pPr>
      <w:r>
        <w:rPr>
          <w:lang w:eastAsia="zh-TW"/>
        </w:rPr>
        <w:t>組織變革文獻指出，企業面臨之全球性技術變革、國際經濟整合與市場成熟，會同時帶來更多威脅（如國內外競爭加劇）與更多機會（如市場擴大、障礙減少），二者共同促成組織結構、策略與文化層面的大規模變革。將此一驅動鏈改編至公共部門情境，可歸納出驅動</w:t>
      </w:r>
      <w:r>
        <w:rPr>
          <w:lang w:eastAsia="zh-TW"/>
        </w:rPr>
        <w:t xml:space="preserve"> AI </w:t>
      </w:r>
      <w:r>
        <w:rPr>
          <w:lang w:eastAsia="zh-TW"/>
        </w:rPr>
        <w:t>鑲嵌式公共行政變革的四項力量：（一）技術變革本身（</w:t>
      </w:r>
      <w:r>
        <w:rPr>
          <w:lang w:eastAsia="zh-TW"/>
        </w:rPr>
        <w:t>AI</w:t>
      </w:r>
      <w:r>
        <w:rPr>
          <w:lang w:eastAsia="zh-TW"/>
        </w:rPr>
        <w:t>／演算法能力持續提升）；（二）跨國數位治理規範的整合壓力（如歐盟《人工智慧法案》、資料保護規範對各國政府形成外部合</w:t>
      </w:r>
      <w:proofErr w:type="gramStart"/>
      <w:r>
        <w:rPr>
          <w:lang w:eastAsia="zh-TW"/>
        </w:rPr>
        <w:t>規</w:t>
      </w:r>
      <w:proofErr w:type="gramEnd"/>
      <w:r>
        <w:rPr>
          <w:lang w:eastAsia="zh-TW"/>
        </w:rPr>
        <w:t>要求）；（三）既有官僚體制人力邊際生產力趨於飽和，倒逼機關以自動化尋求效能；（四）數位公民對政府服務即時性與透明度之期待轉變。此四項力量同時帶來「更多治理風險」（如第五章三案例所示之偏誤、課責失靈）與「更多治理機會」（如處理效能提升、跨機關資料協作），二者交織之結果，即是本文所稱之「更大規模的官僚組織變革」</w:t>
      </w:r>
      <w:proofErr w:type="gramStart"/>
      <w:r>
        <w:rPr>
          <w:lang w:eastAsia="zh-TW"/>
        </w:rPr>
        <w:t>—</w:t>
      </w:r>
      <w:proofErr w:type="gramEnd"/>
      <w:r>
        <w:rPr>
          <w:lang w:eastAsia="zh-TW"/>
        </w:rPr>
        <w:t>—</w:t>
      </w:r>
      <w:r>
        <w:rPr>
          <w:lang w:eastAsia="zh-TW"/>
        </w:rPr>
        <w:t>亦即</w:t>
      </w:r>
      <w:r>
        <w:rPr>
          <w:lang w:eastAsia="zh-TW"/>
        </w:rPr>
        <w:t xml:space="preserve"> 25 </w:t>
      </w:r>
      <w:r>
        <w:rPr>
          <w:lang w:eastAsia="zh-TW"/>
        </w:rPr>
        <w:t>治理座標所描繪之結構性衝擊範圍。</w:t>
      </w:r>
    </w:p>
    <w:p w:rsidR="002120FC" w:rsidRDefault="0054408C">
      <w:pPr>
        <w:pStyle w:val="Heading1"/>
        <w:rPr>
          <w:lang w:eastAsia="zh-TW"/>
        </w:rPr>
      </w:pPr>
      <w:r>
        <w:rPr>
          <w:lang w:eastAsia="zh-TW"/>
        </w:rPr>
        <w:t xml:space="preserve">第三章　</w:t>
      </w:r>
      <w:r>
        <w:rPr>
          <w:lang w:eastAsia="zh-TW"/>
        </w:rPr>
        <w:t xml:space="preserve">AI </w:t>
      </w:r>
      <w:r>
        <w:rPr>
          <w:lang w:eastAsia="zh-TW"/>
        </w:rPr>
        <w:t>治理下的「組織設計」變革：溝通與權責重構</w:t>
      </w:r>
    </w:p>
    <w:p w:rsidR="002120FC" w:rsidRDefault="0054408C">
      <w:pPr>
        <w:pStyle w:val="Heading2"/>
        <w:rPr>
          <w:lang w:eastAsia="zh-TW"/>
        </w:rPr>
      </w:pPr>
      <w:r>
        <w:rPr>
          <w:lang w:eastAsia="zh-TW"/>
        </w:rPr>
        <w:t>第一節　傳統溝通路徑的斷裂與重構</w:t>
      </w:r>
    </w:p>
    <w:p w:rsidR="002120FC" w:rsidRDefault="0054408C">
      <w:pPr>
        <w:rPr>
          <w:lang w:eastAsia="zh-TW"/>
        </w:rPr>
      </w:pPr>
      <w:r>
        <w:rPr>
          <w:lang w:eastAsia="zh-TW"/>
        </w:rPr>
        <w:t>傳統官僚組織的溝通建立在逐級簽核、公文往復的線性路徑之上，其核心功能在於留下可追溯的決策紀錄，以</w:t>
      </w:r>
      <w:proofErr w:type="gramStart"/>
      <w:r>
        <w:rPr>
          <w:lang w:eastAsia="zh-TW"/>
        </w:rPr>
        <w:t>支撐課責機制</w:t>
      </w:r>
      <w:proofErr w:type="gramEnd"/>
      <w:r>
        <w:rPr>
          <w:lang w:eastAsia="zh-TW"/>
        </w:rPr>
        <w:t>。然而，當</w:t>
      </w:r>
      <w:r>
        <w:rPr>
          <w:lang w:eastAsia="zh-TW"/>
        </w:rPr>
        <w:t xml:space="preserve"> AI </w:t>
      </w:r>
      <w:r>
        <w:rPr>
          <w:lang w:eastAsia="zh-TW"/>
        </w:rPr>
        <w:t>系統直接生成建議或初步決定，並以介</w:t>
      </w:r>
      <w:r>
        <w:rPr>
          <w:lang w:eastAsia="zh-TW"/>
        </w:rPr>
        <w:lastRenderedPageBreak/>
        <w:t>面形式呈現給第一線人員時，溝通路徑實質上由「人與人之間的層級傳遞」轉變為「人與演算法之間的即時互動」。此一轉變的直接後果是：層級節制所依賴的「逐級知悉」原則被削弱，中階主管在資訊掌握上的相對優勢降低，而基層承辦人員與</w:t>
      </w:r>
      <w:r>
        <w:rPr>
          <w:lang w:eastAsia="zh-TW"/>
        </w:rPr>
        <w:t xml:space="preserve"> AI </w:t>
      </w:r>
      <w:r>
        <w:rPr>
          <w:lang w:eastAsia="zh-TW"/>
        </w:rPr>
        <w:t>系統之間形成新的資訊迴路。</w:t>
      </w:r>
    </w:p>
    <w:p w:rsidR="002120FC" w:rsidRDefault="0054408C">
      <w:pPr>
        <w:rPr>
          <w:lang w:eastAsia="zh-TW"/>
        </w:rPr>
      </w:pPr>
      <w:r>
        <w:rPr>
          <w:lang w:eastAsia="zh-TW"/>
        </w:rPr>
        <w:t>此種溝通轉向對組織而言並非全然負面，其亦創造出「即時回饋」與「跨層級資訊對齊」的可能性；但若缺乏理由鏈與責任鏈的配套設計，將導致基層人員在缺乏足夠解釋依據的情況下，逕行採用或否決</w:t>
      </w:r>
      <w:r>
        <w:rPr>
          <w:lang w:eastAsia="zh-TW"/>
        </w:rPr>
        <w:t xml:space="preserve"> AI </w:t>
      </w:r>
      <w:r>
        <w:rPr>
          <w:lang w:eastAsia="zh-TW"/>
        </w:rPr>
        <w:t>建議，</w:t>
      </w:r>
      <w:proofErr w:type="gramStart"/>
      <w:r>
        <w:rPr>
          <w:lang w:eastAsia="zh-TW"/>
        </w:rPr>
        <w:t>形成課責真空</w:t>
      </w:r>
      <w:proofErr w:type="gramEnd"/>
      <w:r>
        <w:rPr>
          <w:lang w:eastAsia="zh-TW"/>
        </w:rPr>
        <w:t>。</w:t>
      </w:r>
    </w:p>
    <w:p w:rsidR="002120FC" w:rsidRDefault="0054408C">
      <w:pPr>
        <w:pStyle w:val="Heading2"/>
        <w:rPr>
          <w:lang w:eastAsia="zh-TW"/>
        </w:rPr>
      </w:pPr>
      <w:r>
        <w:rPr>
          <w:lang w:eastAsia="zh-TW"/>
        </w:rPr>
        <w:t>第二節　權威鏈與責任鏈的壓力測試：職務重整與責任鏈設計</w:t>
      </w:r>
    </w:p>
    <w:p w:rsidR="002120FC" w:rsidRDefault="0054408C">
      <w:pPr>
        <w:rPr>
          <w:lang w:eastAsia="zh-TW"/>
        </w:rPr>
      </w:pPr>
      <w:r>
        <w:rPr>
          <w:lang w:eastAsia="zh-TW"/>
        </w:rPr>
        <w:t>在權威鏈層面，</w:t>
      </w:r>
      <w:r>
        <w:rPr>
          <w:lang w:eastAsia="zh-TW"/>
        </w:rPr>
        <w:t xml:space="preserve">AI </w:t>
      </w:r>
      <w:r>
        <w:rPr>
          <w:lang w:eastAsia="zh-TW"/>
        </w:rPr>
        <w:t>嵌入使得「誰有權做出最終決定」的問題複雜化：若</w:t>
      </w:r>
      <w:r>
        <w:rPr>
          <w:lang w:eastAsia="zh-TW"/>
        </w:rPr>
        <w:t xml:space="preserve"> AI </w:t>
      </w:r>
      <w:r>
        <w:rPr>
          <w:lang w:eastAsia="zh-TW"/>
        </w:rPr>
        <w:t>建議被視為決策的必要參考依據，實質權威可能已部分轉移至模型開發與資料治理單位，而非僅存在於具法定職權的行政主管。此一權威</w:t>
      </w:r>
      <w:proofErr w:type="gramStart"/>
      <w:r>
        <w:rPr>
          <w:lang w:eastAsia="zh-TW"/>
        </w:rPr>
        <w:t>重構若未經</w:t>
      </w:r>
      <w:proofErr w:type="gramEnd"/>
      <w:r>
        <w:rPr>
          <w:lang w:eastAsia="zh-TW"/>
        </w:rPr>
        <w:t>制度化確認，將使既有的職務說明書與分工規則與實際決策流程產生落差。</w:t>
      </w:r>
    </w:p>
    <w:p w:rsidR="002120FC" w:rsidRDefault="0054408C">
      <w:pPr>
        <w:rPr>
          <w:lang w:eastAsia="zh-TW"/>
        </w:rPr>
      </w:pPr>
      <w:r>
        <w:rPr>
          <w:lang w:eastAsia="zh-TW"/>
        </w:rPr>
        <w:t>責任鏈的壓力測試則體現於：當決策結果引發爭議時，究竟應由核准</w:t>
      </w:r>
      <w:r>
        <w:rPr>
          <w:lang w:eastAsia="zh-TW"/>
        </w:rPr>
        <w:t xml:space="preserve"> AI </w:t>
      </w:r>
      <w:r>
        <w:rPr>
          <w:lang w:eastAsia="zh-TW"/>
        </w:rPr>
        <w:t>建議的承辦人員、設計演算法的技術單位，抑或委外開發廠商承擔責任？本文主張，責任鏈設計須明確區分「模型層責任」（資料品質、演算法設計）與「應用層責任」（是否採用建議、是否進行人工覆核），並以書面化的裁量記錄作為責任歸因的證據基礎。</w:t>
      </w:r>
    </w:p>
    <w:p w:rsidR="002120FC" w:rsidRDefault="0054408C">
      <w:pPr>
        <w:pStyle w:val="Heading2"/>
        <w:rPr>
          <w:lang w:eastAsia="zh-TW"/>
        </w:rPr>
      </w:pPr>
      <w:r>
        <w:rPr>
          <w:lang w:eastAsia="zh-TW"/>
        </w:rPr>
        <w:t>第三節　責任避險</w:t>
      </w:r>
      <w:proofErr w:type="gramStart"/>
      <w:r>
        <w:rPr>
          <w:lang w:eastAsia="zh-TW"/>
        </w:rPr>
        <w:t>與甩鍋現象</w:t>
      </w:r>
      <w:proofErr w:type="gramEnd"/>
      <w:r>
        <w:rPr>
          <w:lang w:eastAsia="zh-TW"/>
        </w:rPr>
        <w:t>之防範機制</w:t>
      </w:r>
    </w:p>
    <w:p w:rsidR="002120FC" w:rsidRDefault="0054408C">
      <w:pPr>
        <w:rPr>
          <w:lang w:eastAsia="zh-TW"/>
        </w:rPr>
      </w:pPr>
      <w:r>
        <w:rPr>
          <w:lang w:eastAsia="zh-TW"/>
        </w:rPr>
        <w:t>模型層／應用層責任分離的設計雖有助於</w:t>
      </w:r>
      <w:proofErr w:type="gramStart"/>
      <w:r>
        <w:rPr>
          <w:lang w:eastAsia="zh-TW"/>
        </w:rPr>
        <w:t>釐清問責</w:t>
      </w:r>
      <w:proofErr w:type="gramEnd"/>
      <w:r>
        <w:rPr>
          <w:lang w:eastAsia="zh-TW"/>
        </w:rPr>
        <w:t>主體，但亦可能在第一線產生新的行為風險，即「責任避險（</w:t>
      </w:r>
      <w:r>
        <w:rPr>
          <w:lang w:eastAsia="zh-TW"/>
        </w:rPr>
        <w:t>blame avoidance</w:t>
      </w:r>
      <w:r>
        <w:rPr>
          <w:lang w:eastAsia="zh-TW"/>
        </w:rPr>
        <w:t>）」。第一線公務員在面對可能引發爭議的案件時，可能出現兩種相反但同樣有害的行為模式：其一為「盲從式順從」</w:t>
      </w:r>
      <w:proofErr w:type="gramStart"/>
      <w:r>
        <w:rPr>
          <w:lang w:eastAsia="zh-TW"/>
        </w:rPr>
        <w:t>—</w:t>
      </w:r>
      <w:proofErr w:type="gramEnd"/>
      <w:r>
        <w:rPr>
          <w:lang w:eastAsia="zh-TW"/>
        </w:rPr>
        <w:t>—</w:t>
      </w:r>
      <w:r>
        <w:rPr>
          <w:lang w:eastAsia="zh-TW"/>
        </w:rPr>
        <w:t>即使對</w:t>
      </w:r>
      <w:r>
        <w:rPr>
          <w:lang w:eastAsia="zh-TW"/>
        </w:rPr>
        <w:t xml:space="preserve"> AI </w:t>
      </w:r>
      <w:r>
        <w:rPr>
          <w:lang w:eastAsia="zh-TW"/>
        </w:rPr>
        <w:t>建議心存疑慮，仍選擇全盤採用，藉此將決策後果之責任歸屬轉嫁予演算法本身或其開發單位，形成實質權威空洞化；其二為「防禦式否決」</w:t>
      </w:r>
      <w:proofErr w:type="gramStart"/>
      <w:r>
        <w:rPr>
          <w:lang w:eastAsia="zh-TW"/>
        </w:rPr>
        <w:t>—</w:t>
      </w:r>
      <w:proofErr w:type="gramEnd"/>
      <w:r>
        <w:rPr>
          <w:lang w:eastAsia="zh-TW"/>
        </w:rPr>
        <w:t>—</w:t>
      </w:r>
      <w:r>
        <w:rPr>
          <w:lang w:eastAsia="zh-TW"/>
        </w:rPr>
        <w:t>即基層人員為避免與</w:t>
      </w:r>
      <w:r>
        <w:rPr>
          <w:lang w:eastAsia="zh-TW"/>
        </w:rPr>
        <w:t xml:space="preserve"> AI </w:t>
      </w:r>
      <w:r>
        <w:rPr>
          <w:lang w:eastAsia="zh-TW"/>
        </w:rPr>
        <w:t>建議一致卻仍需承擔全部責任的風險，傾向不論建議品質如何，一律進行人工否決或加開額外程序，導致</w:t>
      </w:r>
      <w:r>
        <w:rPr>
          <w:lang w:eastAsia="zh-TW"/>
        </w:rPr>
        <w:t xml:space="preserve"> AI </w:t>
      </w:r>
      <w:r>
        <w:rPr>
          <w:lang w:eastAsia="zh-TW"/>
        </w:rPr>
        <w:t>帶來的效率提升被大幅抵銷。</w:t>
      </w:r>
    </w:p>
    <w:p w:rsidR="002120FC" w:rsidRDefault="0054408C">
      <w:pPr>
        <w:rPr>
          <w:lang w:eastAsia="zh-TW"/>
        </w:rPr>
      </w:pPr>
      <w:r>
        <w:rPr>
          <w:lang w:eastAsia="zh-TW"/>
        </w:rPr>
        <w:t>為防範上述兩種「</w:t>
      </w:r>
      <w:proofErr w:type="gramStart"/>
      <w:r>
        <w:rPr>
          <w:lang w:eastAsia="zh-TW"/>
        </w:rPr>
        <w:t>甩鍋</w:t>
      </w:r>
      <w:proofErr w:type="gramEnd"/>
      <w:r>
        <w:rPr>
          <w:lang w:eastAsia="zh-TW"/>
        </w:rPr>
        <w:t>」行為，本文建議至少納入三項配套機制：第一，強制記錄裁量理由的「非對稱要求」應予平衡，即不論公務員最終是「採用」或「推翻」</w:t>
      </w:r>
      <w:r>
        <w:rPr>
          <w:lang w:eastAsia="zh-TW"/>
        </w:rPr>
        <w:t xml:space="preserve">AI </w:t>
      </w:r>
      <w:r>
        <w:rPr>
          <w:lang w:eastAsia="zh-TW"/>
        </w:rPr>
        <w:t>建議，皆須留下同等詳細程度的理由紀錄，避免制度僅要求說明「為何不採用」而放行「盲從採用」；第二，建立去個人化的「集體覆核」機制，對高風險案件由小組而非單一承辦人共同確認，降低個人責任避險的動機；第三，將「合理推翻率」與「合理採用率」同時納入七項治理審計中「責任歸因」與「自由裁量邊界」之審計項目，使組織能持續監測是否出現系統性的過度順從或過度否決現象，而非僅於個案爭議發生後才進行檢討。</w:t>
      </w:r>
    </w:p>
    <w:p w:rsidR="002120FC" w:rsidRDefault="0054408C">
      <w:pPr>
        <w:rPr>
          <w:lang w:eastAsia="zh-TW"/>
        </w:rPr>
      </w:pPr>
      <w:r>
        <w:rPr>
          <w:lang w:eastAsia="zh-TW"/>
        </w:rPr>
        <w:t>上述兩種責任避險行為，實可對應組織變革理論中常見的「變革阻力」類型，藉以理解其行為根源而非僅止於現象描述。組織變革文獻歸納出六類典型的變革阻力：直接成本（學</w:t>
      </w:r>
      <w:r>
        <w:rPr>
          <w:lang w:eastAsia="zh-TW"/>
        </w:rPr>
        <w:lastRenderedPageBreak/>
        <w:t>習與適應新系統所須付出之時間精力）、保留面子（承認舊做法不足所帶來之心理威脅）、恐懼未知（無法預測</w:t>
      </w:r>
      <w:r>
        <w:rPr>
          <w:lang w:eastAsia="zh-TW"/>
        </w:rPr>
        <w:t xml:space="preserve"> AI </w:t>
      </w:r>
      <w:r>
        <w:rPr>
          <w:lang w:eastAsia="zh-TW"/>
        </w:rPr>
        <w:t>建議背後邏輯所產生之不安）、打破慣例（既有工作習慣與程序被迫調整）、系統不一致（</w:t>
      </w:r>
      <w:r>
        <w:rPr>
          <w:lang w:eastAsia="zh-TW"/>
        </w:rPr>
        <w:t xml:space="preserve">AI </w:t>
      </w:r>
      <w:r>
        <w:rPr>
          <w:lang w:eastAsia="zh-TW"/>
        </w:rPr>
        <w:t>系統與既有考核、獎懲制度未同步調整所產生之衝突）、以及團隊動態不一致（成員間對</w:t>
      </w:r>
      <w:r>
        <w:rPr>
          <w:lang w:eastAsia="zh-TW"/>
        </w:rPr>
        <w:t xml:space="preserve"> AI </w:t>
      </w:r>
      <w:r>
        <w:rPr>
          <w:lang w:eastAsia="zh-TW"/>
        </w:rPr>
        <w:t>的接受程度不一，破壞原有協作默契）。「盲從式順從」多源於「恐懼未知」與「保留面子」</w:t>
      </w:r>
      <w:proofErr w:type="gramStart"/>
      <w:r>
        <w:rPr>
          <w:lang w:eastAsia="zh-TW"/>
        </w:rPr>
        <w:t>—</w:t>
      </w:r>
      <w:proofErr w:type="gramEnd"/>
      <w:r>
        <w:rPr>
          <w:lang w:eastAsia="zh-TW"/>
        </w:rPr>
        <w:t>—</w:t>
      </w:r>
      <w:r>
        <w:rPr>
          <w:lang w:eastAsia="zh-TW"/>
        </w:rPr>
        <w:t>與其承擔獨立判斷失誤的風險，不如順從系統建議；「防禦式否決」則多源於「系統不一致」</w:t>
      </w:r>
      <w:proofErr w:type="gramStart"/>
      <w:r>
        <w:rPr>
          <w:lang w:eastAsia="zh-TW"/>
        </w:rPr>
        <w:t>—</w:t>
      </w:r>
      <w:proofErr w:type="gramEnd"/>
      <w:r>
        <w:rPr>
          <w:lang w:eastAsia="zh-TW"/>
        </w:rPr>
        <w:t>—</w:t>
      </w:r>
      <w:r>
        <w:rPr>
          <w:lang w:eastAsia="zh-TW"/>
        </w:rPr>
        <w:t>當考核制度仍以「零錯誤」為唯一標準，卻未同步建立「合理推翻」的正當性保障時，基層人員自然傾向以否決或加開程序自保。此一對應關係說明，本文所建議的三項配套機制，本質上是針對「系統不一致」與「保留面子」兩類阻力所設計的</w:t>
      </w:r>
      <w:proofErr w:type="gramStart"/>
      <w:r>
        <w:rPr>
          <w:lang w:eastAsia="zh-TW"/>
        </w:rPr>
        <w:t>制度性緩解</w:t>
      </w:r>
      <w:proofErr w:type="gramEnd"/>
      <w:r>
        <w:rPr>
          <w:lang w:eastAsia="zh-TW"/>
        </w:rPr>
        <w:t>措施。</w:t>
      </w:r>
    </w:p>
    <w:p w:rsidR="002120FC" w:rsidRDefault="0054408C">
      <w:pPr>
        <w:pStyle w:val="Heading2"/>
        <w:rPr>
          <w:lang w:eastAsia="zh-TW"/>
        </w:rPr>
      </w:pPr>
      <w:r>
        <w:rPr>
          <w:lang w:eastAsia="zh-TW"/>
        </w:rPr>
        <w:t>第四節　跨部門與跨層級的協力治理：</w:t>
      </w:r>
      <w:proofErr w:type="gramStart"/>
      <w:r>
        <w:rPr>
          <w:lang w:eastAsia="zh-TW"/>
        </w:rPr>
        <w:t>跨格移動</w:t>
      </w:r>
      <w:proofErr w:type="gramEnd"/>
      <w:r>
        <w:rPr>
          <w:lang w:eastAsia="zh-TW"/>
        </w:rPr>
        <w:t>與邊界消融</w:t>
      </w:r>
    </w:p>
    <w:p w:rsidR="002120FC" w:rsidRDefault="0054408C">
      <w:pPr>
        <w:rPr>
          <w:lang w:eastAsia="zh-TW"/>
        </w:rPr>
      </w:pPr>
      <w:r>
        <w:rPr>
          <w:lang w:eastAsia="zh-TW"/>
        </w:rPr>
        <w:t xml:space="preserve">AI </w:t>
      </w:r>
      <w:r>
        <w:rPr>
          <w:lang w:eastAsia="zh-TW"/>
        </w:rPr>
        <w:t>系統普遍具有跨政策領域</w:t>
      </w:r>
      <w:proofErr w:type="gramStart"/>
      <w:r>
        <w:rPr>
          <w:lang w:eastAsia="zh-TW"/>
        </w:rPr>
        <w:t>複</w:t>
      </w:r>
      <w:proofErr w:type="gramEnd"/>
      <w:r>
        <w:rPr>
          <w:lang w:eastAsia="zh-TW"/>
        </w:rPr>
        <w:t>用的特性（例如同一套風險評分模型可同時應用於社福審查與稅務稽核），此特性使得原本各自獨立的政策領域產生資料與模型層級的連結，形成「</w:t>
      </w:r>
      <w:proofErr w:type="gramStart"/>
      <w:r>
        <w:rPr>
          <w:lang w:eastAsia="zh-TW"/>
        </w:rPr>
        <w:t>跨格移</w:t>
      </w:r>
      <w:proofErr w:type="gramEnd"/>
      <w:r>
        <w:rPr>
          <w:lang w:eastAsia="zh-TW"/>
        </w:rPr>
        <w:t>動」現象：基層承辦人員得以接觸原屬高層或跨單位才能掌握的預測資訊。同時，「邊界消融」則體現於資料治理責任由單一部門擴散至跨部門的資料治理委員會或共享服務中心，使傳統以組織圖為基礎的職權劃分方式面臨調整壓力。此一現象於第五章荷蘭</w:t>
      </w:r>
      <w:r>
        <w:rPr>
          <w:lang w:eastAsia="zh-TW"/>
        </w:rPr>
        <w:t xml:space="preserve"> </w:t>
      </w:r>
      <w:proofErr w:type="spellStart"/>
      <w:r>
        <w:rPr>
          <w:lang w:eastAsia="zh-TW"/>
        </w:rPr>
        <w:t>SyRI</w:t>
      </w:r>
      <w:proofErr w:type="spellEnd"/>
      <w:r>
        <w:rPr>
          <w:lang w:eastAsia="zh-TW"/>
        </w:rPr>
        <w:t xml:space="preserve"> </w:t>
      </w:r>
      <w:r>
        <w:rPr>
          <w:lang w:eastAsia="zh-TW"/>
        </w:rPr>
        <w:t>案例中（風險模型串連社福、稅務、移民多個機關資料庫）表現得尤為明顯。</w:t>
      </w:r>
    </w:p>
    <w:p w:rsidR="002120FC" w:rsidRDefault="0054408C">
      <w:pPr>
        <w:pStyle w:val="Heading2"/>
        <w:rPr>
          <w:lang w:eastAsia="zh-TW"/>
        </w:rPr>
      </w:pPr>
      <w:r>
        <w:rPr>
          <w:lang w:eastAsia="zh-TW"/>
        </w:rPr>
        <w:t>第五節　漸進式與激進式變革的選擇：從第五章案例反思變革幅度</w:t>
      </w:r>
    </w:p>
    <w:p w:rsidR="002120FC" w:rsidRDefault="0054408C">
      <w:pPr>
        <w:rPr>
          <w:lang w:eastAsia="zh-TW"/>
        </w:rPr>
      </w:pPr>
      <w:r>
        <w:rPr>
          <w:lang w:eastAsia="zh-TW"/>
        </w:rPr>
        <w:t>組織變革理論將變革幅度區分為「漸進式變革（</w:t>
      </w:r>
      <w:r>
        <w:rPr>
          <w:lang w:eastAsia="zh-TW"/>
        </w:rPr>
        <w:t>incremental change</w:t>
      </w:r>
      <w:r>
        <w:rPr>
          <w:lang w:eastAsia="zh-TW"/>
        </w:rPr>
        <w:t>）」與「激進式變革（</w:t>
      </w:r>
      <w:r>
        <w:rPr>
          <w:lang w:eastAsia="zh-TW"/>
        </w:rPr>
        <w:t>radical change</w:t>
      </w:r>
      <w:r>
        <w:rPr>
          <w:lang w:eastAsia="zh-TW"/>
        </w:rPr>
        <w:t>）」兩端：前者屬持續性改進，僅影響組織局部，透過既有的正式結構與管理流程即可完成，例如技術之局部改善或產品之微調；後者則屬典範層級的徹底改變，影響組織整體，須創造全新的結構與管理系統，例如突破性技術或全新產品所帶動之市場重構。此一區分對</w:t>
      </w:r>
      <w:r>
        <w:rPr>
          <w:lang w:eastAsia="zh-TW"/>
        </w:rPr>
        <w:t xml:space="preserve"> AI </w:t>
      </w:r>
      <w:r>
        <w:rPr>
          <w:lang w:eastAsia="zh-TW"/>
        </w:rPr>
        <w:t>鑲嵌式公共行政具有重要的診斷意義：本文第五章之澳洲</w:t>
      </w:r>
      <w:r>
        <w:rPr>
          <w:lang w:eastAsia="zh-TW"/>
        </w:rPr>
        <w:t xml:space="preserve"> </w:t>
      </w:r>
      <w:proofErr w:type="spellStart"/>
      <w:r>
        <w:rPr>
          <w:lang w:eastAsia="zh-TW"/>
        </w:rPr>
        <w:t>Robodebt</w:t>
      </w:r>
      <w:proofErr w:type="spellEnd"/>
      <w:r>
        <w:rPr>
          <w:lang w:eastAsia="zh-TW"/>
        </w:rPr>
        <w:t xml:space="preserve"> </w:t>
      </w:r>
      <w:r>
        <w:rPr>
          <w:lang w:eastAsia="zh-TW"/>
        </w:rPr>
        <w:t>案，其失靈根源之</w:t>
      </w:r>
      <w:proofErr w:type="gramStart"/>
      <w:r>
        <w:rPr>
          <w:lang w:eastAsia="zh-TW"/>
        </w:rPr>
        <w:t>一</w:t>
      </w:r>
      <w:proofErr w:type="gramEnd"/>
      <w:r>
        <w:rPr>
          <w:lang w:eastAsia="zh-TW"/>
        </w:rPr>
        <w:t>正是將本應屬於「漸進式」性質的流程優化（提升債務比對效率），以「激進式」的方式一次性移除既有人工覆核結構，卻未同步創造與新流程相匹配的責任鏈與救濟機制，形成結構與配套嚴重脫節的變革幅度誤判。</w:t>
      </w:r>
    </w:p>
    <w:p w:rsidR="002120FC" w:rsidRDefault="0054408C">
      <w:pPr>
        <w:rPr>
          <w:lang w:eastAsia="zh-TW"/>
        </w:rPr>
      </w:pPr>
      <w:r>
        <w:rPr>
          <w:lang w:eastAsia="zh-TW"/>
        </w:rPr>
        <w:t>本文據此主張：</w:t>
      </w:r>
      <w:r>
        <w:rPr>
          <w:lang w:eastAsia="zh-TW"/>
        </w:rPr>
        <w:t xml:space="preserve">AI </w:t>
      </w:r>
      <w:r>
        <w:rPr>
          <w:lang w:eastAsia="zh-TW"/>
        </w:rPr>
        <w:t>鑲嵌式公共行政變革之推展，於治理審計尚未成熟、理由鏈與責任鏈配套尚未到位之階段，應優先採取漸進式路徑（如透過既有正式結構局部試辦、保留人工覆核），待七項治理審計指標累積足夠實證基礎後，方適合考慮</w:t>
      </w:r>
      <w:proofErr w:type="gramStart"/>
      <w:r>
        <w:rPr>
          <w:lang w:eastAsia="zh-TW"/>
        </w:rPr>
        <w:t>激進式的結構</w:t>
      </w:r>
      <w:proofErr w:type="gramEnd"/>
      <w:r>
        <w:rPr>
          <w:lang w:eastAsia="zh-TW"/>
        </w:rPr>
        <w:t>重造（如全面重新設計組織架構與課責制度）。此一「先漸進、後激進」之順序安排，亦與本文第六章所建議之「法規</w:t>
      </w:r>
      <w:proofErr w:type="gramStart"/>
      <w:r>
        <w:rPr>
          <w:lang w:eastAsia="zh-TW"/>
        </w:rPr>
        <w:t>彈性沙盒</w:t>
      </w:r>
      <w:proofErr w:type="gramEnd"/>
      <w:r>
        <w:rPr>
          <w:lang w:eastAsia="zh-TW"/>
        </w:rPr>
        <w:t>」精神一致</w:t>
      </w:r>
      <w:r>
        <w:rPr>
          <w:lang w:eastAsia="zh-TW"/>
        </w:rPr>
        <w:t>—</w:t>
      </w:r>
      <w:proofErr w:type="gramStart"/>
      <w:r>
        <w:rPr>
          <w:lang w:eastAsia="zh-TW"/>
        </w:rPr>
        <w:t>—</w:t>
      </w:r>
      <w:r>
        <w:rPr>
          <w:lang w:eastAsia="zh-TW"/>
        </w:rPr>
        <w:t>沙</w:t>
      </w:r>
      <w:proofErr w:type="gramEnd"/>
      <w:r>
        <w:rPr>
          <w:lang w:eastAsia="zh-TW"/>
        </w:rPr>
        <w:t>盒機制之本質即是在有限範圍內容許</w:t>
      </w:r>
      <w:proofErr w:type="gramStart"/>
      <w:r>
        <w:rPr>
          <w:lang w:eastAsia="zh-TW"/>
        </w:rPr>
        <w:t>漸進式試</w:t>
      </w:r>
      <w:proofErr w:type="gramEnd"/>
      <w:r>
        <w:rPr>
          <w:lang w:eastAsia="zh-TW"/>
        </w:rPr>
        <w:t>錯，以降低直接躍入激進式變革所伴隨之系統性風險。</w:t>
      </w:r>
    </w:p>
    <w:p w:rsidR="002120FC" w:rsidRDefault="0054408C">
      <w:pPr>
        <w:pStyle w:val="Heading1"/>
        <w:rPr>
          <w:lang w:eastAsia="zh-TW"/>
        </w:rPr>
      </w:pPr>
      <w:r>
        <w:rPr>
          <w:lang w:eastAsia="zh-TW"/>
        </w:rPr>
        <w:lastRenderedPageBreak/>
        <w:t xml:space="preserve">第四章　</w:t>
      </w:r>
      <w:r>
        <w:rPr>
          <w:lang w:eastAsia="zh-TW"/>
        </w:rPr>
        <w:t xml:space="preserve">AI </w:t>
      </w:r>
      <w:r>
        <w:rPr>
          <w:lang w:eastAsia="zh-TW"/>
        </w:rPr>
        <w:t>治理下的「管理運作」變革：</w:t>
      </w:r>
      <w:r>
        <w:rPr>
          <w:lang w:eastAsia="zh-TW"/>
        </w:rPr>
        <w:t>KPI</w:t>
      </w:r>
      <w:r>
        <w:rPr>
          <w:lang w:eastAsia="zh-TW"/>
        </w:rPr>
        <w:t>、</w:t>
      </w:r>
      <w:proofErr w:type="gramStart"/>
      <w:r>
        <w:rPr>
          <w:lang w:eastAsia="zh-TW"/>
        </w:rPr>
        <w:t>薪酬與人力資源</w:t>
      </w:r>
      <w:proofErr w:type="gramEnd"/>
    </w:p>
    <w:p w:rsidR="002120FC" w:rsidRDefault="0054408C">
      <w:pPr>
        <w:pStyle w:val="Heading2"/>
        <w:rPr>
          <w:lang w:eastAsia="zh-TW"/>
        </w:rPr>
      </w:pPr>
      <w:r>
        <w:rPr>
          <w:lang w:eastAsia="zh-TW"/>
        </w:rPr>
        <w:t>第一節　績效評估與</w:t>
      </w:r>
      <w:r>
        <w:rPr>
          <w:lang w:eastAsia="zh-TW"/>
        </w:rPr>
        <w:t xml:space="preserve"> KPI </w:t>
      </w:r>
      <w:r>
        <w:rPr>
          <w:lang w:eastAsia="zh-TW"/>
        </w:rPr>
        <w:t>的翻轉：從量化產出到治理審計指標</w:t>
      </w:r>
    </w:p>
    <w:p w:rsidR="002120FC" w:rsidRDefault="0054408C">
      <w:pPr>
        <w:rPr>
          <w:lang w:eastAsia="zh-TW"/>
        </w:rPr>
      </w:pPr>
      <w:r>
        <w:rPr>
          <w:lang w:eastAsia="zh-TW"/>
        </w:rPr>
        <w:t>傳統管理運作以案件處理量、平均處理時數等量化產出指標衡量績效，其隱含假設是人力投入與產出之間存在穩定的邊際關係。當</w:t>
      </w:r>
      <w:r>
        <w:rPr>
          <w:lang w:eastAsia="zh-TW"/>
        </w:rPr>
        <w:t xml:space="preserve"> AI </w:t>
      </w:r>
      <w:r>
        <w:rPr>
          <w:lang w:eastAsia="zh-TW"/>
        </w:rPr>
        <w:t>可於極短時間內完成大量初步審查，此類指標將迅速趨於飽和，喪失鑑別員工績效差異的功能，甚至可能</w:t>
      </w:r>
      <w:proofErr w:type="gramStart"/>
      <w:r>
        <w:rPr>
          <w:lang w:eastAsia="zh-TW"/>
        </w:rPr>
        <w:t>誘</w:t>
      </w:r>
      <w:proofErr w:type="gramEnd"/>
      <w:r>
        <w:rPr>
          <w:lang w:eastAsia="zh-TW"/>
        </w:rPr>
        <w:t>使人員過度依賴</w:t>
      </w:r>
      <w:r>
        <w:rPr>
          <w:lang w:eastAsia="zh-TW"/>
        </w:rPr>
        <w:t xml:space="preserve"> AI </w:t>
      </w:r>
      <w:r>
        <w:rPr>
          <w:lang w:eastAsia="zh-TW"/>
        </w:rPr>
        <w:t>建議以追求數量指標，而忽略品質與風險</w:t>
      </w:r>
      <w:r>
        <w:rPr>
          <w:lang w:eastAsia="zh-TW"/>
        </w:rPr>
        <w:t>——</w:t>
      </w:r>
      <w:r>
        <w:rPr>
          <w:lang w:eastAsia="zh-TW"/>
        </w:rPr>
        <w:t>此正是澳洲</w:t>
      </w:r>
      <w:r>
        <w:rPr>
          <w:lang w:eastAsia="zh-TW"/>
        </w:rPr>
        <w:t xml:space="preserve"> </w:t>
      </w:r>
      <w:proofErr w:type="spellStart"/>
      <w:r>
        <w:rPr>
          <w:lang w:eastAsia="zh-TW"/>
        </w:rPr>
        <w:t>Robodebt</w:t>
      </w:r>
      <w:proofErr w:type="spellEnd"/>
      <w:r>
        <w:rPr>
          <w:lang w:eastAsia="zh-TW"/>
        </w:rPr>
        <w:t xml:space="preserve"> </w:t>
      </w:r>
      <w:r>
        <w:rPr>
          <w:lang w:eastAsia="zh-TW"/>
        </w:rPr>
        <w:t>案例中「移除人工覆核以追求處理速度」所導致治理災難的關鍵成因，詳見第五章。</w:t>
      </w:r>
    </w:p>
    <w:p w:rsidR="002120FC" w:rsidRDefault="0054408C">
      <w:pPr>
        <w:rPr>
          <w:rFonts w:eastAsia="新細明體"/>
          <w:lang w:eastAsia="zh-TW"/>
        </w:rPr>
      </w:pPr>
      <w:r>
        <w:rPr>
          <w:lang w:eastAsia="zh-TW"/>
        </w:rPr>
        <w:t>本文主張，</w:t>
      </w:r>
      <w:r>
        <w:rPr>
          <w:lang w:eastAsia="zh-TW"/>
        </w:rPr>
        <w:t xml:space="preserve">KPI </w:t>
      </w:r>
      <w:r>
        <w:rPr>
          <w:lang w:eastAsia="zh-TW"/>
        </w:rPr>
        <w:t>重構應以七項治理審計為藍本，將「資料代表性」（</w:t>
      </w:r>
      <w:r>
        <w:rPr>
          <w:lang w:eastAsia="zh-TW"/>
        </w:rPr>
        <w:t xml:space="preserve">AI </w:t>
      </w:r>
      <w:r>
        <w:rPr>
          <w:lang w:eastAsia="zh-TW"/>
        </w:rPr>
        <w:t>模型是否對特定群體產生系統性偏誤）、「理由可解釋性」（承辦人員是否能對外部當事人說明決策依據）、「自由裁量邊界」（承辦人員在何種情況下有義務推翻</w:t>
      </w:r>
      <w:r>
        <w:rPr>
          <w:lang w:eastAsia="zh-TW"/>
        </w:rPr>
        <w:t xml:space="preserve"> AI </w:t>
      </w:r>
      <w:r>
        <w:rPr>
          <w:lang w:eastAsia="zh-TW"/>
        </w:rPr>
        <w:t>建議）等審計指標，轉化為可操作的考核項目，取代單純的產出計數。下表整理新舊指標之對照：</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100"/>
        <w:gridCol w:w="3100"/>
      </w:tblGrid>
      <w:tr w:rsidR="00C31BDB" w:rsidTr="00227653">
        <w:tc>
          <w:tcPr>
            <w:tcW w:w="30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面向</w:t>
            </w:r>
            <w:proofErr w:type="spellEnd"/>
          </w:p>
        </w:tc>
        <w:tc>
          <w:tcPr>
            <w:tcW w:w="31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傳統指標</w:t>
            </w:r>
            <w:proofErr w:type="spellEnd"/>
          </w:p>
        </w:tc>
        <w:tc>
          <w:tcPr>
            <w:tcW w:w="3100" w:type="dxa"/>
            <w:shd w:val="clear" w:color="auto" w:fill="E8EEF7"/>
            <w:tcMar>
              <w:top w:w="60" w:type="dxa"/>
              <w:left w:w="80" w:type="dxa"/>
              <w:bottom w:w="60" w:type="dxa"/>
              <w:right w:w="80" w:type="dxa"/>
            </w:tcMar>
            <w:vAlign w:val="center"/>
          </w:tcPr>
          <w:p w:rsidR="00C31BDB" w:rsidRDefault="00C31BDB" w:rsidP="00227653">
            <w:proofErr w:type="spellStart"/>
            <w:r>
              <w:rPr>
                <w:b/>
                <w:bCs/>
                <w:sz w:val="20"/>
                <w:szCs w:val="20"/>
              </w:rPr>
              <w:t>治理審計導向新指標</w:t>
            </w:r>
            <w:proofErr w:type="spellEnd"/>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處理效能</w:t>
            </w:r>
            <w:proofErr w:type="spellEnd"/>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公文處理件數、案件審查時數</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人機協作流暢度、例外案件覆核率</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公平性</w:t>
            </w:r>
            <w:proofErr w:type="spellEnd"/>
          </w:p>
        </w:tc>
        <w:tc>
          <w:tcPr>
            <w:tcW w:w="3100" w:type="dxa"/>
            <w:tcMar>
              <w:top w:w="60" w:type="dxa"/>
              <w:left w:w="80" w:type="dxa"/>
              <w:bottom w:w="60" w:type="dxa"/>
              <w:right w:w="80" w:type="dxa"/>
            </w:tcMar>
            <w:vAlign w:val="center"/>
          </w:tcPr>
          <w:p w:rsidR="00C31BDB" w:rsidRDefault="00C31BDB" w:rsidP="00227653">
            <w:r>
              <w:rPr>
                <w:sz w:val="20"/>
                <w:szCs w:val="20"/>
              </w:rPr>
              <w:t>（</w:t>
            </w:r>
            <w:proofErr w:type="spellStart"/>
            <w:r>
              <w:rPr>
                <w:sz w:val="20"/>
                <w:szCs w:val="20"/>
              </w:rPr>
              <w:t>未納入</w:t>
            </w:r>
            <w:proofErr w:type="spellEnd"/>
            <w:r>
              <w:rPr>
                <w:sz w:val="20"/>
                <w:szCs w:val="20"/>
              </w:rPr>
              <w:t>）</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資料代表性審查頻率、</w:t>
            </w:r>
            <w:proofErr w:type="gramStart"/>
            <w:r>
              <w:rPr>
                <w:sz w:val="20"/>
                <w:szCs w:val="20"/>
                <w:lang w:eastAsia="zh-TW"/>
              </w:rPr>
              <w:t>族群偏誤申訴</w:t>
            </w:r>
            <w:proofErr w:type="gramEnd"/>
            <w:r>
              <w:rPr>
                <w:sz w:val="20"/>
                <w:szCs w:val="20"/>
                <w:lang w:eastAsia="zh-TW"/>
              </w:rPr>
              <w:t>率</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課責性</w:t>
            </w:r>
            <w:proofErr w:type="spellEnd"/>
          </w:p>
        </w:tc>
        <w:tc>
          <w:tcPr>
            <w:tcW w:w="3100" w:type="dxa"/>
            <w:tcMar>
              <w:top w:w="60" w:type="dxa"/>
              <w:left w:w="80" w:type="dxa"/>
              <w:bottom w:w="60" w:type="dxa"/>
              <w:right w:w="80" w:type="dxa"/>
            </w:tcMar>
            <w:vAlign w:val="center"/>
          </w:tcPr>
          <w:p w:rsidR="00C31BDB" w:rsidRDefault="00C31BDB" w:rsidP="00227653">
            <w:proofErr w:type="spellStart"/>
            <w:r>
              <w:rPr>
                <w:sz w:val="20"/>
                <w:szCs w:val="20"/>
              </w:rPr>
              <w:t>簽核層級數</w:t>
            </w:r>
            <w:proofErr w:type="spellEnd"/>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理由可解釋性完整度、責任歸因明確度</w:t>
            </w:r>
          </w:p>
        </w:tc>
      </w:tr>
      <w:tr w:rsidR="00C31BDB" w:rsidTr="00227653">
        <w:tc>
          <w:tcPr>
            <w:tcW w:w="3000" w:type="dxa"/>
            <w:tcMar>
              <w:top w:w="60" w:type="dxa"/>
              <w:left w:w="80" w:type="dxa"/>
              <w:bottom w:w="60" w:type="dxa"/>
              <w:right w:w="80" w:type="dxa"/>
            </w:tcMar>
            <w:vAlign w:val="center"/>
          </w:tcPr>
          <w:p w:rsidR="00C31BDB" w:rsidRDefault="00C31BDB" w:rsidP="00227653">
            <w:proofErr w:type="spellStart"/>
            <w:r>
              <w:rPr>
                <w:sz w:val="20"/>
                <w:szCs w:val="20"/>
              </w:rPr>
              <w:t>裁量品質</w:t>
            </w:r>
            <w:proofErr w:type="spellEnd"/>
          </w:p>
        </w:tc>
        <w:tc>
          <w:tcPr>
            <w:tcW w:w="3100" w:type="dxa"/>
            <w:tcMar>
              <w:top w:w="60" w:type="dxa"/>
              <w:left w:w="80" w:type="dxa"/>
              <w:bottom w:w="60" w:type="dxa"/>
              <w:right w:w="80" w:type="dxa"/>
            </w:tcMar>
            <w:vAlign w:val="center"/>
          </w:tcPr>
          <w:p w:rsidR="00C31BDB" w:rsidRDefault="00C31BDB" w:rsidP="00227653">
            <w:r>
              <w:rPr>
                <w:sz w:val="20"/>
                <w:szCs w:val="20"/>
              </w:rPr>
              <w:t>（</w:t>
            </w:r>
            <w:proofErr w:type="spellStart"/>
            <w:r>
              <w:rPr>
                <w:sz w:val="20"/>
                <w:szCs w:val="20"/>
              </w:rPr>
              <w:t>未納入</w:t>
            </w:r>
            <w:proofErr w:type="spellEnd"/>
            <w:r>
              <w:rPr>
                <w:sz w:val="20"/>
                <w:szCs w:val="20"/>
              </w:rPr>
              <w:t>）</w:t>
            </w:r>
          </w:p>
        </w:tc>
        <w:tc>
          <w:tcPr>
            <w:tcW w:w="3100" w:type="dxa"/>
            <w:tcMar>
              <w:top w:w="60" w:type="dxa"/>
              <w:left w:w="80" w:type="dxa"/>
              <w:bottom w:w="60" w:type="dxa"/>
              <w:right w:w="80" w:type="dxa"/>
            </w:tcMar>
            <w:vAlign w:val="center"/>
          </w:tcPr>
          <w:p w:rsidR="00C31BDB" w:rsidRDefault="00C31BDB" w:rsidP="00227653">
            <w:pPr>
              <w:rPr>
                <w:lang w:eastAsia="zh-TW"/>
              </w:rPr>
            </w:pPr>
            <w:r>
              <w:rPr>
                <w:sz w:val="20"/>
                <w:szCs w:val="20"/>
                <w:lang w:eastAsia="zh-TW"/>
              </w:rPr>
              <w:t>推翻／採用</w:t>
            </w:r>
            <w:r>
              <w:rPr>
                <w:sz w:val="20"/>
                <w:szCs w:val="20"/>
                <w:lang w:eastAsia="zh-TW"/>
              </w:rPr>
              <w:t xml:space="preserve"> AI </w:t>
            </w:r>
            <w:r>
              <w:rPr>
                <w:sz w:val="20"/>
                <w:szCs w:val="20"/>
                <w:lang w:eastAsia="zh-TW"/>
              </w:rPr>
              <w:t>建議之合理性紀錄（雙向對稱）</w:t>
            </w:r>
          </w:p>
        </w:tc>
      </w:tr>
    </w:tbl>
    <w:p w:rsidR="00C31BDB" w:rsidRPr="00C31BDB" w:rsidRDefault="00C31BDB">
      <w:pPr>
        <w:rPr>
          <w:rFonts w:eastAsia="新細明體" w:hint="eastAsia"/>
          <w:lang w:eastAsia="zh-TW"/>
        </w:rPr>
      </w:pPr>
      <w:bookmarkStart w:id="0" w:name="_GoBack"/>
      <w:bookmarkEnd w:id="0"/>
    </w:p>
    <w:p w:rsidR="002120FC" w:rsidRDefault="002120FC">
      <w:pPr>
        <w:rPr>
          <w:lang w:eastAsia="zh-TW"/>
        </w:rPr>
      </w:pPr>
    </w:p>
    <w:p w:rsidR="002120FC" w:rsidRDefault="0054408C">
      <w:pPr>
        <w:pStyle w:val="Heading2"/>
        <w:rPr>
          <w:lang w:eastAsia="zh-TW"/>
        </w:rPr>
      </w:pPr>
      <w:r>
        <w:rPr>
          <w:lang w:eastAsia="zh-TW"/>
        </w:rPr>
        <w:t xml:space="preserve">第二節　</w:t>
      </w:r>
      <w:proofErr w:type="gramStart"/>
      <w:r>
        <w:rPr>
          <w:lang w:eastAsia="zh-TW"/>
        </w:rPr>
        <w:t>人力資源與薪酬</w:t>
      </w:r>
      <w:proofErr w:type="gramEnd"/>
      <w:r>
        <w:rPr>
          <w:lang w:eastAsia="zh-TW"/>
        </w:rPr>
        <w:t>制度的轉型壓力：法制限制與過渡方案</w:t>
      </w:r>
    </w:p>
    <w:p w:rsidR="002120FC" w:rsidRDefault="0054408C">
      <w:pPr>
        <w:rPr>
          <w:lang w:eastAsia="zh-TW"/>
        </w:rPr>
      </w:pPr>
      <w:r>
        <w:rPr>
          <w:lang w:eastAsia="zh-TW"/>
        </w:rPr>
        <w:t>文官體制的俸給結構長期以官職等為核心，具有高度穩定性與內部一致性，但也因此對新興職能需求的反應相對遲滯。</w:t>
      </w:r>
      <w:r>
        <w:rPr>
          <w:lang w:eastAsia="zh-TW"/>
        </w:rPr>
        <w:t xml:space="preserve">AI </w:t>
      </w:r>
      <w:r>
        <w:rPr>
          <w:lang w:eastAsia="zh-TW"/>
        </w:rPr>
        <w:t>嵌入後，組織對於「能夠對演算法建議進行理由審核與責任歸因判斷」之人才需求急遽上升，形成一種「雙軌文官」現象：</w:t>
      </w:r>
      <w:proofErr w:type="gramStart"/>
      <w:r>
        <w:rPr>
          <w:lang w:eastAsia="zh-TW"/>
        </w:rPr>
        <w:t>一</w:t>
      </w:r>
      <w:proofErr w:type="gramEnd"/>
      <w:r>
        <w:rPr>
          <w:lang w:eastAsia="zh-TW"/>
        </w:rPr>
        <w:t>軌延續既有的一般行政職能，另一軌則須具備資料素養、演算法風險判斷與倫理審查能力。</w:t>
      </w:r>
    </w:p>
    <w:p w:rsidR="002120FC" w:rsidRDefault="0054408C">
      <w:pPr>
        <w:rPr>
          <w:lang w:eastAsia="zh-TW"/>
        </w:rPr>
      </w:pPr>
      <w:r>
        <w:rPr>
          <w:lang w:eastAsia="zh-TW"/>
        </w:rPr>
        <w:lastRenderedPageBreak/>
        <w:t>然而，此一構想在多數國家（包括我國）現行文官法制下面臨實質的實踐門檻。以我國為例，公務人員俸給法</w:t>
      </w:r>
      <w:proofErr w:type="gramStart"/>
      <w:r>
        <w:rPr>
          <w:lang w:eastAsia="zh-TW"/>
        </w:rPr>
        <w:t>採</w:t>
      </w:r>
      <w:proofErr w:type="gramEnd"/>
      <w:r>
        <w:rPr>
          <w:lang w:eastAsia="zh-TW"/>
        </w:rPr>
        <w:t>官職等對應之俸表設計，任用法則以職務列等與資格條件為核心，</w:t>
      </w:r>
      <w:proofErr w:type="gramStart"/>
      <w:r>
        <w:rPr>
          <w:lang w:eastAsia="zh-TW"/>
        </w:rPr>
        <w:t>兩者均</w:t>
      </w:r>
      <w:proofErr w:type="gramEnd"/>
      <w:r>
        <w:rPr>
          <w:lang w:eastAsia="zh-TW"/>
        </w:rPr>
        <w:t>以「同工同酬、依法定俸給表」為原則，新增專屬加給項目或另立俸給軌道，均涉及修法或大幅修正相關子法，短期內難以完成。因此，本文建議區分短、中、長期分階段推動：</w:t>
      </w:r>
    </w:p>
    <w:p w:rsidR="002120FC" w:rsidRDefault="0054408C">
      <w:pPr>
        <w:pStyle w:val="ListParagraph"/>
        <w:rPr>
          <w:lang w:eastAsia="zh-TW"/>
        </w:rPr>
      </w:pPr>
      <w:r>
        <w:rPr>
          <w:lang w:eastAsia="zh-TW"/>
        </w:rPr>
        <w:t>短期（無須修法）：以現行「職務加給」或「專業加給」之裁量空間，針對經指派擔任資料治理與演算法審核職務者，於既有加給項目下核給對應加成，並以「職務專長註記」方式，於人事資料庫中標示具備演算法審核能力之人員，作為調度與升遷之參考依據，而非另立新俸給項目。</w:t>
      </w:r>
    </w:p>
    <w:p w:rsidR="002120FC" w:rsidRDefault="0054408C">
      <w:pPr>
        <w:pStyle w:val="ListParagraph"/>
        <w:rPr>
          <w:lang w:eastAsia="zh-TW"/>
        </w:rPr>
      </w:pPr>
      <w:r>
        <w:rPr>
          <w:lang w:eastAsia="zh-TW"/>
        </w:rPr>
        <w:t>短中期（行政規則層級）：建立「專案職務」或「跨機關數位人才借調」機制，容許具備資料治理能力之人員以專案或借調方式跨機關支援，並依現行法規之出差、兼職或專案獎金規定，提供有限度之額外報酬，作為在修法完成前的過渡性安排。</w:t>
      </w:r>
    </w:p>
    <w:p w:rsidR="002120FC" w:rsidRDefault="0054408C">
      <w:pPr>
        <w:pStyle w:val="ListParagraph"/>
        <w:rPr>
          <w:lang w:eastAsia="zh-TW"/>
        </w:rPr>
      </w:pPr>
      <w:r>
        <w:rPr>
          <w:lang w:eastAsia="zh-TW"/>
        </w:rPr>
        <w:t>中長期（須修法或制定專項法規）：於俸給法或其施行細則中，正式增訂「數位治理／演算法審核加給」項目，並將七項治理審計中之「組織能力」審計結果，作為加給額度與員額編列之依據，使制度化的薪酬調整有客觀量化基礎，而非僅憑首長裁量。</w:t>
      </w:r>
    </w:p>
    <w:p w:rsidR="002120FC" w:rsidRDefault="0054408C">
      <w:pPr>
        <w:rPr>
          <w:lang w:eastAsia="zh-TW"/>
        </w:rPr>
      </w:pPr>
      <w:r>
        <w:rPr>
          <w:lang w:eastAsia="zh-TW"/>
        </w:rPr>
        <w:t>上述分階段設計之核心邏輯，在於先以現行法制之彈性空間（職務加給、專案借調）滿足短期人才留任需求，再以審計制度所累積之量化證據，作為中長期修法之政策論證基礎，藉此降低法制轉銜之政治與行政成本。</w:t>
      </w:r>
    </w:p>
    <w:p w:rsidR="002120FC" w:rsidRDefault="0054408C">
      <w:pPr>
        <w:pStyle w:val="Heading2"/>
        <w:rPr>
          <w:lang w:eastAsia="zh-TW"/>
        </w:rPr>
      </w:pPr>
      <w:r>
        <w:rPr>
          <w:lang w:eastAsia="zh-TW"/>
        </w:rPr>
        <w:t>第三節　策略與資源配置重構：資料資產、流程自動化與組織能力</w:t>
      </w:r>
    </w:p>
    <w:p w:rsidR="002120FC" w:rsidRDefault="0054408C">
      <w:pPr>
        <w:rPr>
          <w:lang w:eastAsia="zh-TW"/>
        </w:rPr>
      </w:pPr>
      <w:r>
        <w:rPr>
          <w:lang w:eastAsia="zh-TW"/>
        </w:rPr>
        <w:t>資源配置方面，傳統政府預算編列以資本門（設備採購）與經常門（人事、業務費）為兩大類別，但</w:t>
      </w:r>
      <w:r>
        <w:rPr>
          <w:lang w:eastAsia="zh-TW"/>
        </w:rPr>
        <w:t xml:space="preserve"> AI </w:t>
      </w:r>
      <w:r>
        <w:rPr>
          <w:lang w:eastAsia="zh-TW"/>
        </w:rPr>
        <w:t>治理所需之資源</w:t>
      </w:r>
      <w:proofErr w:type="gramStart"/>
      <w:r>
        <w:rPr>
          <w:lang w:eastAsia="zh-TW"/>
        </w:rPr>
        <w:t>—</w:t>
      </w:r>
      <w:proofErr w:type="gramEnd"/>
      <w:r>
        <w:rPr>
          <w:lang w:eastAsia="zh-TW"/>
        </w:rPr>
        <w:t>—</w:t>
      </w:r>
      <w:r>
        <w:rPr>
          <w:lang w:eastAsia="zh-TW"/>
        </w:rPr>
        <w:t>如資料品質維護、模型驗證、演算法稽核</w:t>
      </w:r>
      <w:r>
        <w:rPr>
          <w:lang w:eastAsia="zh-TW"/>
        </w:rPr>
        <w:t>——</w:t>
      </w:r>
      <w:r>
        <w:rPr>
          <w:lang w:eastAsia="zh-TW"/>
        </w:rPr>
        <w:t>往往橫跨兩者且具有持續性與專業性，難以簡單歸入既有科目。本文主張，應將「組織能力審計」（七項治理審計之一）之結果，作為預算編列時評估資料治理與倫理審查人力配置需求的依據，並建立跨年度、可累積的資料治理基礎設施投資機制，而非僅以單次採購案處理。</w:t>
      </w:r>
    </w:p>
    <w:p w:rsidR="002120FC" w:rsidRDefault="0054408C">
      <w:pPr>
        <w:pStyle w:val="Heading1"/>
        <w:rPr>
          <w:lang w:eastAsia="zh-TW"/>
        </w:rPr>
      </w:pPr>
      <w:r>
        <w:rPr>
          <w:lang w:eastAsia="zh-TW"/>
        </w:rPr>
        <w:t>第五章　真實案例之壓力測試分析</w:t>
      </w:r>
    </w:p>
    <w:p w:rsidR="002120FC" w:rsidRDefault="0054408C">
      <w:pPr>
        <w:rPr>
          <w:lang w:eastAsia="zh-TW"/>
        </w:rPr>
      </w:pPr>
      <w:r>
        <w:rPr>
          <w:lang w:eastAsia="zh-TW"/>
        </w:rPr>
        <w:t>回應審查意見，本章以三個已被法院、國會調查委員會或監督機關正式檢視之真實案例，取代原假設性情境，進行</w:t>
      </w:r>
      <w:r>
        <w:rPr>
          <w:lang w:eastAsia="zh-TW"/>
        </w:rPr>
        <w:t xml:space="preserve"> 25-3-3-4-7 </w:t>
      </w:r>
      <w:r>
        <w:rPr>
          <w:lang w:eastAsia="zh-TW"/>
        </w:rPr>
        <w:t>架構之壓力測試與斷裂點追蹤：荷蘭社福詐欺風險評估系統（</w:t>
      </w:r>
      <w:proofErr w:type="spellStart"/>
      <w:r>
        <w:rPr>
          <w:lang w:eastAsia="zh-TW"/>
        </w:rPr>
        <w:t>SyRI</w:t>
      </w:r>
      <w:proofErr w:type="spellEnd"/>
      <w:r>
        <w:rPr>
          <w:lang w:eastAsia="zh-TW"/>
        </w:rPr>
        <w:t>）、澳洲自動化債務追討方案（</w:t>
      </w:r>
      <w:proofErr w:type="spellStart"/>
      <w:r>
        <w:rPr>
          <w:lang w:eastAsia="zh-TW"/>
        </w:rPr>
        <w:t>Robodebt</w:t>
      </w:r>
      <w:proofErr w:type="spellEnd"/>
      <w:r>
        <w:rPr>
          <w:lang w:eastAsia="zh-TW"/>
        </w:rPr>
        <w:t>），以及美國預測性警政系統（</w:t>
      </w:r>
      <w:proofErr w:type="spellStart"/>
      <w:r>
        <w:rPr>
          <w:lang w:eastAsia="zh-TW"/>
        </w:rPr>
        <w:t>PredPol</w:t>
      </w:r>
      <w:proofErr w:type="spellEnd"/>
      <w:r>
        <w:rPr>
          <w:lang w:eastAsia="zh-TW"/>
        </w:rPr>
        <w:t>）。</w:t>
      </w:r>
      <w:proofErr w:type="gramStart"/>
      <w:r>
        <w:rPr>
          <w:lang w:eastAsia="zh-TW"/>
        </w:rPr>
        <w:t>三</w:t>
      </w:r>
      <w:proofErr w:type="gramEnd"/>
      <w:r>
        <w:rPr>
          <w:lang w:eastAsia="zh-TW"/>
        </w:rPr>
        <w:t>案例分別對應福利資格認定、債務／稽核追討，以及公共安全預測三個政策領域，具有跨領域比較之代表性。</w:t>
      </w:r>
    </w:p>
    <w:p w:rsidR="002120FC" w:rsidRDefault="0054408C">
      <w:pPr>
        <w:pStyle w:val="Heading2"/>
        <w:rPr>
          <w:lang w:eastAsia="zh-TW"/>
        </w:rPr>
      </w:pPr>
      <w:r>
        <w:rPr>
          <w:lang w:eastAsia="zh-TW"/>
        </w:rPr>
        <w:lastRenderedPageBreak/>
        <w:t>第一節　案例概述與</w:t>
      </w:r>
      <w:r>
        <w:rPr>
          <w:lang w:eastAsia="zh-TW"/>
        </w:rPr>
        <w:t xml:space="preserve"> 25 </w:t>
      </w:r>
      <w:r>
        <w:rPr>
          <w:lang w:eastAsia="zh-TW"/>
        </w:rPr>
        <w:t>治理座標定位</w:t>
      </w:r>
    </w:p>
    <w:p w:rsidR="002120FC" w:rsidRDefault="0054408C">
      <w:pPr>
        <w:pStyle w:val="Heading3"/>
      </w:pPr>
      <w:proofErr w:type="spellStart"/>
      <w:r>
        <w:t>一、荷蘭</w:t>
      </w:r>
      <w:proofErr w:type="spellEnd"/>
      <w:r>
        <w:t xml:space="preserve"> </w:t>
      </w:r>
      <w:proofErr w:type="spellStart"/>
      <w:r>
        <w:t>SyRI</w:t>
      </w:r>
      <w:proofErr w:type="spellEnd"/>
      <w:r>
        <w:t xml:space="preserve"> </w:t>
      </w:r>
      <w:proofErr w:type="spellStart"/>
      <w:r>
        <w:t>案（</w:t>
      </w:r>
      <w:r>
        <w:t>System</w:t>
      </w:r>
      <w:proofErr w:type="spellEnd"/>
      <w:r>
        <w:t xml:space="preserve"> Risk Indication</w:t>
      </w:r>
      <w:r>
        <w:t>）</w:t>
      </w:r>
    </w:p>
    <w:p w:rsidR="002120FC" w:rsidRDefault="0054408C">
      <w:pPr>
        <w:rPr>
          <w:lang w:eastAsia="zh-TW"/>
        </w:rPr>
      </w:pPr>
      <w:r>
        <w:t xml:space="preserve">SyRI </w:t>
      </w:r>
      <w:r>
        <w:t>是荷蘭政府自</w:t>
      </w:r>
      <w:r>
        <w:t xml:space="preserve"> 2014 </w:t>
      </w:r>
      <w:r>
        <w:t>年起使用、整合社福、稅務、移民等多個機關資料庫以推算個人詐欺風險的演算法系統，其風險模型內容及指標長期未對外公開。</w:t>
      </w:r>
      <w:r>
        <w:rPr>
          <w:lang w:eastAsia="zh-TW"/>
        </w:rPr>
        <w:t xml:space="preserve">2020 </w:t>
      </w:r>
      <w:r>
        <w:rPr>
          <w:lang w:eastAsia="zh-TW"/>
        </w:rPr>
        <w:t>年</w:t>
      </w:r>
      <w:r>
        <w:rPr>
          <w:lang w:eastAsia="zh-TW"/>
        </w:rPr>
        <w:t xml:space="preserve"> 2 </w:t>
      </w:r>
      <w:r>
        <w:rPr>
          <w:lang w:eastAsia="zh-TW"/>
        </w:rPr>
        <w:t>月，海牙地方法院判決</w:t>
      </w:r>
      <w:r>
        <w:rPr>
          <w:lang w:eastAsia="zh-TW"/>
        </w:rPr>
        <w:t xml:space="preserve"> </w:t>
      </w:r>
      <w:proofErr w:type="spellStart"/>
      <w:r>
        <w:rPr>
          <w:lang w:eastAsia="zh-TW"/>
        </w:rPr>
        <w:t>SyRI</w:t>
      </w:r>
      <w:proofErr w:type="spellEnd"/>
      <w:r>
        <w:rPr>
          <w:lang w:eastAsia="zh-TW"/>
        </w:rPr>
        <w:t xml:space="preserve"> </w:t>
      </w:r>
      <w:r>
        <w:rPr>
          <w:lang w:eastAsia="zh-TW"/>
        </w:rPr>
        <w:t>之立法依據違反歐洲人權公約第</w:t>
      </w:r>
      <w:r>
        <w:rPr>
          <w:lang w:eastAsia="zh-TW"/>
        </w:rPr>
        <w:t xml:space="preserve"> 8 </w:t>
      </w:r>
      <w:r>
        <w:rPr>
          <w:lang w:eastAsia="zh-TW"/>
        </w:rPr>
        <w:t>條之隱私權保障，主要理由為系統缺乏透明性、無法驗證是否存在對低收入與移民社區之歧視性偏誤，並下令立即停止使用。就</w:t>
      </w:r>
      <w:r>
        <w:rPr>
          <w:lang w:eastAsia="zh-TW"/>
        </w:rPr>
        <w:t xml:space="preserve"> 25 </w:t>
      </w:r>
      <w:r>
        <w:rPr>
          <w:lang w:eastAsia="zh-TW"/>
        </w:rPr>
        <w:t>治理座標而言，</w:t>
      </w:r>
      <w:proofErr w:type="spellStart"/>
      <w:r>
        <w:rPr>
          <w:lang w:eastAsia="zh-TW"/>
        </w:rPr>
        <w:t>SyRI</w:t>
      </w:r>
      <w:proofErr w:type="spellEnd"/>
      <w:r>
        <w:rPr>
          <w:lang w:eastAsia="zh-TW"/>
        </w:rPr>
        <w:t xml:space="preserve"> </w:t>
      </w:r>
      <w:r>
        <w:rPr>
          <w:lang w:eastAsia="zh-TW"/>
        </w:rPr>
        <w:t>主要落於「決策制定</w:t>
      </w:r>
      <w:r>
        <w:rPr>
          <w:lang w:eastAsia="zh-TW"/>
        </w:rPr>
        <w:t xml:space="preserve"> × </w:t>
      </w:r>
      <w:r>
        <w:rPr>
          <w:lang w:eastAsia="zh-TW"/>
        </w:rPr>
        <w:t>跨組織網絡」（多機關資料串連後之風險推算）與「管理運作</w:t>
      </w:r>
      <w:r>
        <w:rPr>
          <w:lang w:eastAsia="zh-TW"/>
        </w:rPr>
        <w:t xml:space="preserve"> × </w:t>
      </w:r>
      <w:r>
        <w:rPr>
          <w:lang w:eastAsia="zh-TW"/>
        </w:rPr>
        <w:t>個人」（第一線承辦人員依風險分數決定是否啟動調查）。</w:t>
      </w:r>
    </w:p>
    <w:p w:rsidR="002120FC" w:rsidRDefault="0054408C">
      <w:pPr>
        <w:pStyle w:val="Heading3"/>
        <w:rPr>
          <w:lang w:eastAsia="zh-TW"/>
        </w:rPr>
      </w:pPr>
      <w:r>
        <w:rPr>
          <w:lang w:eastAsia="zh-TW"/>
        </w:rPr>
        <w:t>二、澳洲</w:t>
      </w:r>
      <w:r>
        <w:rPr>
          <w:lang w:eastAsia="zh-TW"/>
        </w:rPr>
        <w:t xml:space="preserve"> </w:t>
      </w:r>
      <w:proofErr w:type="spellStart"/>
      <w:r>
        <w:rPr>
          <w:lang w:eastAsia="zh-TW"/>
        </w:rPr>
        <w:t>Robodebt</w:t>
      </w:r>
      <w:proofErr w:type="spellEnd"/>
      <w:r>
        <w:rPr>
          <w:lang w:eastAsia="zh-TW"/>
        </w:rPr>
        <w:t xml:space="preserve"> </w:t>
      </w:r>
      <w:r>
        <w:rPr>
          <w:lang w:eastAsia="zh-TW"/>
        </w:rPr>
        <w:t>案</w:t>
      </w:r>
    </w:p>
    <w:p w:rsidR="002120FC" w:rsidRDefault="0054408C">
      <w:pPr>
        <w:rPr>
          <w:lang w:eastAsia="zh-TW"/>
        </w:rPr>
      </w:pPr>
      <w:proofErr w:type="spellStart"/>
      <w:r>
        <w:rPr>
          <w:lang w:eastAsia="zh-TW"/>
        </w:rPr>
        <w:t>Robodebt</w:t>
      </w:r>
      <w:proofErr w:type="spellEnd"/>
      <w:r>
        <w:rPr>
          <w:lang w:eastAsia="zh-TW"/>
        </w:rPr>
        <w:t xml:space="preserve"> </w:t>
      </w:r>
      <w:r>
        <w:rPr>
          <w:lang w:eastAsia="zh-TW"/>
        </w:rPr>
        <w:t>是澳洲政府</w:t>
      </w:r>
      <w:r>
        <w:rPr>
          <w:lang w:eastAsia="zh-TW"/>
        </w:rPr>
        <w:t xml:space="preserve"> 2015 </w:t>
      </w:r>
      <w:r>
        <w:rPr>
          <w:lang w:eastAsia="zh-TW"/>
        </w:rPr>
        <w:t>年至</w:t>
      </w:r>
      <w:r>
        <w:rPr>
          <w:lang w:eastAsia="zh-TW"/>
        </w:rPr>
        <w:t xml:space="preserve"> 2019 </w:t>
      </w:r>
      <w:r>
        <w:rPr>
          <w:lang w:eastAsia="zh-TW"/>
        </w:rPr>
        <w:t>年間運作之自動化福利債務追討方案，其核心作法是以「所得平均化」方式比對社福給付資料與稅務局年度所得資料，凡出現差異即自動產生債務通知，且期間人工覆核程序被大幅移除。</w:t>
      </w:r>
      <w:r>
        <w:rPr>
          <w:lang w:eastAsia="zh-TW"/>
        </w:rPr>
        <w:t xml:space="preserve">2023 </w:t>
      </w:r>
      <w:r>
        <w:rPr>
          <w:lang w:eastAsia="zh-TW"/>
        </w:rPr>
        <w:t>年澳洲皇家調查委員會（</w:t>
      </w:r>
      <w:r>
        <w:rPr>
          <w:lang w:eastAsia="zh-TW"/>
        </w:rPr>
        <w:t xml:space="preserve">Royal Commission into the </w:t>
      </w:r>
      <w:proofErr w:type="spellStart"/>
      <w:r>
        <w:rPr>
          <w:lang w:eastAsia="zh-TW"/>
        </w:rPr>
        <w:t>Robodebt</w:t>
      </w:r>
      <w:proofErr w:type="spellEnd"/>
      <w:r>
        <w:rPr>
          <w:lang w:eastAsia="zh-TW"/>
        </w:rPr>
        <w:t xml:space="preserve"> Scheme</w:t>
      </w:r>
      <w:r>
        <w:rPr>
          <w:lang w:eastAsia="zh-TW"/>
        </w:rPr>
        <w:t>）最終報告指出，該方案在明知可能欠缺合法性之情況下仍持續推行，造成大量民眾遭錯誤追討債</w:t>
      </w:r>
      <w:proofErr w:type="gramStart"/>
      <w:r>
        <w:rPr>
          <w:lang w:eastAsia="zh-TW"/>
        </w:rPr>
        <w:t>務</w:t>
      </w:r>
      <w:proofErr w:type="gramEnd"/>
      <w:r>
        <w:rPr>
          <w:lang w:eastAsia="zh-TW"/>
        </w:rPr>
        <w:t>，並與若干自殺案件存在關聯；澳洲政府嗣後同意鉅額賠償並着手改革自動化決策之監督機制。就</w:t>
      </w:r>
      <w:r>
        <w:rPr>
          <w:lang w:eastAsia="zh-TW"/>
        </w:rPr>
        <w:t xml:space="preserve"> 25 </w:t>
      </w:r>
      <w:r>
        <w:rPr>
          <w:lang w:eastAsia="zh-TW"/>
        </w:rPr>
        <w:t>治理座標而言，</w:t>
      </w:r>
      <w:proofErr w:type="spellStart"/>
      <w:r>
        <w:rPr>
          <w:lang w:eastAsia="zh-TW"/>
        </w:rPr>
        <w:t>Robodebt</w:t>
      </w:r>
      <w:proofErr w:type="spellEnd"/>
      <w:r>
        <w:rPr>
          <w:lang w:eastAsia="zh-TW"/>
        </w:rPr>
        <w:t xml:space="preserve"> </w:t>
      </w:r>
      <w:r>
        <w:rPr>
          <w:lang w:eastAsia="zh-TW"/>
        </w:rPr>
        <w:t>主要落於「管理運作</w:t>
      </w:r>
      <w:r>
        <w:rPr>
          <w:lang w:eastAsia="zh-TW"/>
        </w:rPr>
        <w:t xml:space="preserve"> × </w:t>
      </w:r>
      <w:r>
        <w:rPr>
          <w:lang w:eastAsia="zh-TW"/>
        </w:rPr>
        <w:t>組織」（以自動化流程取代人工覆核以追求效率）與「決策制定</w:t>
      </w:r>
      <w:r>
        <w:rPr>
          <w:lang w:eastAsia="zh-TW"/>
        </w:rPr>
        <w:t xml:space="preserve"> × </w:t>
      </w:r>
      <w:r>
        <w:rPr>
          <w:lang w:eastAsia="zh-TW"/>
        </w:rPr>
        <w:t>個人」（債務認定直接送達個人而無實質人工複核）。</w:t>
      </w:r>
    </w:p>
    <w:p w:rsidR="002120FC" w:rsidRDefault="0054408C">
      <w:pPr>
        <w:pStyle w:val="Heading3"/>
        <w:rPr>
          <w:lang w:eastAsia="zh-TW"/>
        </w:rPr>
      </w:pPr>
      <w:r>
        <w:rPr>
          <w:lang w:eastAsia="zh-TW"/>
        </w:rPr>
        <w:t>三、美國</w:t>
      </w:r>
      <w:r>
        <w:rPr>
          <w:lang w:eastAsia="zh-TW"/>
        </w:rPr>
        <w:t xml:space="preserve"> </w:t>
      </w:r>
      <w:proofErr w:type="spellStart"/>
      <w:r>
        <w:rPr>
          <w:lang w:eastAsia="zh-TW"/>
        </w:rPr>
        <w:t>PredPol</w:t>
      </w:r>
      <w:proofErr w:type="spellEnd"/>
      <w:r>
        <w:rPr>
          <w:lang w:eastAsia="zh-TW"/>
        </w:rPr>
        <w:t xml:space="preserve"> </w:t>
      </w:r>
      <w:r>
        <w:rPr>
          <w:lang w:eastAsia="zh-TW"/>
        </w:rPr>
        <w:t>案</w:t>
      </w:r>
    </w:p>
    <w:p w:rsidR="002120FC" w:rsidRDefault="0054408C">
      <w:pPr>
        <w:rPr>
          <w:lang w:eastAsia="zh-TW"/>
        </w:rPr>
      </w:pPr>
      <w:proofErr w:type="spellStart"/>
      <w:r>
        <w:rPr>
          <w:lang w:eastAsia="zh-TW"/>
        </w:rPr>
        <w:t>PredPol</w:t>
      </w:r>
      <w:proofErr w:type="spellEnd"/>
      <w:r>
        <w:rPr>
          <w:lang w:eastAsia="zh-TW"/>
        </w:rPr>
        <w:t xml:space="preserve"> </w:t>
      </w:r>
      <w:r>
        <w:rPr>
          <w:lang w:eastAsia="zh-TW"/>
        </w:rPr>
        <w:t>是美國多個警察機關（包括洛杉磯警局）自</w:t>
      </w:r>
      <w:r>
        <w:rPr>
          <w:lang w:eastAsia="zh-TW"/>
        </w:rPr>
        <w:t xml:space="preserve"> 2010 </w:t>
      </w:r>
      <w:r>
        <w:rPr>
          <w:lang w:eastAsia="zh-TW"/>
        </w:rPr>
        <w:t>年代起採用之預測性警政系統，依據歷史犯罪報案資料預測「熱點」區域以調度巡邏警力。該系統長期受到「</w:t>
      </w:r>
      <w:proofErr w:type="gramStart"/>
      <w:r>
        <w:rPr>
          <w:lang w:eastAsia="zh-TW"/>
        </w:rPr>
        <w:t>資料偏誤循環</w:t>
      </w:r>
      <w:proofErr w:type="gramEnd"/>
      <w:r>
        <w:rPr>
          <w:lang w:eastAsia="zh-TW"/>
        </w:rPr>
        <w:t>」之批評：由於歷史報案資料本身已反映既有的過度執法模式，系統據此產生的預測會進一步強化對特定（多為低收入與少數族群）社區之高密度巡邏，形成自我強化的偏誤</w:t>
      </w:r>
      <w:proofErr w:type="gramStart"/>
      <w:r>
        <w:rPr>
          <w:lang w:eastAsia="zh-TW"/>
        </w:rPr>
        <w:t>迴</w:t>
      </w:r>
      <w:proofErr w:type="gramEnd"/>
      <w:r>
        <w:rPr>
          <w:lang w:eastAsia="zh-TW"/>
        </w:rPr>
        <w:t>圈。洛杉磯警局於</w:t>
      </w:r>
      <w:r>
        <w:rPr>
          <w:lang w:eastAsia="zh-TW"/>
        </w:rPr>
        <w:t xml:space="preserve"> 2021 </w:t>
      </w:r>
      <w:r>
        <w:rPr>
          <w:lang w:eastAsia="zh-TW"/>
        </w:rPr>
        <w:t>年正式終止使用</w:t>
      </w:r>
      <w:r>
        <w:rPr>
          <w:lang w:eastAsia="zh-TW"/>
        </w:rPr>
        <w:t xml:space="preserve"> </w:t>
      </w:r>
      <w:proofErr w:type="spellStart"/>
      <w:r>
        <w:rPr>
          <w:lang w:eastAsia="zh-TW"/>
        </w:rPr>
        <w:t>PredPol</w:t>
      </w:r>
      <w:proofErr w:type="spellEnd"/>
      <w:r>
        <w:rPr>
          <w:lang w:eastAsia="zh-TW"/>
        </w:rPr>
        <w:t>，聖塔克魯茲市則於</w:t>
      </w:r>
      <w:r>
        <w:rPr>
          <w:lang w:eastAsia="zh-TW"/>
        </w:rPr>
        <w:t xml:space="preserve"> 2020 </w:t>
      </w:r>
      <w:r>
        <w:rPr>
          <w:lang w:eastAsia="zh-TW"/>
        </w:rPr>
        <w:t>年成為美國第一個立法禁止預測性警政的城市。就</w:t>
      </w:r>
      <w:r>
        <w:rPr>
          <w:lang w:eastAsia="zh-TW"/>
        </w:rPr>
        <w:t xml:space="preserve"> 25 </w:t>
      </w:r>
      <w:r>
        <w:rPr>
          <w:lang w:eastAsia="zh-TW"/>
        </w:rPr>
        <w:t>治理座標而言，</w:t>
      </w:r>
      <w:proofErr w:type="spellStart"/>
      <w:r>
        <w:rPr>
          <w:lang w:eastAsia="zh-TW"/>
        </w:rPr>
        <w:t>PredPol</w:t>
      </w:r>
      <w:proofErr w:type="spellEnd"/>
      <w:r>
        <w:rPr>
          <w:lang w:eastAsia="zh-TW"/>
        </w:rPr>
        <w:t xml:space="preserve"> </w:t>
      </w:r>
      <w:r>
        <w:rPr>
          <w:lang w:eastAsia="zh-TW"/>
        </w:rPr>
        <w:t>主要落於「政策規劃</w:t>
      </w:r>
      <w:r>
        <w:rPr>
          <w:lang w:eastAsia="zh-TW"/>
        </w:rPr>
        <w:t xml:space="preserve"> × </w:t>
      </w:r>
      <w:r>
        <w:rPr>
          <w:lang w:eastAsia="zh-TW"/>
        </w:rPr>
        <w:t>制度環境」（警力資源配置政策之演算法化）與「組織設計</w:t>
      </w:r>
      <w:r>
        <w:rPr>
          <w:lang w:eastAsia="zh-TW"/>
        </w:rPr>
        <w:t xml:space="preserve"> × </w:t>
      </w:r>
      <w:r>
        <w:rPr>
          <w:lang w:eastAsia="zh-TW"/>
        </w:rPr>
        <w:t>團體」（巡邏小組依系統建議調整勤務安排）。</w:t>
      </w:r>
    </w:p>
    <w:p w:rsidR="002120FC" w:rsidRDefault="0054408C">
      <w:pPr>
        <w:pStyle w:val="Heading2"/>
        <w:rPr>
          <w:lang w:eastAsia="zh-TW"/>
        </w:rPr>
      </w:pPr>
      <w:r>
        <w:rPr>
          <w:lang w:eastAsia="zh-TW"/>
        </w:rPr>
        <w:t>第二節　四條治理鏈斷裂點追蹤與七項審計查核</w:t>
      </w:r>
    </w:p>
    <w:p w:rsidR="002120FC" w:rsidRDefault="0054408C">
      <w:pPr>
        <w:rPr>
          <w:lang w:eastAsia="zh-TW"/>
        </w:rPr>
      </w:pPr>
      <w:proofErr w:type="gramStart"/>
      <w:r>
        <w:rPr>
          <w:lang w:eastAsia="zh-TW"/>
        </w:rPr>
        <w:t>三</w:t>
      </w:r>
      <w:proofErr w:type="gramEnd"/>
      <w:r>
        <w:rPr>
          <w:lang w:eastAsia="zh-TW"/>
        </w:rPr>
        <w:t>案例在治理鏈路上呈現不同但可比較的斷裂型態。在</w:t>
      </w:r>
      <w:r>
        <w:rPr>
          <w:lang w:eastAsia="zh-TW"/>
        </w:rPr>
        <w:t xml:space="preserve"> </w:t>
      </w:r>
      <w:proofErr w:type="spellStart"/>
      <w:r>
        <w:rPr>
          <w:lang w:eastAsia="zh-TW"/>
        </w:rPr>
        <w:t>SyRI</w:t>
      </w:r>
      <w:proofErr w:type="spellEnd"/>
      <w:r>
        <w:rPr>
          <w:lang w:eastAsia="zh-TW"/>
        </w:rPr>
        <w:t xml:space="preserve"> </w:t>
      </w:r>
      <w:r>
        <w:rPr>
          <w:lang w:eastAsia="zh-TW"/>
        </w:rPr>
        <w:t>案中，斷裂主要發生於「理由鏈」與「情境</w:t>
      </w:r>
      <w:proofErr w:type="gramStart"/>
      <w:r>
        <w:rPr>
          <w:lang w:eastAsia="zh-TW"/>
        </w:rPr>
        <w:t>－建構鏈</w:t>
      </w:r>
      <w:proofErr w:type="gramEnd"/>
      <w:r>
        <w:rPr>
          <w:lang w:eastAsia="zh-TW"/>
        </w:rPr>
        <w:t>」：法院認定政府始終未能說明風險模型所使用之具體指標，使當事人與法院均無從驗證決策是否具有正當基礎，對應七項審計中「理由可解釋性」與「資料代表性」之全面失守。在</w:t>
      </w:r>
      <w:r>
        <w:rPr>
          <w:lang w:eastAsia="zh-TW"/>
        </w:rPr>
        <w:t xml:space="preserve"> </w:t>
      </w:r>
      <w:proofErr w:type="spellStart"/>
      <w:r>
        <w:rPr>
          <w:lang w:eastAsia="zh-TW"/>
        </w:rPr>
        <w:t>Robodebt</w:t>
      </w:r>
      <w:proofErr w:type="spellEnd"/>
      <w:r>
        <w:rPr>
          <w:lang w:eastAsia="zh-TW"/>
        </w:rPr>
        <w:t xml:space="preserve"> </w:t>
      </w:r>
      <w:r>
        <w:rPr>
          <w:lang w:eastAsia="zh-TW"/>
        </w:rPr>
        <w:t>案中，斷裂集中於「權威鏈」與「責任鏈」：人工覆核被制度性移除，使原本應由公務員行使的裁量權威實質讓渡給自動化比對邏輯，而當爭議與傷亡發生後，責任歸屬長期處於模糊狀態，直至皇家調查委員會介入才逐步</w:t>
      </w:r>
      <w:proofErr w:type="gramStart"/>
      <w:r>
        <w:rPr>
          <w:lang w:eastAsia="zh-TW"/>
        </w:rPr>
        <w:t>釐</w:t>
      </w:r>
      <w:proofErr w:type="gramEnd"/>
      <w:r>
        <w:rPr>
          <w:lang w:eastAsia="zh-TW"/>
        </w:rPr>
        <w:lastRenderedPageBreak/>
        <w:t>清政治與行政責任，對應「自由裁量邊界」與「責任歸因」審計項目之缺位。在</w:t>
      </w:r>
      <w:r>
        <w:rPr>
          <w:lang w:eastAsia="zh-TW"/>
        </w:rPr>
        <w:t xml:space="preserve"> </w:t>
      </w:r>
      <w:proofErr w:type="spellStart"/>
      <w:r>
        <w:rPr>
          <w:lang w:eastAsia="zh-TW"/>
        </w:rPr>
        <w:t>PredPol</w:t>
      </w:r>
      <w:proofErr w:type="spellEnd"/>
      <w:r>
        <w:rPr>
          <w:lang w:eastAsia="zh-TW"/>
        </w:rPr>
        <w:t xml:space="preserve"> </w:t>
      </w:r>
      <w:r>
        <w:rPr>
          <w:lang w:eastAsia="zh-TW"/>
        </w:rPr>
        <w:t>案中，斷裂則體現於「情境</w:t>
      </w:r>
      <w:proofErr w:type="gramStart"/>
      <w:r>
        <w:rPr>
          <w:lang w:eastAsia="zh-TW"/>
        </w:rPr>
        <w:t>－建構鏈</w:t>
      </w:r>
      <w:proofErr w:type="gramEnd"/>
      <w:r>
        <w:rPr>
          <w:lang w:eastAsia="zh-TW"/>
        </w:rPr>
        <w:t>」的源頭：訓練資料本身即帶有歷史</w:t>
      </w:r>
      <w:proofErr w:type="gramStart"/>
      <w:r>
        <w:rPr>
          <w:lang w:eastAsia="zh-TW"/>
        </w:rPr>
        <w:t>執法偏誤</w:t>
      </w:r>
      <w:proofErr w:type="gramEnd"/>
      <w:r>
        <w:rPr>
          <w:lang w:eastAsia="zh-TW"/>
        </w:rPr>
        <w:t>，使「風險預測」實質上等同於「既有巡邏模式的自我複製」，對應「資料代表性」與「</w:t>
      </w:r>
      <w:proofErr w:type="gramStart"/>
      <w:r>
        <w:rPr>
          <w:lang w:eastAsia="zh-TW"/>
        </w:rPr>
        <w:t>民主課</w:t>
      </w:r>
      <w:proofErr w:type="gramEnd"/>
      <w:r>
        <w:rPr>
          <w:lang w:eastAsia="zh-TW"/>
        </w:rPr>
        <w:t>責」（社區缺乏參與模型設計與監督之管道）審計項目之不足。</w:t>
      </w:r>
    </w:p>
    <w:p w:rsidR="002120FC" w:rsidRDefault="0054408C">
      <w:pPr>
        <w:pStyle w:val="Heading2"/>
        <w:rPr>
          <w:lang w:eastAsia="zh-TW"/>
        </w:rPr>
      </w:pPr>
      <w:r>
        <w:rPr>
          <w:lang w:eastAsia="zh-TW"/>
        </w:rPr>
        <w:t>第三節　跨案例比較與後設異常判斷</w:t>
      </w:r>
    </w:p>
    <w:p w:rsidR="002120FC" w:rsidRDefault="0054408C">
      <w:pPr>
        <w:rPr>
          <w:lang w:eastAsia="zh-TW"/>
        </w:rPr>
      </w:pPr>
      <w:r>
        <w:rPr>
          <w:lang w:eastAsia="zh-TW"/>
        </w:rPr>
        <w:t>比較</w:t>
      </w:r>
      <w:proofErr w:type="gramStart"/>
      <w:r>
        <w:rPr>
          <w:lang w:eastAsia="zh-TW"/>
        </w:rPr>
        <w:t>三</w:t>
      </w:r>
      <w:proofErr w:type="gramEnd"/>
      <w:r>
        <w:rPr>
          <w:lang w:eastAsia="zh-TW"/>
        </w:rPr>
        <w:t>案例可發現一項共同模式：凡是「移除或弱化人工覆核以追求效率」之座標（如</w:t>
      </w:r>
      <w:r>
        <w:rPr>
          <w:lang w:eastAsia="zh-TW"/>
        </w:rPr>
        <w:t xml:space="preserve"> </w:t>
      </w:r>
      <w:proofErr w:type="spellStart"/>
      <w:r>
        <w:rPr>
          <w:lang w:eastAsia="zh-TW"/>
        </w:rPr>
        <w:t>Robodebt</w:t>
      </w:r>
      <w:proofErr w:type="spellEnd"/>
      <w:r>
        <w:rPr>
          <w:lang w:eastAsia="zh-TW"/>
        </w:rPr>
        <w:t xml:space="preserve"> </w:t>
      </w:r>
      <w:r>
        <w:rPr>
          <w:lang w:eastAsia="zh-TW"/>
        </w:rPr>
        <w:t>之管理運作座標、</w:t>
      </w:r>
      <w:proofErr w:type="spellStart"/>
      <w:r>
        <w:rPr>
          <w:lang w:eastAsia="zh-TW"/>
        </w:rPr>
        <w:t>SyRI</w:t>
      </w:r>
      <w:proofErr w:type="spellEnd"/>
      <w:r>
        <w:rPr>
          <w:lang w:eastAsia="zh-TW"/>
        </w:rPr>
        <w:t xml:space="preserve"> </w:t>
      </w:r>
      <w:r>
        <w:rPr>
          <w:lang w:eastAsia="zh-TW"/>
        </w:rPr>
        <w:t>之決策制定座標），最終引發之危害對當事人最為直接且嚴重，顯示效率導向的自動化若未搭配對等強化的理由鏈與責任鏈設計，將是治理斷裂風險最高的環節，此與本文第四章「</w:t>
      </w:r>
      <w:r>
        <w:rPr>
          <w:lang w:eastAsia="zh-TW"/>
        </w:rPr>
        <w:t xml:space="preserve">KPI </w:t>
      </w:r>
      <w:r>
        <w:rPr>
          <w:lang w:eastAsia="zh-TW"/>
        </w:rPr>
        <w:t>不應僅追求處理效能」之論點相互呼應。</w:t>
      </w:r>
      <w:proofErr w:type="gramStart"/>
      <w:r>
        <w:rPr>
          <w:lang w:eastAsia="zh-TW"/>
        </w:rPr>
        <w:t>其二，</w:t>
      </w:r>
      <w:proofErr w:type="gramEnd"/>
      <w:r>
        <w:rPr>
          <w:lang w:eastAsia="zh-TW"/>
        </w:rPr>
        <w:t>三案例均涉及「資料代表性」審計之失守，顯示無論政策領域為何，訓練資料與風險模型</w:t>
      </w:r>
      <w:proofErr w:type="gramStart"/>
      <w:r>
        <w:rPr>
          <w:lang w:eastAsia="zh-TW"/>
        </w:rPr>
        <w:t>之偏誤檢</w:t>
      </w:r>
      <w:proofErr w:type="gramEnd"/>
      <w:r>
        <w:rPr>
          <w:lang w:eastAsia="zh-TW"/>
        </w:rPr>
        <w:t>核應列為所有</w:t>
      </w:r>
      <w:r>
        <w:rPr>
          <w:lang w:eastAsia="zh-TW"/>
        </w:rPr>
        <w:t xml:space="preserve"> AI </w:t>
      </w:r>
      <w:r>
        <w:rPr>
          <w:lang w:eastAsia="zh-TW"/>
        </w:rPr>
        <w:t>治理案例之共同必要審計項目，而非依個案性質選擇性執行。其</w:t>
      </w:r>
      <w:proofErr w:type="gramStart"/>
      <w:r>
        <w:rPr>
          <w:lang w:eastAsia="zh-TW"/>
        </w:rPr>
        <w:t>三</w:t>
      </w:r>
      <w:proofErr w:type="gramEnd"/>
      <w:r>
        <w:rPr>
          <w:lang w:eastAsia="zh-TW"/>
        </w:rPr>
        <w:t>，三案例之補救均高度仰賴</w:t>
      </w:r>
      <w:proofErr w:type="gramStart"/>
      <w:r>
        <w:rPr>
          <w:lang w:eastAsia="zh-TW"/>
        </w:rPr>
        <w:t>外部課</w:t>
      </w:r>
      <w:proofErr w:type="gramEnd"/>
      <w:r>
        <w:rPr>
          <w:lang w:eastAsia="zh-TW"/>
        </w:rPr>
        <w:t>責機制（法院、皇家調查委員會、地方立法）而非機關內部自我糾正，反映「</w:t>
      </w:r>
      <w:proofErr w:type="gramStart"/>
      <w:r>
        <w:rPr>
          <w:lang w:eastAsia="zh-TW"/>
        </w:rPr>
        <w:t>民主課</w:t>
      </w:r>
      <w:proofErr w:type="gramEnd"/>
      <w:r>
        <w:rPr>
          <w:lang w:eastAsia="zh-TW"/>
        </w:rPr>
        <w:t>責」審計項目若僅依賴行政機關自律，恐難以及時發現斷裂，此一發現支持本文第六章所提出、納入外部第三方檢核之政策建議。</w:t>
      </w:r>
    </w:p>
    <w:p w:rsidR="002120FC" w:rsidRDefault="0054408C">
      <w:pPr>
        <w:pStyle w:val="Heading1"/>
        <w:rPr>
          <w:lang w:eastAsia="zh-TW"/>
        </w:rPr>
      </w:pPr>
      <w:r>
        <w:rPr>
          <w:lang w:eastAsia="zh-TW"/>
        </w:rPr>
        <w:t>第六章　結論與建議</w:t>
      </w:r>
    </w:p>
    <w:p w:rsidR="002120FC" w:rsidRDefault="0054408C">
      <w:pPr>
        <w:pStyle w:val="Heading2"/>
        <w:rPr>
          <w:lang w:eastAsia="zh-TW"/>
        </w:rPr>
      </w:pPr>
      <w:r>
        <w:rPr>
          <w:lang w:eastAsia="zh-TW"/>
        </w:rPr>
        <w:t>第一節　研究發現與理論對話</w:t>
      </w:r>
    </w:p>
    <w:p w:rsidR="002120FC" w:rsidRDefault="0054408C">
      <w:pPr>
        <w:rPr>
          <w:lang w:eastAsia="zh-TW"/>
        </w:rPr>
      </w:pPr>
      <w:r>
        <w:rPr>
          <w:lang w:eastAsia="zh-TW"/>
        </w:rPr>
        <w:t>本文透過</w:t>
      </w:r>
      <w:r>
        <w:rPr>
          <w:lang w:eastAsia="zh-TW"/>
        </w:rPr>
        <w:t xml:space="preserve"> 25-3-3-4-7 </w:t>
      </w:r>
      <w:r>
        <w:rPr>
          <w:lang w:eastAsia="zh-TW"/>
        </w:rPr>
        <w:t>架構之操作化分析，並輔以荷蘭</w:t>
      </w:r>
      <w:r>
        <w:rPr>
          <w:lang w:eastAsia="zh-TW"/>
        </w:rPr>
        <w:t xml:space="preserve"> </w:t>
      </w:r>
      <w:proofErr w:type="spellStart"/>
      <w:r>
        <w:rPr>
          <w:lang w:eastAsia="zh-TW"/>
        </w:rPr>
        <w:t>SyRI</w:t>
      </w:r>
      <w:proofErr w:type="spellEnd"/>
      <w:r>
        <w:rPr>
          <w:lang w:eastAsia="zh-TW"/>
        </w:rPr>
        <w:t>、澳洲</w:t>
      </w:r>
      <w:r>
        <w:rPr>
          <w:lang w:eastAsia="zh-TW"/>
        </w:rPr>
        <w:t xml:space="preserve"> </w:t>
      </w:r>
      <w:proofErr w:type="spellStart"/>
      <w:r>
        <w:rPr>
          <w:lang w:eastAsia="zh-TW"/>
        </w:rPr>
        <w:t>Robodebt</w:t>
      </w:r>
      <w:proofErr w:type="spellEnd"/>
      <w:r>
        <w:rPr>
          <w:lang w:eastAsia="zh-TW"/>
        </w:rPr>
        <w:t xml:space="preserve"> </w:t>
      </w:r>
      <w:r>
        <w:rPr>
          <w:lang w:eastAsia="zh-TW"/>
        </w:rPr>
        <w:t>與美國</w:t>
      </w:r>
      <w:r>
        <w:rPr>
          <w:lang w:eastAsia="zh-TW"/>
        </w:rPr>
        <w:t xml:space="preserve"> </w:t>
      </w:r>
      <w:proofErr w:type="spellStart"/>
      <w:r>
        <w:rPr>
          <w:lang w:eastAsia="zh-TW"/>
        </w:rPr>
        <w:t>PredPol</w:t>
      </w:r>
      <w:proofErr w:type="spellEnd"/>
      <w:r>
        <w:rPr>
          <w:lang w:eastAsia="zh-TW"/>
        </w:rPr>
        <w:t xml:space="preserve"> </w:t>
      </w:r>
      <w:r>
        <w:rPr>
          <w:lang w:eastAsia="zh-TW"/>
        </w:rPr>
        <w:t>三個真實案例之壓力測試，發現</w:t>
      </w:r>
      <w:r>
        <w:rPr>
          <w:lang w:eastAsia="zh-TW"/>
        </w:rPr>
        <w:t xml:space="preserve"> AI </w:t>
      </w:r>
      <w:r>
        <w:rPr>
          <w:lang w:eastAsia="zh-TW"/>
        </w:rPr>
        <w:t>嵌入公共行政並非單純的技術升級，而是對韋伯官僚制、</w:t>
      </w:r>
      <w:r>
        <w:rPr>
          <w:lang w:eastAsia="zh-TW"/>
        </w:rPr>
        <w:t xml:space="preserve">NPM </w:t>
      </w:r>
      <w:r>
        <w:rPr>
          <w:lang w:eastAsia="zh-TW"/>
        </w:rPr>
        <w:t>與網絡治理理論所預設之「人類中心決策」假設的一次結構性壓力測試，且此壓力測試已在真實世界中造成可觀察、可追溯的治理失靈後果。傳統理論並未因此全面失效，但其部分機制（如逐級溝通、產出型</w:t>
      </w:r>
      <w:r>
        <w:rPr>
          <w:lang w:eastAsia="zh-TW"/>
        </w:rPr>
        <w:t xml:space="preserve"> KPI</w:t>
      </w:r>
      <w:r>
        <w:rPr>
          <w:lang w:eastAsia="zh-TW"/>
        </w:rPr>
        <w:t>、人工覆核之默示存在）在缺乏配套設計的情況下，確實於權威鏈、理由鏈與責任鏈上出現斷裂。本文所提出之「治理審計導向</w:t>
      </w:r>
      <w:r>
        <w:rPr>
          <w:lang w:eastAsia="zh-TW"/>
        </w:rPr>
        <w:t xml:space="preserve"> KPI</w:t>
      </w:r>
      <w:r>
        <w:rPr>
          <w:lang w:eastAsia="zh-TW"/>
        </w:rPr>
        <w:t>」、「雙軌文官」與「責任避險防範機制」，可視為對既有理論（包括</w:t>
      </w:r>
      <w:r>
        <w:rPr>
          <w:lang w:eastAsia="zh-TW"/>
        </w:rPr>
        <w:t xml:space="preserve"> </w:t>
      </w:r>
      <w:proofErr w:type="spellStart"/>
      <w:r>
        <w:rPr>
          <w:lang w:eastAsia="zh-TW"/>
        </w:rPr>
        <w:t>Bovens</w:t>
      </w:r>
      <w:proofErr w:type="spellEnd"/>
      <w:r>
        <w:rPr>
          <w:lang w:eastAsia="zh-TW"/>
        </w:rPr>
        <w:t xml:space="preserve"> </w:t>
      </w:r>
      <w:r>
        <w:rPr>
          <w:lang w:eastAsia="zh-TW"/>
        </w:rPr>
        <w:t>與</w:t>
      </w:r>
      <w:r>
        <w:rPr>
          <w:lang w:eastAsia="zh-TW"/>
        </w:rPr>
        <w:t xml:space="preserve"> </w:t>
      </w:r>
      <w:proofErr w:type="spellStart"/>
      <w:r>
        <w:rPr>
          <w:lang w:eastAsia="zh-TW"/>
        </w:rPr>
        <w:t>Zouridis</w:t>
      </w:r>
      <w:proofErr w:type="spellEnd"/>
      <w:r>
        <w:rPr>
          <w:lang w:eastAsia="zh-TW"/>
        </w:rPr>
        <w:t xml:space="preserve"> </w:t>
      </w:r>
      <w:r>
        <w:rPr>
          <w:lang w:eastAsia="zh-TW"/>
        </w:rPr>
        <w:t>之系統層級官僚論、</w:t>
      </w:r>
      <w:r>
        <w:rPr>
          <w:lang w:eastAsia="zh-TW"/>
        </w:rPr>
        <w:t xml:space="preserve">Bullock </w:t>
      </w:r>
      <w:r>
        <w:rPr>
          <w:lang w:eastAsia="zh-TW"/>
        </w:rPr>
        <w:t>等人之演算法裁量論）之延伸而非取代，嘗試在</w:t>
      </w:r>
      <w:proofErr w:type="gramStart"/>
      <w:r>
        <w:rPr>
          <w:lang w:eastAsia="zh-TW"/>
        </w:rPr>
        <w:t>維持課責與</w:t>
      </w:r>
      <w:proofErr w:type="gramEnd"/>
      <w:r>
        <w:rPr>
          <w:lang w:eastAsia="zh-TW"/>
        </w:rPr>
        <w:t>程序正義的前提下，容納</w:t>
      </w:r>
      <w:r>
        <w:rPr>
          <w:lang w:eastAsia="zh-TW"/>
        </w:rPr>
        <w:t xml:space="preserve"> AI </w:t>
      </w:r>
      <w:r>
        <w:rPr>
          <w:lang w:eastAsia="zh-TW"/>
        </w:rPr>
        <w:t>所帶來的效能提升。</w:t>
      </w:r>
    </w:p>
    <w:p w:rsidR="002120FC" w:rsidRDefault="0054408C">
      <w:pPr>
        <w:pStyle w:val="Heading2"/>
        <w:rPr>
          <w:lang w:eastAsia="zh-TW"/>
        </w:rPr>
      </w:pPr>
      <w:r>
        <w:rPr>
          <w:lang w:eastAsia="zh-TW"/>
        </w:rPr>
        <w:t>第二節　政府官僚組織變革的路徑藍圖</w:t>
      </w:r>
    </w:p>
    <w:p w:rsidR="002120FC" w:rsidRDefault="0054408C">
      <w:pPr>
        <w:pStyle w:val="ListParagraph"/>
        <w:rPr>
          <w:lang w:eastAsia="zh-TW"/>
        </w:rPr>
      </w:pPr>
      <w:r>
        <w:rPr>
          <w:lang w:eastAsia="zh-TW"/>
        </w:rPr>
        <w:t>短期：建立裁量記錄與理由說明之標準作業程序，強化理由鏈之可追溯性；並以「職務加給」等現行法制彈性空間，優先留任具備演算法審核能力之人才。</w:t>
      </w:r>
    </w:p>
    <w:p w:rsidR="002120FC" w:rsidRDefault="0054408C">
      <w:pPr>
        <w:pStyle w:val="ListParagraph"/>
        <w:rPr>
          <w:lang w:eastAsia="zh-TW"/>
        </w:rPr>
      </w:pPr>
      <w:r>
        <w:rPr>
          <w:lang w:eastAsia="zh-TW"/>
        </w:rPr>
        <w:t>短期：於特定高風險政策領域（如福利資格認定、預測性執法）試辦「法規</w:t>
      </w:r>
      <w:proofErr w:type="gramStart"/>
      <w:r>
        <w:rPr>
          <w:lang w:eastAsia="zh-TW"/>
        </w:rPr>
        <w:t>彈性沙盒</w:t>
      </w:r>
      <w:proofErr w:type="gramEnd"/>
      <w:r>
        <w:rPr>
          <w:lang w:eastAsia="zh-TW"/>
        </w:rPr>
        <w:t>（</w:t>
      </w:r>
      <w:r>
        <w:rPr>
          <w:lang w:eastAsia="zh-TW"/>
        </w:rPr>
        <w:t>Regulatory Sandbox</w:t>
      </w:r>
      <w:r>
        <w:rPr>
          <w:lang w:eastAsia="zh-TW"/>
        </w:rPr>
        <w:t>）」，容許在有限範圍、有限期限內測試新型治理審計指標與人機協作流程，並</w:t>
      </w:r>
      <w:proofErr w:type="gramStart"/>
      <w:r>
        <w:rPr>
          <w:lang w:eastAsia="zh-TW"/>
        </w:rPr>
        <w:t>於沙盒</w:t>
      </w:r>
      <w:proofErr w:type="gramEnd"/>
      <w:r>
        <w:rPr>
          <w:lang w:eastAsia="zh-TW"/>
        </w:rPr>
        <w:t>內強制納入外部觀察與定期公開報告機制，作為修法前之實證基礎。</w:t>
      </w:r>
    </w:p>
    <w:p w:rsidR="002120FC" w:rsidRDefault="0054408C">
      <w:pPr>
        <w:pStyle w:val="ListParagraph"/>
        <w:rPr>
          <w:lang w:eastAsia="zh-TW"/>
        </w:rPr>
      </w:pPr>
      <w:r>
        <w:rPr>
          <w:lang w:eastAsia="zh-TW"/>
        </w:rPr>
        <w:lastRenderedPageBreak/>
        <w:t>中期：將七項治理審計指標納入現行考績與績效管理制度，逐步取代單一產出型指標，並以「跨機關數位人才借調」與「專案職務」作為薪酬過渡機制。</w:t>
      </w:r>
    </w:p>
    <w:p w:rsidR="002120FC" w:rsidRDefault="0054408C">
      <w:pPr>
        <w:pStyle w:val="ListParagraph"/>
        <w:rPr>
          <w:lang w:eastAsia="zh-TW"/>
        </w:rPr>
      </w:pPr>
      <w:r>
        <w:rPr>
          <w:lang w:eastAsia="zh-TW"/>
        </w:rPr>
        <w:t>長期：於俸給法或專項法規中正式增訂數位治理相關加給，建立跨機關資料治理協定明確化模型層與應用層之責任分擔，並將組織能力審計結果制度化納入預算編列程序，同時強化</w:t>
      </w:r>
      <w:proofErr w:type="gramStart"/>
      <w:r>
        <w:rPr>
          <w:lang w:eastAsia="zh-TW"/>
        </w:rPr>
        <w:t>外部（</w:t>
      </w:r>
      <w:proofErr w:type="gramEnd"/>
      <w:r>
        <w:rPr>
          <w:lang w:eastAsia="zh-TW"/>
        </w:rPr>
        <w:t>立法、司法、獨立監督機構）</w:t>
      </w:r>
      <w:proofErr w:type="gramStart"/>
      <w:r>
        <w:rPr>
          <w:lang w:eastAsia="zh-TW"/>
        </w:rPr>
        <w:t>課責管</w:t>
      </w:r>
      <w:proofErr w:type="gramEnd"/>
      <w:r>
        <w:rPr>
          <w:lang w:eastAsia="zh-TW"/>
        </w:rPr>
        <w:t>道，</w:t>
      </w:r>
      <w:proofErr w:type="gramStart"/>
      <w:r>
        <w:rPr>
          <w:lang w:eastAsia="zh-TW"/>
        </w:rPr>
        <w:t>避免課責完</w:t>
      </w:r>
      <w:proofErr w:type="gramEnd"/>
      <w:r>
        <w:rPr>
          <w:lang w:eastAsia="zh-TW"/>
        </w:rPr>
        <w:t>全仰賴機關內部自律。</w:t>
      </w:r>
    </w:p>
    <w:p w:rsidR="002120FC" w:rsidRDefault="0054408C">
      <w:pPr>
        <w:pStyle w:val="Heading2"/>
        <w:rPr>
          <w:lang w:eastAsia="zh-TW"/>
        </w:rPr>
      </w:pPr>
      <w:r>
        <w:rPr>
          <w:lang w:eastAsia="zh-TW"/>
        </w:rPr>
        <w:t>第三節　變革策略之選擇：</w:t>
      </w:r>
      <w:r>
        <w:rPr>
          <w:lang w:eastAsia="zh-TW"/>
        </w:rPr>
        <w:t xml:space="preserve">Dunphy </w:t>
      </w:r>
      <w:r>
        <w:rPr>
          <w:lang w:eastAsia="zh-TW"/>
        </w:rPr>
        <w:t>與</w:t>
      </w:r>
      <w:r>
        <w:rPr>
          <w:lang w:eastAsia="zh-TW"/>
        </w:rPr>
        <w:t xml:space="preserve"> Stace </w:t>
      </w:r>
      <w:r>
        <w:rPr>
          <w:lang w:eastAsia="zh-TW"/>
        </w:rPr>
        <w:t>變革矩陣的應用</w:t>
      </w:r>
    </w:p>
    <w:p w:rsidR="002120FC" w:rsidRDefault="0054408C">
      <w:pPr>
        <w:rPr>
          <w:lang w:eastAsia="zh-TW"/>
        </w:rPr>
      </w:pPr>
      <w:r>
        <w:rPr>
          <w:lang w:eastAsia="zh-TW"/>
        </w:rPr>
        <w:t>上述路徑藍圖雖已依時程區分短、中、長期，但尚未回答一個關鍵的執行問題：各階段應採取何種「變革風格」推動？組織變革理論提出之變革策略矩陣，以「合作式對強制式」與「漸進式對轉型式」兩軸，劃分出四種變革策略：（一）參與式演進</w:t>
      </w:r>
      <w:proofErr w:type="gramStart"/>
      <w:r>
        <w:rPr>
          <w:lang w:eastAsia="zh-TW"/>
        </w:rPr>
        <w:t>—</w:t>
      </w:r>
      <w:proofErr w:type="gramEnd"/>
      <w:r>
        <w:rPr>
          <w:lang w:eastAsia="zh-TW"/>
        </w:rPr>
        <w:t>—</w:t>
      </w:r>
      <w:r>
        <w:rPr>
          <w:lang w:eastAsia="zh-TW"/>
        </w:rPr>
        <w:t>適用於組織與環境配合良好、僅需些微調整，或雖不配合但時間充裕且內部關鍵成員支持變革；（二）魅力式轉型</w:t>
      </w:r>
      <w:proofErr w:type="gramStart"/>
      <w:r>
        <w:rPr>
          <w:lang w:eastAsia="zh-TW"/>
        </w:rPr>
        <w:t>—</w:t>
      </w:r>
      <w:proofErr w:type="gramEnd"/>
      <w:r>
        <w:rPr>
          <w:lang w:eastAsia="zh-TW"/>
        </w:rPr>
        <w:t>—</w:t>
      </w:r>
      <w:r>
        <w:rPr>
          <w:lang w:eastAsia="zh-TW"/>
        </w:rPr>
        <w:t>適用於組織急需因應環境變化、時間有限而無法讓眾人充分參與，但內部仍普遍支持大規模變革；（三）強迫式演進</w:t>
      </w:r>
      <w:proofErr w:type="gramStart"/>
      <w:r>
        <w:rPr>
          <w:lang w:eastAsia="zh-TW"/>
        </w:rPr>
        <w:t>—</w:t>
      </w:r>
      <w:proofErr w:type="gramEnd"/>
      <w:r>
        <w:rPr>
          <w:lang w:eastAsia="zh-TW"/>
        </w:rPr>
        <w:t>—</w:t>
      </w:r>
      <w:r>
        <w:rPr>
          <w:lang w:eastAsia="zh-TW"/>
        </w:rPr>
        <w:t>適用於組織與環境配合良好、僅需些微調整，但關鍵成員反對變革，須以強制方式推動微幅調整；（四）獨裁式轉型</w:t>
      </w:r>
      <w:proofErr w:type="gramStart"/>
      <w:r>
        <w:rPr>
          <w:lang w:eastAsia="zh-TW"/>
        </w:rPr>
        <w:t>—</w:t>
      </w:r>
      <w:proofErr w:type="gramEnd"/>
      <w:r>
        <w:rPr>
          <w:lang w:eastAsia="zh-TW"/>
        </w:rPr>
        <w:t>—</w:t>
      </w:r>
      <w:r>
        <w:rPr>
          <w:lang w:eastAsia="zh-TW"/>
        </w:rPr>
        <w:t>適用於組織存亡繫於大規模變革、時間緊迫，且內部對變革普遍不支持之最嚴峻情境。</w:t>
      </w:r>
    </w:p>
    <w:p w:rsidR="002120FC" w:rsidRDefault="0054408C">
      <w:pPr>
        <w:rPr>
          <w:lang w:eastAsia="zh-TW"/>
        </w:rPr>
      </w:pPr>
      <w:r>
        <w:rPr>
          <w:lang w:eastAsia="zh-TW"/>
        </w:rPr>
        <w:t>將此矩陣套用於本文路徑藍圖，可對各階段之變革風格提出更精確的定位建議：短期措施（標準作業程序、職務加給、法規沙盒）屬於組織與環境尚可配合、僅需局部調整之情境，且多數第一線公務員對「保留人工覆核、降低個人責任風險」之措施普遍歡迎，故應採取「參與式演進」風格，透過工作坊、試辦小組等方式讓基層人員參與設計，而非自上而下強制推行，以降低第一節所述之「保留面子」與「恐懼未知」阻力。中期措施（</w:t>
      </w:r>
      <w:r>
        <w:rPr>
          <w:lang w:eastAsia="zh-TW"/>
        </w:rPr>
        <w:t xml:space="preserve">KPI </w:t>
      </w:r>
      <w:r>
        <w:rPr>
          <w:lang w:eastAsia="zh-TW"/>
        </w:rPr>
        <w:t>重構、考績制度調整）因涉及既有考核習慣之打破，可能遭遇部分中階主管抵制，但因尚有時間醞釀共識，仍建議優先嘗試「參與式演進」，僅在特定機關遭遇頑固抵制時，方考慮以「強迫式演進」搭配明確之上級指示推動。長期措施（修法增訂加給、建立跨機關責任協定）因涉及法制根本調整、耗時較長，若遭遇之抵制風險不高，仍以「參與式演進」搭配跨機關協商為宜；惟若特定政策領域（如已發生類似</w:t>
      </w:r>
      <w:r>
        <w:rPr>
          <w:lang w:eastAsia="zh-TW"/>
        </w:rPr>
        <w:t xml:space="preserve"> </w:t>
      </w:r>
      <w:proofErr w:type="spellStart"/>
      <w:r>
        <w:rPr>
          <w:lang w:eastAsia="zh-TW"/>
        </w:rPr>
        <w:t>Robodebt</w:t>
      </w:r>
      <w:proofErr w:type="spellEnd"/>
      <w:r>
        <w:rPr>
          <w:lang w:eastAsia="zh-TW"/>
        </w:rPr>
        <w:t xml:space="preserve"> </w:t>
      </w:r>
      <w:r>
        <w:rPr>
          <w:lang w:eastAsia="zh-TW"/>
        </w:rPr>
        <w:t>級重大治理事故）出現組織存續壓力且時間緊迫，則不排除須採取「魅力式轉型」，藉由高層明確之改革承諾在有限時間內推動大規模重整。本文特別提醒，「獨裁式轉型」風格因缺乏參與過程，即便短期內看似能快速完成變革，亦最可能重現</w:t>
      </w:r>
      <w:r>
        <w:rPr>
          <w:lang w:eastAsia="zh-TW"/>
        </w:rPr>
        <w:t xml:space="preserve"> </w:t>
      </w:r>
      <w:proofErr w:type="spellStart"/>
      <w:r>
        <w:rPr>
          <w:lang w:eastAsia="zh-TW"/>
        </w:rPr>
        <w:t>Robodebt</w:t>
      </w:r>
      <w:proofErr w:type="spellEnd"/>
      <w:r>
        <w:rPr>
          <w:lang w:eastAsia="zh-TW"/>
        </w:rPr>
        <w:t xml:space="preserve"> </w:t>
      </w:r>
      <w:r>
        <w:rPr>
          <w:lang w:eastAsia="zh-TW"/>
        </w:rPr>
        <w:t>案「移除人工覆核以追求效率」之覆轍，故除非機關存續面臨立即危機，否則不建議作為</w:t>
      </w:r>
      <w:r>
        <w:rPr>
          <w:lang w:eastAsia="zh-TW"/>
        </w:rPr>
        <w:t xml:space="preserve"> AI </w:t>
      </w:r>
      <w:r>
        <w:rPr>
          <w:lang w:eastAsia="zh-TW"/>
        </w:rPr>
        <w:t>治理變革之主要策略選項。</w:t>
      </w:r>
    </w:p>
    <w:p w:rsidR="002120FC" w:rsidRDefault="0054408C">
      <w:pPr>
        <w:jc w:val="center"/>
      </w:pPr>
      <w:r>
        <w:t>圖</w:t>
      </w:r>
      <w:r>
        <w:t xml:space="preserve"> 6-1 / Figure 6-1 Dunphy &amp; Stace </w:t>
      </w:r>
      <w:r>
        <w:t>變革策略矩陣與</w:t>
      </w:r>
      <w:r>
        <w:t xml:space="preserve"> AI</w:t>
      </w:r>
      <w:r>
        <w:t>鑲嵌式公共行政轉型路徑之對應</w:t>
      </w:r>
      <w:r>
        <w:t xml:space="preserve"> / Dunphy &amp; Stace Change Strategy Matrix Applied to AI-Embedded PA Roadmap (</w:t>
      </w:r>
      <w:r>
        <w:t>參與式演進為主，審慎避免獨裁式轉型</w:t>
      </w:r>
      <w:r>
        <w:t>)</w:t>
      </w:r>
    </w:p>
    <w:p w:rsidR="0054408C" w:rsidRDefault="0054408C">
      <w:pPr>
        <w:jc w:val="center"/>
      </w:pPr>
      <w:r>
        <w:rPr>
          <w:noProof/>
        </w:rPr>
        <w:lastRenderedPageBreak/>
        <w:drawing>
          <wp:inline distT="0" distB="0" distL="0" distR="0" wp14:anchorId="7791AEDA" wp14:editId="2AEDDC61">
            <wp:extent cx="5486400" cy="365760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6-1_Dunphy_Stace_Matrix_Final.png"/>
                    <pic:cNvPicPr/>
                  </pic:nvPicPr>
                  <pic:blipFill>
                    <a:blip r:embed="rId17"/>
                    <a:stretch>
                      <a:fillRect/>
                    </a:stretch>
                  </pic:blipFill>
                  <pic:spPr>
                    <a:xfrm>
                      <a:off x="0" y="0"/>
                      <a:ext cx="5486400" cy="3657600"/>
                    </a:xfrm>
                    <a:prstGeom prst="rect">
                      <a:avLst/>
                    </a:prstGeom>
                  </pic:spPr>
                </pic:pic>
              </a:graphicData>
            </a:graphic>
          </wp:inline>
        </w:drawing>
      </w:r>
    </w:p>
    <w:p w:rsidR="002120FC" w:rsidRDefault="0054408C">
      <w:pPr>
        <w:pStyle w:val="Heading2"/>
        <w:rPr>
          <w:lang w:eastAsia="zh-TW"/>
        </w:rPr>
      </w:pPr>
      <w:r>
        <w:rPr>
          <w:lang w:eastAsia="zh-TW"/>
        </w:rPr>
        <w:t>第四節　研究限制與未來研究建議</w:t>
      </w:r>
    </w:p>
    <w:p w:rsidR="002120FC" w:rsidRDefault="0054408C">
      <w:pPr>
        <w:rPr>
          <w:lang w:eastAsia="zh-TW"/>
        </w:rPr>
      </w:pPr>
      <w:r>
        <w:rPr>
          <w:lang w:eastAsia="zh-TW"/>
        </w:rPr>
        <w:t>本研究之限制主要有</w:t>
      </w:r>
      <w:proofErr w:type="gramStart"/>
      <w:r>
        <w:rPr>
          <w:lang w:eastAsia="zh-TW"/>
        </w:rPr>
        <w:t>三</w:t>
      </w:r>
      <w:proofErr w:type="gramEnd"/>
      <w:r>
        <w:rPr>
          <w:lang w:eastAsia="zh-TW"/>
        </w:rPr>
        <w:t>：</w:t>
      </w:r>
      <w:proofErr w:type="gramStart"/>
      <w:r>
        <w:rPr>
          <w:lang w:eastAsia="zh-TW"/>
        </w:rPr>
        <w:t>其一，</w:t>
      </w:r>
      <w:proofErr w:type="gramEnd"/>
      <w:r>
        <w:rPr>
          <w:lang w:eastAsia="zh-TW"/>
        </w:rPr>
        <w:t>第五章雖已改採真實案例，但三案例均源自英語系國家之公開調查與司法文件，後續研究可補充非英語系國家（如我國、日、韓）之本土案例，以檢驗架構之跨文化適用性；</w:t>
      </w:r>
      <w:proofErr w:type="gramStart"/>
      <w:r>
        <w:rPr>
          <w:lang w:eastAsia="zh-TW"/>
        </w:rPr>
        <w:t>其二，</w:t>
      </w:r>
      <w:proofErr w:type="gramEnd"/>
      <w:r>
        <w:rPr>
          <w:lang w:eastAsia="zh-TW"/>
        </w:rPr>
        <w:t>本文對薪酬制度之討論雖已補充法制過渡方案，但仍屬方向性建議，具體加給額度、考績權重設計須留待後續結合實證薪酬資料與人事主管機關訪談之研究進一步發展；其</w:t>
      </w:r>
      <w:proofErr w:type="gramStart"/>
      <w:r>
        <w:rPr>
          <w:lang w:eastAsia="zh-TW"/>
        </w:rPr>
        <w:t>三</w:t>
      </w:r>
      <w:proofErr w:type="gramEnd"/>
      <w:r>
        <w:rPr>
          <w:lang w:eastAsia="zh-TW"/>
        </w:rPr>
        <w:t>，責任避險</w:t>
      </w:r>
      <w:proofErr w:type="gramStart"/>
      <w:r>
        <w:rPr>
          <w:lang w:eastAsia="zh-TW"/>
        </w:rPr>
        <w:t>與甩鍋現</w:t>
      </w:r>
      <w:proofErr w:type="gramEnd"/>
      <w:r>
        <w:rPr>
          <w:lang w:eastAsia="zh-TW"/>
        </w:rPr>
        <w:t>象之防範機制目前多屬理論推論，缺乏行為實驗或現場觀察資料之直接驗證。未來研究可朝跨國比較、量化模型建構（如以問卷或行政資料檢驗七項治理審計指標與員工績效之關係），以及針對責任避險行為之實驗設計等方向延伸，以持續充實</w:t>
      </w:r>
      <w:r>
        <w:rPr>
          <w:lang w:eastAsia="zh-TW"/>
        </w:rPr>
        <w:t xml:space="preserve"> AEPA </w:t>
      </w:r>
      <w:r>
        <w:rPr>
          <w:lang w:eastAsia="zh-TW"/>
        </w:rPr>
        <w:t>模型之理論與實務貢獻。</w:t>
      </w:r>
    </w:p>
    <w:p w:rsidR="002120FC" w:rsidRDefault="002120FC">
      <w:pPr>
        <w:rPr>
          <w:lang w:eastAsia="zh-TW"/>
        </w:rPr>
      </w:pPr>
    </w:p>
    <w:p w:rsidR="002120FC" w:rsidRDefault="0054408C">
      <w:pPr>
        <w:pStyle w:val="Heading1"/>
      </w:pPr>
      <w:proofErr w:type="spellStart"/>
      <w:r>
        <w:t>參考文獻</w:t>
      </w:r>
      <w:proofErr w:type="spellEnd"/>
    </w:p>
    <w:p w:rsidR="002120FC" w:rsidRDefault="0054408C">
      <w:r>
        <w:t>Weber, M. Economy and Society: An Outline of Interpretive Sociology.</w:t>
      </w:r>
      <w:r>
        <w:t>（韋伯官僚制理論原典）</w:t>
      </w:r>
    </w:p>
    <w:p w:rsidR="002120FC" w:rsidRDefault="0054408C">
      <w:r>
        <w:t>Hood, C. (1991). A Public Management for All Seasons? Public Administration, 69(1), 3–19.</w:t>
      </w:r>
    </w:p>
    <w:p w:rsidR="002120FC" w:rsidRDefault="0054408C">
      <w:r>
        <w:t>Osborne, D., &amp; Gaebler, T. (1992). Reinventing Government: How the Entrepreneurial Spirit is Transforming the Public Sector. Addison-Wesley.</w:t>
      </w:r>
    </w:p>
    <w:p w:rsidR="002120FC" w:rsidRDefault="0054408C">
      <w:r>
        <w:lastRenderedPageBreak/>
        <w:t>Rhodes, R. A. W. (1997). Understanding Governance: Policy Networks, Governance, Reflexivity and Accountability. Open University Press.</w:t>
      </w:r>
    </w:p>
    <w:p w:rsidR="002120FC" w:rsidRDefault="0054408C">
      <w:r>
        <w:t>Daft, R. L. Organization Theory and Design.</w:t>
      </w:r>
      <w:r>
        <w:t>（組織理論、雙核心模式、變革驅動力與變革阻力之經典教科書文獻，本文第二、三章之組織變革理論補充視角改編自本書相關章節）</w:t>
      </w:r>
    </w:p>
    <w:p w:rsidR="002120FC" w:rsidRDefault="0054408C">
      <w:r>
        <w:t>Dunphy, D. C., &amp; Stace, D. A. (1988). Transformational and Coercive Strategies for Planned Organizational Change: Beyond the OD Model. Organization Studies, 9(3), 317–334.</w:t>
      </w:r>
      <w:r>
        <w:t>（本文第六章變革策略矩陣之原始出處）</w:t>
      </w:r>
    </w:p>
    <w:p w:rsidR="002120FC" w:rsidRDefault="0054408C">
      <w:r>
        <w:t>Bovens, M., &amp; Zouridis, S. (2002). From Street-Level to System-Level Bureaucracies: How Information and Communication Technology is Transforming Administrative Discretion and Constitutional Control. Public Administration Review, 62(2), 174–184.</w:t>
      </w:r>
    </w:p>
    <w:p w:rsidR="002120FC" w:rsidRDefault="0054408C">
      <w:r>
        <w:t>Busch, P. A., &amp; Henriksen, H. Z. (2018). Digital Discretion: A Systematic Literature Review of ICT and Street-Level Discretion. Information Polity, 23(1), 3–28.</w:t>
      </w:r>
    </w:p>
    <w:p w:rsidR="002120FC" w:rsidRDefault="0054408C">
      <w:r>
        <w:t>Bullock, J. B. (2019). Artificial Intelligence, Discretion, and Bureaucracy. The American Review of Public Administration, 49(7), 751–761.</w:t>
      </w:r>
    </w:p>
    <w:p w:rsidR="002120FC" w:rsidRDefault="0054408C">
      <w:r>
        <w:t>Young, M. M., Bullock, J. B., &amp; Lecy, J. D. (2019). Artificial Discretion as a Tool of Governance: A Framework for Understanding the Impact of Artificial Intelligence on Public Administration. Perspectives on Public Management and Governance, 2(4), 301–313.</w:t>
      </w:r>
    </w:p>
    <w:p w:rsidR="002120FC" w:rsidRDefault="0054408C">
      <w:r>
        <w:t>Bullock, J. B., Young, M. M., &amp; Wang, Y. F. (2020). Artificial Intelligence, Bureaucratic Form, and Discretion in Public Service. Information Polity, 25(4), 491–506.</w:t>
      </w:r>
    </w:p>
    <w:p w:rsidR="002120FC" w:rsidRDefault="0054408C">
      <w:r>
        <w:t>Royal Commission into the Robodebt Scheme. (2023). Final Report. Commonwealth of Australia.</w:t>
      </w:r>
    </w:p>
    <w:p w:rsidR="002120FC" w:rsidRDefault="0054408C">
      <w:r>
        <w:t>NJCM et al. v The Dutch State (2020). The Hague District Court, ECLI:NL:RBDHA:2020:1878</w:t>
      </w:r>
      <w:r>
        <w:t>（</w:t>
      </w:r>
      <w:r>
        <w:t xml:space="preserve">SyRI </w:t>
      </w:r>
      <w:r>
        <w:t>案判決）。</w:t>
      </w:r>
    </w:p>
    <w:p w:rsidR="002120FC" w:rsidRDefault="0054408C">
      <w:r>
        <w:t>van Bekkum, M., &amp; Zuiderveen Borgesius, F. (2021). Digital Welfare Fraud Detection and the Dutch SyRI Judgment. European Journal of Social Security, 23(4), 323–340.</w:t>
      </w:r>
    </w:p>
    <w:tbl>
      <w:tblPr>
        <w:tblStyle w:val="LightShading"/>
        <w:tblW w:w="0" w:type="auto"/>
        <w:tblLook w:val="04A0" w:firstRow="1" w:lastRow="0" w:firstColumn="1" w:lastColumn="0" w:noHBand="0" w:noVBand="1"/>
      </w:tblPr>
      <w:tblGrid>
        <w:gridCol w:w="1440"/>
        <w:gridCol w:w="1440"/>
        <w:gridCol w:w="1440"/>
        <w:gridCol w:w="1440"/>
        <w:gridCol w:w="1440"/>
        <w:gridCol w:w="1440"/>
      </w:tblGrid>
      <w:tr w:rsidR="002120FC" w:rsidTr="00212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pPr>
              <w:rPr>
                <w:lang w:eastAsia="zh-TW"/>
              </w:rPr>
            </w:pPr>
            <w:r>
              <w:rPr>
                <w:lang w:eastAsia="zh-TW"/>
              </w:rPr>
              <w:t>行政知識層次</w:t>
            </w:r>
            <w:r>
              <w:rPr>
                <w:lang w:eastAsia="zh-TW"/>
              </w:rPr>
              <w:t xml:space="preserve"> </w:t>
            </w:r>
            <w:proofErr w:type="gramStart"/>
            <w:r>
              <w:rPr>
                <w:lang w:eastAsia="zh-TW"/>
              </w:rPr>
              <w:t>＼</w:t>
            </w:r>
            <w:proofErr w:type="gramEnd"/>
            <w:r>
              <w:rPr>
                <w:lang w:eastAsia="zh-TW"/>
              </w:rPr>
              <w:t xml:space="preserve"> </w:t>
            </w:r>
            <w:r>
              <w:rPr>
                <w:lang w:eastAsia="zh-TW"/>
              </w:rPr>
              <w:t>分析單位</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proofErr w:type="spellStart"/>
            <w:r>
              <w:t>個人</w:t>
            </w:r>
            <w:proofErr w:type="spellEnd"/>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團體</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組織</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跨組織網絡</w:t>
            </w:r>
          </w:p>
        </w:tc>
        <w:tc>
          <w:tcPr>
            <w:tcW w:w="1440" w:type="dxa"/>
          </w:tcPr>
          <w:p w:rsidR="002120FC" w:rsidRDefault="0054408C">
            <w:pPr>
              <w:cnfStyle w:val="100000000000" w:firstRow="1" w:lastRow="0" w:firstColumn="0" w:lastColumn="0" w:oddVBand="0" w:evenVBand="0" w:oddHBand="0" w:evenHBand="0" w:firstRowFirstColumn="0" w:firstRowLastColumn="0" w:lastRowFirstColumn="0" w:lastRowLastColumn="0"/>
            </w:pPr>
            <w:r>
              <w:t>制度環境</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環境情境</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C1-5</w:t>
            </w:r>
          </w:p>
        </w:tc>
      </w:tr>
      <w:tr w:rsidR="002120FC" w:rsidTr="002120FC">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政策規劃</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C2-1</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C2-2</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C2-3</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C2-4</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C2-5</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決策制定</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C3-5</w:t>
            </w:r>
          </w:p>
        </w:tc>
      </w:tr>
      <w:tr w:rsidR="002120FC" w:rsidTr="002120FC">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lastRenderedPageBreak/>
              <w:t>組織設計</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C4-1</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C4-2</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C4-3</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C4-4</w:t>
            </w:r>
          </w:p>
        </w:tc>
        <w:tc>
          <w:tcPr>
            <w:tcW w:w="1440" w:type="dxa"/>
          </w:tcPr>
          <w:p w:rsidR="002120FC" w:rsidRDefault="0054408C">
            <w:pPr>
              <w:cnfStyle w:val="000000000000" w:firstRow="0" w:lastRow="0" w:firstColumn="0" w:lastColumn="0" w:oddVBand="0" w:evenVBand="0" w:oddHBand="0" w:evenHBand="0" w:firstRowFirstColumn="0" w:firstRowLastColumn="0" w:lastRowFirstColumn="0" w:lastRowLastColumn="0"/>
            </w:pPr>
            <w:r>
              <w:t>C4-5</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rsidR="002120FC" w:rsidRDefault="0054408C">
            <w:r>
              <w:t>管理運作</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C5-1</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C5-2</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C5-3</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C5-4</w:t>
            </w:r>
          </w:p>
        </w:tc>
        <w:tc>
          <w:tcPr>
            <w:tcW w:w="1440" w:type="dxa"/>
          </w:tcPr>
          <w:p w:rsidR="002120FC" w:rsidRDefault="0054408C">
            <w:pPr>
              <w:cnfStyle w:val="000000100000" w:firstRow="0" w:lastRow="0" w:firstColumn="0" w:lastColumn="0" w:oddVBand="0" w:evenVBand="0" w:oddHBand="1" w:evenHBand="0" w:firstRowFirstColumn="0" w:firstRowLastColumn="0" w:lastRowFirstColumn="0" w:lastRowLastColumn="0"/>
            </w:pPr>
            <w:r>
              <w:t>C5-5</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r>
              <w:t>治理鏈路</w:t>
            </w:r>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pPr>
            <w:r>
              <w:t>內容說明</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r>
              <w:t>情境－建構鏈</w:t>
            </w:r>
          </w:p>
        </w:tc>
        <w:tc>
          <w:tcPr>
            <w:tcW w:w="4320" w:type="dxa"/>
            <w:gridSpan w:val="3"/>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政策問題如何被界定、資料如何被建構為決策依據</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權威鏈</w:t>
            </w:r>
            <w:proofErr w:type="spellEnd"/>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決策權力由誰持有、</w:t>
            </w:r>
            <w:r>
              <w:rPr>
                <w:lang w:eastAsia="zh-TW"/>
              </w:rPr>
              <w:t xml:space="preserve">AI </w:t>
            </w:r>
            <w:r>
              <w:rPr>
                <w:lang w:eastAsia="zh-TW"/>
              </w:rPr>
              <w:t>建議與人類裁量之間的權力配置</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理由鏈</w:t>
            </w:r>
            <w:proofErr w:type="spellEnd"/>
          </w:p>
        </w:tc>
        <w:tc>
          <w:tcPr>
            <w:tcW w:w="4320" w:type="dxa"/>
            <w:gridSpan w:val="3"/>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決策理由是否可被追溯、解釋與覆核</w:t>
            </w:r>
          </w:p>
        </w:tc>
      </w:tr>
      <w:tr w:rsidR="002120FC" w:rsidTr="002120FC">
        <w:tc>
          <w:tcPr>
            <w:cnfStyle w:val="001000000000" w:firstRow="0" w:lastRow="0" w:firstColumn="1" w:lastColumn="0" w:oddVBand="0" w:evenVBand="0" w:oddHBand="0" w:evenHBand="0" w:firstRowFirstColumn="0" w:firstRowLastColumn="0" w:lastRowFirstColumn="0" w:lastRowLastColumn="0"/>
            <w:tcW w:w="4320" w:type="dxa"/>
            <w:gridSpan w:val="3"/>
          </w:tcPr>
          <w:p w:rsidR="002120FC" w:rsidRDefault="0054408C">
            <w:proofErr w:type="spellStart"/>
            <w:r>
              <w:t>責任鏈</w:t>
            </w:r>
            <w:proofErr w:type="spellEnd"/>
          </w:p>
        </w:tc>
        <w:tc>
          <w:tcPr>
            <w:tcW w:w="4320" w:type="dxa"/>
            <w:gridSpan w:val="3"/>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決策後果之責任歸屬與救濟機制</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面向</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傳統指標</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治理審計導向新指標</w:t>
            </w:r>
          </w:p>
        </w:tc>
      </w:tr>
      <w:tr w:rsidR="002120FC" w:rsidTr="002120FC">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r>
              <w:t>處理效能</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公文處理件數、案件審查時數</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人機協作流暢度、例外案件覆核率</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公平性</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（未納入）</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資料代表性審查頻率、</w:t>
            </w:r>
            <w:proofErr w:type="gramStart"/>
            <w:r>
              <w:rPr>
                <w:lang w:eastAsia="zh-TW"/>
              </w:rPr>
              <w:t>族群偏誤申訴</w:t>
            </w:r>
            <w:proofErr w:type="gramEnd"/>
            <w:r>
              <w:rPr>
                <w:lang w:eastAsia="zh-TW"/>
              </w:rPr>
              <w:t>率</w:t>
            </w:r>
          </w:p>
        </w:tc>
      </w:tr>
      <w:tr w:rsidR="002120FC" w:rsidTr="002120FC">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課責性</w:t>
            </w:r>
            <w:proofErr w:type="spellEnd"/>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pPr>
            <w:r>
              <w:t>簽核層級數</w:t>
            </w:r>
          </w:p>
        </w:tc>
        <w:tc>
          <w:tcPr>
            <w:tcW w:w="2880" w:type="dxa"/>
            <w:gridSpan w:val="2"/>
          </w:tcPr>
          <w:p w:rsidR="002120FC" w:rsidRDefault="0054408C">
            <w:pPr>
              <w:cnfStyle w:val="000000000000" w:firstRow="0" w:lastRow="0" w:firstColumn="0" w:lastColumn="0" w:oddVBand="0" w:evenVBand="0" w:oddHBand="0" w:evenHBand="0" w:firstRowFirstColumn="0" w:firstRowLastColumn="0" w:lastRowFirstColumn="0" w:lastRowLastColumn="0"/>
              <w:rPr>
                <w:lang w:eastAsia="zh-TW"/>
              </w:rPr>
            </w:pPr>
            <w:r>
              <w:rPr>
                <w:lang w:eastAsia="zh-TW"/>
              </w:rPr>
              <w:t>理由可解釋性完整度、責任歸因明確度</w:t>
            </w:r>
          </w:p>
        </w:tc>
      </w:tr>
      <w:tr w:rsidR="002120FC" w:rsidTr="00212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gridSpan w:val="2"/>
          </w:tcPr>
          <w:p w:rsidR="002120FC" w:rsidRDefault="0054408C">
            <w:proofErr w:type="spellStart"/>
            <w:r>
              <w:t>裁量品質</w:t>
            </w:r>
            <w:proofErr w:type="spellEnd"/>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pPr>
            <w:r>
              <w:t>（未納入）</w:t>
            </w:r>
          </w:p>
        </w:tc>
        <w:tc>
          <w:tcPr>
            <w:tcW w:w="2880" w:type="dxa"/>
            <w:gridSpan w:val="2"/>
          </w:tcPr>
          <w:p w:rsidR="002120FC" w:rsidRDefault="0054408C">
            <w:pPr>
              <w:cnfStyle w:val="000000100000" w:firstRow="0" w:lastRow="0" w:firstColumn="0" w:lastColumn="0" w:oddVBand="0" w:evenVBand="0" w:oddHBand="1" w:evenHBand="0" w:firstRowFirstColumn="0" w:firstRowLastColumn="0" w:lastRowFirstColumn="0" w:lastRowLastColumn="0"/>
              <w:rPr>
                <w:lang w:eastAsia="zh-TW"/>
              </w:rPr>
            </w:pPr>
            <w:r>
              <w:rPr>
                <w:lang w:eastAsia="zh-TW"/>
              </w:rPr>
              <w:t>推翻／採用</w:t>
            </w:r>
            <w:r>
              <w:rPr>
                <w:lang w:eastAsia="zh-TW"/>
              </w:rPr>
              <w:t xml:space="preserve"> AI </w:t>
            </w:r>
            <w:r>
              <w:rPr>
                <w:lang w:eastAsia="zh-TW"/>
              </w:rPr>
              <w:t>建議之合理性紀錄（雙向對稱）</w:t>
            </w:r>
          </w:p>
        </w:tc>
      </w:tr>
    </w:tbl>
    <w:p w:rsidR="002120FC" w:rsidRDefault="002120FC" w:rsidP="0054408C">
      <w:pPr>
        <w:jc w:val="center"/>
        <w:rPr>
          <w:lang w:eastAsia="zh-TW"/>
        </w:rPr>
      </w:pPr>
    </w:p>
    <w:p>
      <w:r>
        <w:br w:type="page"/>
      </w:r>
    </w:p>
    <w:p/>
    <w:p/>
    <w:p/>
    <w:p/>
    <w:p>
      <w:pPr>
        <w:jc w:val="center"/>
      </w:pPr>
      <w:r>
        <w:rPr>
          <w:rFonts w:ascii="標楷體" w:hAnsi="標楷體" w:eastAsia="標楷體"/>
          <w:b/>
          <w:color w:val="1F4E79"/>
          <w:sz w:val="32"/>
        </w:rPr>
        <w:t>附錄二</w:t>
      </w:r>
    </w:p>
    <w:p>
      <w:pPr>
        <w:jc w:val="center"/>
      </w:pPr>
      <w:r>
        <w:rPr>
          <w:rFonts w:ascii="標楷體" w:hAnsi="標楷體" w:eastAsia="標楷體"/>
          <w:b/>
          <w:sz w:val="44"/>
        </w:rPr>
        <w:t>誰來接住AI的決定？</w:t>
      </w:r>
    </w:p>
    <w:p>
      <w:pPr>
        <w:jc w:val="center"/>
      </w:pPr>
      <w:r>
        <w:rPr>
          <w:rFonts w:ascii="標楷體" w:hAnsi="標楷體" w:eastAsia="標楷體"/>
          <w:b w:val="0"/>
          <w:sz w:val="26"/>
        </w:rPr>
        <w:t>多元專業視角、治理鏈斷裂與公共行政的整合責任——從情境建構鏈斷裂到可追問的OAC原型（研究稿第十七篇）</w:t>
      </w:r>
    </w:p>
    <w:p/>
    <w:p>
      <w:pPr>
        <w:jc w:val="center"/>
      </w:pPr>
      <w:r>
        <w:rPr>
          <w:rFonts w:ascii="標楷體" w:hAnsi="標楷體" w:eastAsia="標楷體"/>
          <w:b w:val="0"/>
          <w:sz w:val="24"/>
        </w:rPr>
        <w:t>盧建旭（Lancelot Lu）</w:t>
      </w:r>
    </w:p>
    <w:p/>
    <w:p/>
    <w:p>
      <w:r>
        <w:rPr>
          <w:rFonts w:ascii="標楷體" w:hAnsi="標楷體" w:eastAsia="標楷體"/>
          <w:b/>
          <w:sz w:val="25"/>
        </w:rPr>
        <w:t>與第六章的對應關係：</w:t>
      </w:r>
    </w:p>
    <w:p>
      <w:pPr>
        <w:ind w:firstLine="480"/>
      </w:pPr>
      <w:r>
        <w:rPr>
          <w:rFonts w:ascii="標楷體" w:hAnsi="標楷體" w:eastAsia="標楷體"/>
          <w:b w:val="0"/>
          <w:sz w:val="24"/>
        </w:rPr>
        <w:t>本文整合資訊工程、行政法、政治學、科技社會學與公共行政五種視角，指出「情境建構鏈」是AI治理中最早、也最容易被忽略的斷裂點，並提出「鏈式營運驗收標準（OAC）」。可作為正文「可爭訟性：課責的最後一哩」與「三可檢核」（可解釋、可追溯、可爭訟）之具體操作工具延伸閱讀。</w:t>
      </w:r>
    </w:p>
    <w:p>
      <w:r>
        <w:br w:type="page"/>
      </w:r>
    </w:p>
    <w:p w:rsidR="00182F3B" w:rsidRDefault="00137C0F">
      <w:pPr>
        <w:spacing w:after="160"/>
        <w:jc w:val="center"/>
        <w:rPr>
          <w:lang w:eastAsia="zh-TW"/>
        </w:rPr>
      </w:pPr>
      <w:r>
        <w:rPr>
          <w:rFonts w:ascii="Noto Sans CJK TC" w:eastAsia="Noto Sans CJK TC" w:hAnsi="Noto Sans CJK TC"/>
          <w:b/>
          <w:color w:val="17365D"/>
          <w:sz w:val="44"/>
          <w:lang w:eastAsia="zh-TW"/>
        </w:rPr>
        <w:t>誰來接住</w:t>
      </w:r>
      <w:r>
        <w:rPr>
          <w:rFonts w:ascii="Noto Sans CJK TC" w:eastAsia="Noto Sans CJK TC" w:hAnsi="Noto Sans CJK TC"/>
          <w:b/>
          <w:color w:val="17365D"/>
          <w:sz w:val="44"/>
          <w:lang w:eastAsia="zh-TW"/>
        </w:rPr>
        <w:t xml:space="preserve"> AI </w:t>
      </w:r>
      <w:r>
        <w:rPr>
          <w:rFonts w:ascii="Noto Sans CJK TC" w:eastAsia="Noto Sans CJK TC" w:hAnsi="Noto Sans CJK TC"/>
          <w:b/>
          <w:color w:val="17365D"/>
          <w:sz w:val="44"/>
          <w:lang w:eastAsia="zh-TW"/>
        </w:rPr>
        <w:t>的決定？</w:t>
      </w:r>
    </w:p>
    <w:p w:rsidR="00182F3B" w:rsidRDefault="00137C0F">
      <w:pPr>
        <w:spacing w:after="280"/>
        <w:jc w:val="center"/>
        <w:rPr>
          <w:lang w:eastAsia="zh-TW"/>
        </w:rPr>
      </w:pPr>
      <w:r>
        <w:rPr>
          <w:rFonts w:ascii="Noto Sans CJK TC" w:eastAsia="Noto Sans CJK TC" w:hAnsi="Noto Sans CJK TC"/>
          <w:sz w:val="26"/>
          <w:lang w:eastAsia="zh-TW"/>
        </w:rPr>
        <w:t>多元專業視角、治理鏈斷裂與公共行政的整合責任</w:t>
      </w:r>
      <w:r>
        <w:rPr>
          <w:rFonts w:ascii="Noto Sans CJK TC" w:eastAsia="Noto Sans CJK TC" w:hAnsi="Noto Sans CJK TC"/>
          <w:sz w:val="26"/>
          <w:lang w:eastAsia="zh-TW"/>
        </w:rPr>
        <w:br/>
      </w:r>
      <w:proofErr w:type="gramStart"/>
      <w:r>
        <w:rPr>
          <w:rFonts w:ascii="Noto Sans CJK TC" w:eastAsia="Noto Sans CJK TC" w:hAnsi="Noto Sans CJK TC"/>
          <w:sz w:val="26"/>
          <w:lang w:eastAsia="zh-TW"/>
        </w:rPr>
        <w:t>——</w:t>
      </w:r>
      <w:proofErr w:type="gramEnd"/>
      <w:r>
        <w:rPr>
          <w:rFonts w:ascii="Noto Sans CJK TC" w:eastAsia="Noto Sans CJK TC" w:hAnsi="Noto Sans CJK TC"/>
          <w:sz w:val="26"/>
          <w:lang w:eastAsia="zh-TW"/>
        </w:rPr>
        <w:t>從情境</w:t>
      </w:r>
      <w:proofErr w:type="gramStart"/>
      <w:r>
        <w:rPr>
          <w:rFonts w:ascii="Noto Sans CJK TC" w:eastAsia="Noto Sans CJK TC" w:hAnsi="Noto Sans CJK TC"/>
          <w:sz w:val="26"/>
          <w:lang w:eastAsia="zh-TW"/>
        </w:rPr>
        <w:t>建構鏈斷裂</w:t>
      </w:r>
      <w:proofErr w:type="gramEnd"/>
      <w:r>
        <w:rPr>
          <w:rFonts w:ascii="Noto Sans CJK TC" w:eastAsia="Noto Sans CJK TC" w:hAnsi="Noto Sans CJK TC"/>
          <w:sz w:val="26"/>
          <w:lang w:eastAsia="zh-TW"/>
        </w:rPr>
        <w:t>到可追問的</w:t>
      </w:r>
      <w:r>
        <w:rPr>
          <w:rFonts w:ascii="Noto Sans CJK TC" w:eastAsia="Noto Sans CJK TC" w:hAnsi="Noto Sans CJK TC"/>
          <w:sz w:val="26"/>
          <w:lang w:eastAsia="zh-TW"/>
        </w:rPr>
        <w:t xml:space="preserve"> OAC </w:t>
      </w:r>
      <w:r>
        <w:rPr>
          <w:rFonts w:ascii="Noto Sans CJK TC" w:eastAsia="Noto Sans CJK TC" w:hAnsi="Noto Sans CJK TC"/>
          <w:sz w:val="26"/>
          <w:lang w:eastAsia="zh-TW"/>
        </w:rPr>
        <w:t>原型</w:t>
      </w:r>
    </w:p>
    <w:p w:rsidR="00182F3B" w:rsidRDefault="00137C0F">
      <w:pPr>
        <w:jc w:val="center"/>
        <w:rPr>
          <w:lang w:eastAsia="zh-TW"/>
        </w:rPr>
      </w:pPr>
      <w:r>
        <w:rPr>
          <w:i/>
          <w:lang w:eastAsia="zh-TW"/>
        </w:rPr>
        <w:t>盧建旭</w:t>
      </w:r>
      <w:proofErr w:type="gramStart"/>
      <w:r>
        <w:rPr>
          <w:i/>
          <w:lang w:eastAsia="zh-TW"/>
        </w:rPr>
        <w:t>｜</w:t>
      </w:r>
      <w:proofErr w:type="gramEnd"/>
      <w:r>
        <w:rPr>
          <w:i/>
          <w:lang w:eastAsia="zh-TW"/>
        </w:rPr>
        <w:t xml:space="preserve">2026 </w:t>
      </w:r>
      <w:r>
        <w:rPr>
          <w:i/>
          <w:lang w:eastAsia="zh-TW"/>
        </w:rPr>
        <w:t>年</w:t>
      </w:r>
      <w:r>
        <w:rPr>
          <w:i/>
          <w:lang w:eastAsia="zh-TW"/>
        </w:rPr>
        <w:t xml:space="preserve"> 8 </w:t>
      </w:r>
      <w:r>
        <w:rPr>
          <w:i/>
          <w:lang w:eastAsia="zh-TW"/>
        </w:rPr>
        <w:t>月</w:t>
      </w:r>
      <w:proofErr w:type="gramStart"/>
      <w:r>
        <w:rPr>
          <w:i/>
          <w:lang w:eastAsia="zh-TW"/>
        </w:rPr>
        <w:t>｜</w:t>
      </w:r>
      <w:proofErr w:type="gramEnd"/>
      <w:r>
        <w:rPr>
          <w:i/>
          <w:lang w:eastAsia="zh-TW"/>
        </w:rPr>
        <w:t>研究初稿</w:t>
      </w:r>
    </w:p>
    <w:p w:rsidR="00182F3B" w:rsidRDefault="00137C0F">
      <w:pPr>
        <w:pStyle w:val="Heading1"/>
        <w:rPr>
          <w:lang w:eastAsia="zh-TW"/>
        </w:rPr>
      </w:pPr>
      <w:r>
        <w:rPr>
          <w:lang w:eastAsia="zh-TW"/>
        </w:rPr>
        <w:t>摘要</w:t>
      </w:r>
    </w:p>
    <w:p w:rsidR="00182F3B" w:rsidRDefault="00137C0F">
      <w:pPr>
        <w:ind w:firstLine="346"/>
        <w:rPr>
          <w:lang w:eastAsia="zh-TW"/>
        </w:rPr>
      </w:pPr>
      <w:r>
        <w:rPr>
          <w:lang w:eastAsia="zh-TW"/>
        </w:rPr>
        <w:t>人工智慧治理的困境，不是因為資訊工程、法學、政治學、科技社會學與公共行政看不見風險——各領域其實都已提出重要警示。問題出在分工方式：資料與模型交給技術專業處理，授權與救濟交給法學處理，議程與權力交給政治學處理，分類與社會技術關係交給科技社會學處理，組織與課責交給公共行政處理。每個領域的觀察各自正確，卻不會自動接成一條完整的治理鏈。本文主張：這種多元專業視角的碎片化，不只是溝通困難，更是 AI 治理中情境建構、權威、理由與責任被分別承接、最終無人對整條行政決定負責的制度性來源。</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ind w:firstLine="346"/>
        <w:rPr>
          <w:lang w:eastAsia="zh-TW"/>
        </w:rPr>
      </w:pPr>
      <w:r>
        <w:rPr>
          <w:lang w:eastAsia="zh-TW"/>
        </w:rPr>
        <w:t>本文聚焦一個</w:t>
      </w:r>
      <w:proofErr w:type="gramStart"/>
      <w:r>
        <w:rPr>
          <w:lang w:eastAsia="zh-TW"/>
        </w:rPr>
        <w:t>很</w:t>
      </w:r>
      <w:proofErr w:type="gramEnd"/>
      <w:r>
        <w:rPr>
          <w:lang w:eastAsia="zh-TW"/>
        </w:rPr>
        <w:t>日常、卻常被技術語言遮住的問題：當政府用</w:t>
      </w:r>
      <w:r>
        <w:rPr>
          <w:lang w:eastAsia="zh-TW"/>
        </w:rPr>
        <w:t xml:space="preserve"> AI</w:t>
      </w:r>
      <w:r>
        <w:rPr>
          <w:lang w:eastAsia="zh-TW"/>
        </w:rPr>
        <w:t xml:space="preserve"> </w:t>
      </w:r>
      <w:r>
        <w:rPr>
          <w:lang w:eastAsia="zh-TW"/>
        </w:rPr>
        <w:t>協助判斷誰可能有風險、誰要被多查一次、誰暫時不能通過時，最初把問題切成哪些資料、分類與門檻的人，是否也要對後果負責？本文以</w:t>
      </w:r>
      <w:r>
        <w:rPr>
          <w:lang w:eastAsia="zh-TW"/>
        </w:rPr>
        <w:t xml:space="preserve"> AFST</w:t>
      </w:r>
      <w:r>
        <w:rPr>
          <w:lang w:eastAsia="zh-TW"/>
        </w:rPr>
        <w:t>、</w:t>
      </w:r>
      <w:proofErr w:type="spellStart"/>
      <w:r>
        <w:rPr>
          <w:lang w:eastAsia="zh-TW"/>
        </w:rPr>
        <w:t>SyRI</w:t>
      </w:r>
      <w:proofErr w:type="spellEnd"/>
      <w:r>
        <w:rPr>
          <w:lang w:eastAsia="zh-TW"/>
        </w:rPr>
        <w:t>、</w:t>
      </w:r>
      <w:proofErr w:type="spellStart"/>
      <w:r>
        <w:rPr>
          <w:lang w:eastAsia="zh-TW"/>
        </w:rPr>
        <w:t>Robodebt</w:t>
      </w:r>
      <w:proofErr w:type="spellEnd"/>
      <w:r>
        <w:rPr>
          <w:lang w:eastAsia="zh-TW"/>
        </w:rPr>
        <w:t xml:space="preserve"> </w:t>
      </w:r>
      <w:r>
        <w:rPr>
          <w:lang w:eastAsia="zh-TW"/>
        </w:rPr>
        <w:t>及臺灣公共</w:t>
      </w:r>
      <w:r>
        <w:rPr>
          <w:lang w:eastAsia="zh-TW"/>
        </w:rPr>
        <w:t xml:space="preserve"> AI </w:t>
      </w:r>
      <w:r>
        <w:rPr>
          <w:lang w:eastAsia="zh-TW"/>
        </w:rPr>
        <w:t>應用為壓力測試，指出前端的問題界定若無法被說明、質疑與改正，後端的核章、理由書與申訴往往只能處理已被設定好的結果。文章最後提出「鏈式營運驗收標準」（</w:t>
      </w:r>
      <w:r>
        <w:rPr>
          <w:lang w:eastAsia="zh-TW"/>
        </w:rPr>
        <w:t>OAC</w:t>
      </w:r>
      <w:r>
        <w:rPr>
          <w:lang w:eastAsia="zh-TW"/>
        </w:rPr>
        <w:t>）作為共同檢視原型：它不是新的法規或評分表，而是一組上線前必須有人回答的問題</w:t>
      </w:r>
      <w:proofErr w:type="gramStart"/>
      <w:r>
        <w:rPr>
          <w:lang w:eastAsia="zh-TW"/>
        </w:rPr>
        <w:t>——</w:t>
      </w:r>
      <w:proofErr w:type="gramEnd"/>
      <w:r>
        <w:rPr>
          <w:lang w:eastAsia="zh-TW"/>
        </w:rPr>
        <w:t>誰界定問題、誰能說明與停止、錯誤又如何回到</w:t>
      </w:r>
      <w:proofErr w:type="gramStart"/>
      <w:r>
        <w:rPr>
          <w:lang w:eastAsia="zh-TW"/>
        </w:rPr>
        <w:t>前端被修正</w:t>
      </w:r>
      <w:proofErr w:type="gramEnd"/>
      <w:r>
        <w:rPr>
          <w:lang w:eastAsia="zh-TW"/>
        </w:rPr>
        <w:t>。</w:t>
      </w:r>
    </w:p>
    <w:p w:rsidR="00182F3B" w:rsidRDefault="00137C0F">
      <w:pPr>
        <w:ind w:firstLine="346"/>
        <w:rPr>
          <w:lang w:eastAsia="zh-TW"/>
        </w:rPr>
      </w:pPr>
      <w:r>
        <w:rPr>
          <w:lang w:eastAsia="zh-TW"/>
        </w:rPr>
        <w:t>關鍵詞：</w:t>
      </w:r>
      <w:r>
        <w:rPr>
          <w:lang w:eastAsia="zh-TW"/>
        </w:rPr>
        <w:t xml:space="preserve">AI </w:t>
      </w:r>
      <w:r>
        <w:rPr>
          <w:lang w:eastAsia="zh-TW"/>
        </w:rPr>
        <w:t>輔助行政決定、情境</w:t>
      </w:r>
      <w:proofErr w:type="gramStart"/>
      <w:r>
        <w:rPr>
          <w:lang w:eastAsia="zh-TW"/>
        </w:rPr>
        <w:t>建構鏈</w:t>
      </w:r>
      <w:proofErr w:type="gramEnd"/>
      <w:r>
        <w:rPr>
          <w:lang w:eastAsia="zh-TW"/>
        </w:rPr>
        <w:t>、</w:t>
      </w:r>
      <w:r>
        <w:rPr>
          <w:lang w:eastAsia="zh-TW"/>
        </w:rPr>
        <w:t>公共行政、科技社會學、</w:t>
      </w:r>
      <w:proofErr w:type="gramStart"/>
      <w:r>
        <w:rPr>
          <w:lang w:eastAsia="zh-TW"/>
        </w:rPr>
        <w:t>跨域治理</w:t>
      </w:r>
      <w:proofErr w:type="gramEnd"/>
      <w:r>
        <w:rPr>
          <w:lang w:eastAsia="zh-TW"/>
        </w:rPr>
        <w:t>、營運驗收標準、治理審計</w:t>
      </w:r>
    </w:p>
    <w:p w:rsidR="00182F3B" w:rsidRDefault="00137C0F">
      <w:pPr>
        <w:ind w:firstLine="346"/>
        <w:rPr>
          <w:lang w:eastAsia="zh-TW"/>
        </w:rPr>
      </w:pPr>
      <w:r>
        <w:rPr>
          <w:lang w:eastAsia="zh-TW"/>
        </w:rPr>
        <w:t>閱讀提示：本文使用的 P1、P2、P3，是為了標示 AI 可能在哪裡改變政府的判斷：P1 是「先把什麼算作問題與事實」；P2 是「在個案中如何作裁量」；P3 是「最後如何影響人民的權利與生活」。讀者只要先記住：本文最關心 P1，也就是最早、最容易被忽略的那一步。OAC 是將後文的追問整理成上線前可共同檢視的原型。C1、PI 與 C1-13 為本系列既有研究的技術性觀察工具；本文僅在需要交代證據位階處使用，不要求讀者先理解其計分方式。讀者可以先只記住三問與四鏈；其他代號只在交代證據位階時才會出現。</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rPr>
          <w:lang w:eastAsia="zh-TW"/>
        </w:rPr>
      </w:pPr>
      <w:r>
        <w:rPr>
          <w:lang w:eastAsia="zh-TW"/>
        </w:rPr>
        <w:br w:type="page"/>
      </w:r>
    </w:p>
    <w:p w:rsidR="00182F3B" w:rsidRDefault="00137C0F">
      <w:pPr>
        <w:spacing w:after="80"/>
        <w:jc w:val="center"/>
      </w:pPr>
      <w:r>
        <w:rPr>
          <w:noProof/>
        </w:rPr>
        <w:lastRenderedPageBreak/>
        <w:drawing>
          <wp:inline distT="0" distB="0" distL="0" distR="0">
            <wp:extent cx="5349240" cy="6729689"/>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8"/>
                    <a:stretch>
                      <a:fillRect/>
                    </a:stretch>
                  </pic:blipFill>
                  <pic:spPr>
                    <a:xfrm>
                      <a:off x="0" y="0"/>
                      <a:ext cx="5349240" cy="6729689"/>
                    </a:xfrm>
                    <a:prstGeom prst="rect">
                      <a:avLst/>
                    </a:prstGeom>
                  </pic:spPr>
                </pic:pic>
              </a:graphicData>
            </a:graphic>
          </wp:inline>
        </w:drawing>
      </w:r>
    </w:p>
    <w:p w:rsidR="00182F3B" w:rsidRDefault="00137C0F">
      <w:pPr>
        <w:spacing w:before="40" w:after="60"/>
        <w:jc w:val="center"/>
        <w:rPr>
          <w:lang w:eastAsia="zh-TW"/>
        </w:rPr>
      </w:pPr>
      <w:r>
        <w:rPr>
          <w:rFonts w:ascii="微軟正黑體" w:eastAsia="微軟正黑體" w:hAnsi="微軟正黑體"/>
          <w:b/>
          <w:sz w:val="20"/>
          <w:lang w:eastAsia="zh-TW"/>
        </w:rPr>
        <w:t>圖</w:t>
      </w:r>
      <w:r>
        <w:rPr>
          <w:rFonts w:ascii="微軟正黑體" w:eastAsia="微軟正黑體" w:hAnsi="微軟正黑體"/>
          <w:b/>
          <w:sz w:val="20"/>
          <w:lang w:eastAsia="zh-TW"/>
        </w:rPr>
        <w:t xml:space="preserve"> 1</w:t>
      </w:r>
      <w:r>
        <w:rPr>
          <w:rFonts w:ascii="微軟正黑體" w:eastAsia="微軟正黑體" w:hAnsi="微軟正黑體"/>
          <w:b/>
          <w:sz w:val="20"/>
          <w:lang w:eastAsia="zh-TW"/>
        </w:rPr>
        <w:t xml:space="preserve">　從</w:t>
      </w:r>
      <w:r>
        <w:rPr>
          <w:rFonts w:ascii="微軟正黑體" w:eastAsia="微軟正黑體" w:hAnsi="微軟正黑體"/>
          <w:b/>
          <w:sz w:val="20"/>
          <w:lang w:eastAsia="zh-TW"/>
        </w:rPr>
        <w:t>問題界定到責任回饋：</w:t>
      </w:r>
      <w:r>
        <w:rPr>
          <w:rFonts w:ascii="微軟正黑體" w:eastAsia="微軟正黑體" w:hAnsi="微軟正黑體"/>
          <w:b/>
          <w:sz w:val="20"/>
          <w:lang w:eastAsia="zh-TW"/>
        </w:rPr>
        <w:t xml:space="preserve">AI </w:t>
      </w:r>
      <w:r>
        <w:rPr>
          <w:rFonts w:ascii="微軟正黑體" w:eastAsia="微軟正黑體" w:hAnsi="微軟正黑體"/>
          <w:b/>
          <w:sz w:val="20"/>
          <w:lang w:eastAsia="zh-TW"/>
        </w:rPr>
        <w:t>輔助行政決定的共同追問與</w:t>
      </w:r>
      <w:r>
        <w:rPr>
          <w:rFonts w:ascii="微軟正黑體" w:eastAsia="微軟正黑體" w:hAnsi="微軟正黑體"/>
          <w:b/>
          <w:sz w:val="20"/>
          <w:lang w:eastAsia="zh-TW"/>
        </w:rPr>
        <w:t xml:space="preserve"> OAC </w:t>
      </w:r>
      <w:r>
        <w:rPr>
          <w:rFonts w:ascii="微軟正黑體" w:eastAsia="微軟正黑體" w:hAnsi="微軟正黑體"/>
          <w:b/>
          <w:sz w:val="20"/>
          <w:lang w:eastAsia="zh-TW"/>
        </w:rPr>
        <w:t>原型</w:t>
      </w:r>
    </w:p>
    <w:p w:rsidR="00182F3B" w:rsidRDefault="00137C0F">
      <w:pPr>
        <w:spacing w:after="80"/>
        <w:rPr>
          <w:lang w:eastAsia="zh-TW"/>
        </w:rPr>
      </w:pPr>
      <w:r>
        <w:rPr>
          <w:rFonts w:ascii="微軟正黑體" w:eastAsia="微軟正黑體" w:hAnsi="微軟正黑體"/>
          <w:i/>
          <w:sz w:val="18"/>
          <w:lang w:eastAsia="zh-TW"/>
        </w:rPr>
        <w:t>說明：圖</w:t>
      </w:r>
      <w:proofErr w:type="gramStart"/>
      <w:r>
        <w:rPr>
          <w:rFonts w:ascii="微軟正黑體" w:eastAsia="微軟正黑體" w:hAnsi="微軟正黑體"/>
          <w:i/>
          <w:sz w:val="18"/>
          <w:lang w:eastAsia="zh-TW"/>
        </w:rPr>
        <w:t>上半部的四個</w:t>
      </w:r>
      <w:proofErr w:type="gramEnd"/>
      <w:r>
        <w:rPr>
          <w:rFonts w:ascii="微軟正黑體" w:eastAsia="微軟正黑體" w:hAnsi="微軟正黑體"/>
          <w:i/>
          <w:sz w:val="18"/>
          <w:lang w:eastAsia="zh-TW"/>
        </w:rPr>
        <w:t>必經環節，對應</w:t>
      </w:r>
      <w:proofErr w:type="gramStart"/>
      <w:r>
        <w:rPr>
          <w:rFonts w:ascii="微軟正黑體" w:eastAsia="微軟正黑體" w:hAnsi="微軟正黑體"/>
          <w:i/>
          <w:sz w:val="18"/>
          <w:lang w:eastAsia="zh-TW"/>
        </w:rPr>
        <w:t>本文後述的</w:t>
      </w:r>
      <w:proofErr w:type="gramEnd"/>
      <w:r>
        <w:rPr>
          <w:rFonts w:ascii="微軟正黑體" w:eastAsia="微軟正黑體" w:hAnsi="微軟正黑體"/>
          <w:i/>
          <w:sz w:val="18"/>
          <w:lang w:eastAsia="zh-TW"/>
        </w:rPr>
        <w:t>情境建構、權威、理由與責任四條治理鏈；圖</w:t>
      </w:r>
      <w:proofErr w:type="gramStart"/>
      <w:r>
        <w:rPr>
          <w:rFonts w:ascii="微軟正黑體" w:eastAsia="微軟正黑體" w:hAnsi="微軟正黑體"/>
          <w:i/>
          <w:sz w:val="18"/>
          <w:lang w:eastAsia="zh-TW"/>
        </w:rPr>
        <w:t>下半部的</w:t>
      </w:r>
      <w:proofErr w:type="gramEnd"/>
      <w:r>
        <w:rPr>
          <w:rFonts w:ascii="微軟正黑體" w:eastAsia="微軟正黑體" w:hAnsi="微軟正黑體"/>
          <w:i/>
          <w:sz w:val="18"/>
          <w:lang w:eastAsia="zh-TW"/>
        </w:rPr>
        <w:t>三問，則是</w:t>
      </w:r>
      <w:r>
        <w:rPr>
          <w:rFonts w:ascii="微軟正黑體" w:eastAsia="微軟正黑體" w:hAnsi="微軟正黑體"/>
          <w:i/>
          <w:sz w:val="18"/>
          <w:lang w:eastAsia="zh-TW"/>
        </w:rPr>
        <w:t xml:space="preserve"> OAC </w:t>
      </w:r>
      <w:r>
        <w:rPr>
          <w:rFonts w:ascii="微軟正黑體" w:eastAsia="微軟正黑體" w:hAnsi="微軟正黑體"/>
          <w:i/>
          <w:sz w:val="18"/>
          <w:lang w:eastAsia="zh-TW"/>
        </w:rPr>
        <w:t>對外使用的共同追問語言。圖中案例只用來呈現可能的斷裂樣態；本文不以其推定任</w:t>
      </w:r>
      <w:proofErr w:type="gramStart"/>
      <w:r>
        <w:rPr>
          <w:rFonts w:ascii="微軟正黑體" w:eastAsia="微軟正黑體" w:hAnsi="微軟正黑體"/>
          <w:i/>
          <w:sz w:val="18"/>
          <w:lang w:eastAsia="zh-TW"/>
        </w:rPr>
        <w:t>一</w:t>
      </w:r>
      <w:proofErr w:type="gramEnd"/>
      <w:r>
        <w:rPr>
          <w:rFonts w:ascii="微軟正黑體" w:eastAsia="微軟正黑體" w:hAnsi="微軟正黑體"/>
          <w:i/>
          <w:sz w:val="18"/>
          <w:lang w:eastAsia="zh-TW"/>
        </w:rPr>
        <w:t>系統已具技術準確性，亦不以單一案例證明</w:t>
      </w:r>
      <w:r>
        <w:rPr>
          <w:rFonts w:ascii="微軟正黑體" w:eastAsia="微軟正黑體" w:hAnsi="微軟正黑體"/>
          <w:i/>
          <w:sz w:val="18"/>
          <w:lang w:eastAsia="zh-TW"/>
        </w:rPr>
        <w:t xml:space="preserve"> OAC </w:t>
      </w:r>
      <w:r>
        <w:rPr>
          <w:rFonts w:ascii="微軟正黑體" w:eastAsia="微軟正黑體" w:hAnsi="微軟正黑體"/>
          <w:i/>
          <w:sz w:val="18"/>
          <w:lang w:eastAsia="zh-TW"/>
        </w:rPr>
        <w:t>必然有效。</w:t>
      </w:r>
    </w:p>
    <w:p w:rsidR="00182F3B" w:rsidRDefault="00137C0F">
      <w:pPr>
        <w:rPr>
          <w:lang w:eastAsia="zh-TW"/>
        </w:rPr>
      </w:pPr>
      <w:r>
        <w:rPr>
          <w:lang w:eastAsia="zh-TW"/>
        </w:rPr>
        <w:br w:type="page"/>
      </w:r>
    </w:p>
    <w:p w:rsidR="00182F3B" w:rsidRDefault="00137C0F">
      <w:pPr>
        <w:pStyle w:val="Heading1"/>
        <w:rPr>
          <w:lang w:eastAsia="zh-TW"/>
        </w:rPr>
      </w:pPr>
      <w:r>
        <w:rPr>
          <w:lang w:eastAsia="zh-TW"/>
        </w:rPr>
        <w:lastRenderedPageBreak/>
        <w:t>壹、問題不是</w:t>
      </w:r>
      <w:r>
        <w:rPr>
          <w:lang w:eastAsia="zh-TW"/>
        </w:rPr>
        <w:t xml:space="preserve"> AI </w:t>
      </w:r>
      <w:r>
        <w:rPr>
          <w:lang w:eastAsia="zh-TW"/>
        </w:rPr>
        <w:t>有沒有治理，而是誰接住它的決定</w:t>
      </w:r>
    </w:p>
    <w:p w:rsidR="00182F3B" w:rsidRDefault="00137C0F">
      <w:pPr>
        <w:pStyle w:val="Heading2"/>
        <w:rPr>
          <w:lang w:eastAsia="zh-TW"/>
        </w:rPr>
      </w:pPr>
      <w:r>
        <w:rPr>
          <w:lang w:eastAsia="zh-TW"/>
        </w:rPr>
        <w:t>一、政府在何處開始做決定</w:t>
      </w:r>
    </w:p>
    <w:p w:rsidR="00182F3B" w:rsidRDefault="00137C0F">
      <w:pPr>
        <w:ind w:firstLine="346"/>
        <w:rPr>
          <w:lang w:eastAsia="zh-TW"/>
        </w:rPr>
      </w:pPr>
      <w:r>
        <w:rPr>
          <w:lang w:eastAsia="zh-TW"/>
        </w:rPr>
        <w:t>政府導入 AI 時，常把焦點放在模型準不準、公不公平、能不能解釋，或者最後是不是仍由承辦人核章。這些問題都重要，卻共同遮蔽了一個更早發生的行政行為：機關早已先把複雜的公共問題，切割成可計算的欄位、分類、風險分數與處置門檻。當社福案件被定義為「詐欺風險」、土地歷史被壓縮為「權利可否辨識」、戶籍資料被用來推定「誰符合資格」，問題的界定本身，就已經在安排哪些事實看得見、哪些事實被排除，並重新配置行政注意力。（對照圖1，這正是圖上半部四個環節中的第一步：情境建構。）</w:t>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裡要說明的不是技術專業不重要，也不是預設政府一定「問錯問題」。本文提出一個可以檢驗的命題：如果機關無法重建問題定義、資料邊界、分類、代理變項與閾值是怎麼形成的，也說不出誰有權質疑、修正這些設定，那麼這套系統即使技術效能很高，仍然不具備充分的公共行政正當性。公共行政關心的不只是模型答案對不對，而是行政組織能不能把技術答案，變成一個可以說明、可以異議、可以修正、可以課責的公權力過程。</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二、臺灣制度拼圖與上線判定的缺口</w:t>
      </w:r>
    </w:p>
    <w:p w:rsidR="00182F3B" w:rsidRDefault="00137C0F">
      <w:pPr>
        <w:ind w:firstLine="346"/>
        <w:rPr>
          <w:lang w:eastAsia="zh-TW"/>
        </w:rPr>
      </w:pPr>
      <w:r>
        <w:rPr>
          <w:lang w:eastAsia="zh-TW"/>
        </w:rPr>
        <w:t>臺灣其實已經有 AI 治理制度。總統於 2026 年 1 月 14 日公布《人工智慧基本法》（華總一義字第11500001671號），確立了人類自主、隱私與資料治理、資安與安全、透明與可解釋、公平與不歧視、問責等原則；數位發展部也在 2026 年 7 月 7 日發布《人工智慧風險分類框架》（v1.0），提供盤點應用情境、識別風險、評估風險與應對風險的共同流程。工程會則負責政府採購規則、標準契約與驗收程序；各目的事業主管機關另依地政、稅務、矯正、社福等領域法規，負責行政處分、內控與救濟。這些制度各有各的功能，本文不否定它們，也不打算用一套新表格取代它們。</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本文真正要檢驗的，不是臺灣有沒有任何一種上線前程序，而是這些既有制度拼在一起，能不能在具體的高暴露案件中，直接回答「這套 AI 輔助行政決定系統，現在能不能上線」。風險框架提供跨部會共同語言，技術評測可以檢驗部分模型表現，採購驗收可以確認廠商是否交付，目的事業主管機關則依業務性質負責使用規範與內控。但目前還需要以個案文件確認：這些程序是否已經把前端問題定義、供應商可交付的證據、承辦人覆寫、個案理由、人民異議、版本變更與退場安排，接進同一項決定裡。</w:t>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rPr>
          <w:lang w:eastAsia="zh-TW"/>
        </w:rPr>
      </w:pPr>
      <w:r>
        <w:rPr>
          <w:lang w:eastAsia="zh-TW"/>
        </w:rPr>
        <w:t>這裡先作一項聲明：本文所稱的 OAC，是一種分析原型與共同追問清單，不創設任何新的外部法律效果，沒有強制執行力，也不會取代前面提到的任何一項現有法制或程序的法定效力。它唯一的功能，是用來診斷既有程序在哪裡還不能連續回答「這套系統現在能不能上線」，並標示出應該由哪一個既有機制來補足——而不是另立一套具有規範效力的准入審查。</w:t>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個問題不能簡化成「政府採購單位有沒有做好」。採購制度可以幫機關在契約上取得資訊、稽核、停止、版本與可攜等控制條件，但無法代替領域主管機關，判斷土地登記、稅捐選查或矯正監控是否符合法定目的與人民權利。本文提出的 OAC，不是已具法律效力的新審查程序，也不預設要由中央或任何單一部會建置；它是一個分析原型，用來辨識既有流程在哪裡能、在哪裡不能，連續回答上線資格的問題。</w:t>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近年的制度動向也顯示，政府已經開始針對不同環節補強。數發部發布了供各機關參考的《公部門人工智慧應用參考手冊》，並在試辦後持續滾動調整；新北市政府的 AI 作業指引，要求先界定業務問題與資料狀況，高風險用途還要送資安實驗室或 AIEC 驗測——但具體適用範圍與例外情形，仍以各版本作業指引的最新規定為準。這些措施對導入前評估與技術安全，確實有實質意義。本文不預設它們一定不足，而是用後面提出的 OAC 原型來檢驗：通過技術驗測後，系統是否同時具備個案理由、人工覆寫、框定異議（即對問題與資料如何被界定提出質疑）與救濟回饋的能力；如果還沒有，應該由哪一個既有程序來補足。</w:t>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反面經驗更凸顯了這個空隙。第一個例子：法務部矯正署的智慧監控系統，曾經因為告警過多而關閉功能。問題不只在模型表現，也在介面整合、告警範圍設定、人工承接與停止後的替代流程，這些都沒有被一起檢驗過（審計部，2024）。個案的實際成因，仍需另外以文件、訪談與時間序列證據判定；本文只把它當作「斷裂可能長什麼樣子」的例示，不是因果證明。第二個例子：財政部關務署的 AI 輔助緝私系統，被指出警示過於頻繁，模型版本與再訓練監控也不足，後來才開始規劃模型管理、異動紀錄與資料驗證（審計部，2025）。這是否源於採購條件、人力配置或模型設計，同樣有待個案文件確認，本文不預先歸因。第三個例子：桃園市環保局購置 AI 辨識設備後，被審計指出沒有建立驗收標準與程序，後來才承諾補強履約與設置策略（審計部，2025）；這個案例也只是「驗收與上線程序脫節」的例示，具體成因同樣有待個案證據判定。本文不是要用這些案例，全面否定各機關的改善努力。它們只是提醒：如果技術測試、採購驗收、持續監控與行政責任，沒有在系統上線前被有效串接起來，補救工作可能要拖到告警失靈、版本失控，或外部審計介入之後，才會開始。</w:t>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
    <w:p w:rsidR="00182F3B" w:rsidRDefault="00137C0F" w:rsidP="00093B7A">
      <w:pPr>
        <w:ind w:firstLineChars="129" w:firstLine="284"/>
        <w:rPr>
          <w:lang w:eastAsia="zh-TW"/>
        </w:rPr>
      </w:pPr>
      <w:r>
        <w:rPr>
          <w:lang w:eastAsia="zh-TW"/>
        </w:rPr>
        <w:t>就『三問』而言，現有的制度拼圖各自能回答一部分：《人工智慧基本法》與風險分類框架，界定了應盤點風險、訂定內控的原則性義務，回答了第一問的一部分；採購驗收與各機關作業指引，可以確認技術指標與交付內容是否達標，回答了第二問的一部分；審計部的個案審核意見，則大多是在系統已經上線、甚至已經引發爭議之後，才回頭檢視告警設計與人工承接——這是對第三問的事後補救，而不是事前設計。目前公開資訊還不足以確認的是：這些程序是否已經被同一份文件、同一次會議，或同一個負責窗口串接起來——這正是陸節 OAC 原型（見陸、一節之對照說明）要具體檢驗的空隙。以下各項法制與文件的正式名稱、發布日期與適用範圍，均以本文定稿時的公開資訊為準，建議讀者引用前另行確認最新版本。</w:t>
      </w:r>
      <w:bookmarkStart w:id="1" w:name="_GoBack"/>
      <w:bookmarkEnd w:id="1"/>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三、法學與資訊法已辨識的缺口：從權利主張到行政介面</w:t>
      </w:r>
    </w:p>
    <w:p w:rsidR="00182F3B" w:rsidRDefault="00137C0F">
      <w:pPr>
        <w:ind w:firstLine="346"/>
        <w:rPr>
          <w:lang w:eastAsia="zh-TW"/>
        </w:rPr>
      </w:pPr>
      <w:r>
        <w:rPr>
          <w:lang w:eastAsia="zh-TW"/>
        </w:rPr>
        <w:t>近年法學與資訊法研究已相當具體地指出相關缺口，本文的貢獻建立在這些既有成果之上。自動化決策的請求解釋權仍有法源與實效爭議，個人權利須與系統性監督並行（何之行、游婷羽，2026）。自動化行政決定的容許範圍、理由說明義務與個資法適用尚待具體化（張志偉，2025）。科技正當法律程序面對黑箱、欠缺稽核軌跡與自動化偏誤時，不能只滿足於名義上的人類參與（劉靜怡，2025）。資策會科技法律研究所長期整理比較法與國內法制，指出我國個資保護法對自動化決策等數位權利仍有規範缺口。它也持續引介重大自動化決策的事前影響評估、可理解資訊、異議與獨立審查等保障。</w:t>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p>
    <w:p w:rsidR="00182F3B" w:rsidRDefault="00137C0F">
      <w:pPr>
        <w:spacing w:before="120" w:after="60"/>
        <w:rPr>
          <w:lang w:eastAsia="zh-TW"/>
        </w:rPr>
      </w:pPr>
      <w:r>
        <w:rPr>
          <w:rFonts w:ascii="Noto Sans CJK TC" w:eastAsia="Noto Sans CJK TC" w:hAnsi="Noto Sans CJK TC"/>
          <w:lang w:eastAsia="zh-TW"/>
        </w:rPr>
        <w:t>法學與資訊法已針對請求解釋權的法源與實效、自動化決定的容許性與理由義務、正當法律程序、我國個資法規範缺口，以及高風險 AI 的生命週期人權評估，提出具體警示。本文在每一項下方均加註「不應越界的判斷」，並轉譯為情境建構鏈（即：問題如何被界定、資料如何被選定與分類的前端決定過程）、權威鏈、理由鏈上可查核的證據項目（完整對照見下表1）。</w:t>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r>
        <w:rPr>
          <w:rFonts w:ascii="Noto Sans CJK TC" w:eastAsia="Noto Sans CJK TC" w:hAnsi="Noto Sans CJK TC"/>
          <w:lang w:eastAsia="zh-TW"/>
        </w:rPr>
      </w:r>
      <w:r>
        <w:rPr>
          <w:rFonts w:ascii="Noto Sans CJK TC" w:eastAsia="Noto Sans CJK TC" w:hAnsi="Noto Sans CJK TC"/>
          <w:lang w:eastAsia="zh-TW"/>
        </w:rPr>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proofErr w:type="gramStart"/>
      <w:r>
        <w:rPr>
          <w:rFonts w:ascii="Noto Sans CJK TC" w:eastAsia="Noto Sans CJK TC" w:hAnsi="Noto Sans CJK TC"/>
          <w:lang w:eastAsia="zh-TW"/>
        </w:rPr>
      </w:r>
      <w:proofErr w:type="gramEnd"/>
      <w:r>
        <w:rPr>
          <w:rFonts w:ascii="Noto Sans CJK TC" w:eastAsia="Noto Sans CJK TC" w:hAnsi="Noto Sans CJK TC"/>
          <w:lang w:eastAsia="zh-TW"/>
        </w:rPr>
      </w:r>
      <w:r>
        <w:rPr>
          <w:rFonts w:ascii="Noto Sans CJK TC" w:eastAsia="Noto Sans CJK TC" w:hAnsi="Noto Sans CJK TC"/>
          <w:lang w:eastAsia="zh-TW"/>
        </w:rPr>
      </w:r>
      <w:r>
        <w:rPr>
          <w:rFonts w:ascii="Noto Sans CJK TC" w:eastAsia="Noto Sans CJK TC" w:hAnsi="Noto Sans CJK TC"/>
          <w:lang w:eastAsia="zh-TW"/>
        </w:rPr>
      </w:r>
    </w:p>
    <w:p w:rsidR="00182F3B" w:rsidRDefault="00137C0F">
      <w:pPr>
        <w:pStyle w:val="Heading2"/>
        <w:rPr>
          <w:lang w:eastAsia="zh-TW"/>
        </w:rPr>
      </w:pPr>
      <w:r>
        <w:rPr>
          <w:lang w:eastAsia="zh-TW"/>
        </w:rPr>
        <w:t>表</w:t>
      </w:r>
      <w:r>
        <w:rPr>
          <w:lang w:eastAsia="zh-TW"/>
        </w:rPr>
        <w:t xml:space="preserve"> 1</w:t>
      </w:r>
      <w:r>
        <w:rPr>
          <w:lang w:eastAsia="zh-TW"/>
        </w:rPr>
        <w:t xml:space="preserve">　法學與資訊法已辨識的制度缺口及其公共行政轉譯</w:t>
      </w:r>
    </w:p>
    <w:tbl>
      <w:tblPr>
        <w:tblStyle w:val="TableGrid"/>
        <w:tblW w:w="0" w:type="auto"/>
        <w:jc w:val="center"/>
        <w:tblLook w:val="04A0" w:firstRow="1" w:lastRow="0" w:firstColumn="1" w:lastColumn="0" w:noHBand="0" w:noVBand="1"/>
      </w:tblPr>
      <w:tblGrid>
        <w:gridCol w:w="2588"/>
        <w:gridCol w:w="2193"/>
        <w:gridCol w:w="2383"/>
        <w:gridCol w:w="2816"/>
      </w:tblGrid>
      <w:tr w:rsidR="00182F3B">
        <w:trPr>
          <w:jc w:val="center"/>
        </w:trPr>
        <w:tc>
          <w:tcPr>
            <w:tcW w:w="2664"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法學／資訊法已指出的問題</w:t>
            </w:r>
          </w:p>
        </w:tc>
        <w:tc>
          <w:tcPr>
            <w:tcW w:w="2232"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代表文獻或制度研究</w:t>
            </w:r>
            <w:proofErr w:type="spellEnd"/>
          </w:p>
        </w:tc>
        <w:tc>
          <w:tcPr>
            <w:tcW w:w="2448" w:type="dxa"/>
            <w:shd w:val="clear" w:color="auto" w:fill="D9EAF7"/>
            <w:vAlign w:val="center"/>
          </w:tcPr>
          <w:p w:rsidR="00182F3B" w:rsidRDefault="00137C0F">
            <w:pPr>
              <w:spacing w:before="40" w:after="40"/>
            </w:pPr>
            <w:r>
              <w:rPr>
                <w:rFonts w:ascii="Noto Sans CJK TC" w:eastAsia="Noto Sans CJK TC" w:hAnsi="Noto Sans CJK TC"/>
                <w:b/>
                <w:sz w:val="18"/>
              </w:rPr>
              <w:t>本文不應越界的判斷</w:t>
            </w:r>
          </w:p>
        </w:tc>
        <w:tc>
          <w:tcPr>
            <w:tcW w:w="2880"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第十七篇的公共行政轉譯</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請求解釋權未必足以單獨對抗黑箱；需個人權利與系統性監督。</w:t>
            </w:r>
          </w:p>
        </w:tc>
        <w:tc>
          <w:tcPr>
            <w:tcW w:w="2232" w:type="dxa"/>
            <w:vAlign w:val="center"/>
          </w:tcPr>
          <w:p w:rsidR="00182F3B" w:rsidRDefault="00137C0F">
            <w:pPr>
              <w:spacing w:before="40" w:after="40"/>
            </w:pPr>
            <w:r>
              <w:rPr>
                <w:rFonts w:ascii="Noto Sans CJK TC" w:eastAsia="Noto Sans CJK TC" w:hAnsi="Noto Sans CJK TC"/>
                <w:sz w:val="18"/>
              </w:rPr>
              <w:t>何之行、游婷羽（</w:t>
            </w:r>
            <w:r>
              <w:rPr>
                <w:rFonts w:ascii="Noto Sans CJK TC" w:eastAsia="Noto Sans CJK TC" w:hAnsi="Noto Sans CJK TC"/>
                <w:sz w:val="18"/>
              </w:rPr>
              <w:t>2026</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不把「解釋」簡化為交付</w:t>
            </w:r>
            <w:r>
              <w:rPr>
                <w:rFonts w:ascii="Noto Sans CJK TC" w:eastAsia="Noto Sans CJK TC" w:hAnsi="Noto Sans CJK TC"/>
                <w:sz w:val="18"/>
                <w:lang w:eastAsia="zh-TW"/>
              </w:rPr>
              <w:t xml:space="preserve"> SHAP </w:t>
            </w:r>
            <w:r>
              <w:rPr>
                <w:rFonts w:ascii="Noto Sans CJK TC" w:eastAsia="Noto Sans CJK TC" w:hAnsi="Noto Sans CJK TC"/>
                <w:sz w:val="18"/>
                <w:lang w:eastAsia="zh-TW"/>
              </w:rPr>
              <w:t>圖或單一個案回覆。</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理由鏈：個案理由文件</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邏輯重建文件，並由系統性稽核驗證。</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自動化行政決定的容許性、理由義務與</w:t>
            </w:r>
            <w:proofErr w:type="gramStart"/>
            <w:r>
              <w:rPr>
                <w:rFonts w:ascii="Noto Sans CJK TC" w:eastAsia="Noto Sans CJK TC" w:hAnsi="Noto Sans CJK TC"/>
                <w:sz w:val="18"/>
                <w:lang w:eastAsia="zh-TW"/>
              </w:rPr>
              <w:t>個</w:t>
            </w:r>
            <w:proofErr w:type="gramEnd"/>
            <w:r>
              <w:rPr>
                <w:rFonts w:ascii="Noto Sans CJK TC" w:eastAsia="Noto Sans CJK TC" w:hAnsi="Noto Sans CJK TC"/>
                <w:sz w:val="18"/>
                <w:lang w:eastAsia="zh-TW"/>
              </w:rPr>
              <w:t>資法適用仍待具體化。</w:t>
            </w:r>
          </w:p>
        </w:tc>
        <w:tc>
          <w:tcPr>
            <w:tcW w:w="2232" w:type="dxa"/>
            <w:vAlign w:val="center"/>
          </w:tcPr>
          <w:p w:rsidR="00182F3B" w:rsidRDefault="00137C0F">
            <w:pPr>
              <w:spacing w:before="40" w:after="40"/>
            </w:pPr>
            <w:r>
              <w:rPr>
                <w:rFonts w:ascii="Noto Sans CJK TC" w:eastAsia="Noto Sans CJK TC" w:hAnsi="Noto Sans CJK TC"/>
                <w:sz w:val="18"/>
              </w:rPr>
              <w:t>張志偉（</w:t>
            </w:r>
            <w:r>
              <w:rPr>
                <w:rFonts w:ascii="Noto Sans CJK TC" w:eastAsia="Noto Sans CJK TC" w:hAnsi="Noto Sans CJK TC"/>
                <w:sz w:val="18"/>
              </w:rPr>
              <w:t>2025</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不以技術可行性推定具有行政法上的授權與正當性。</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權威鏈／理由鏈：法定授權</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實質影響力對照，並保留可實質覆寫的人工作用。</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黑箱、無稽核軌跡與</w:t>
            </w:r>
            <w:proofErr w:type="gramStart"/>
            <w:r>
              <w:rPr>
                <w:rFonts w:ascii="Noto Sans CJK TC" w:eastAsia="Noto Sans CJK TC" w:hAnsi="Noto Sans CJK TC"/>
                <w:sz w:val="18"/>
                <w:lang w:eastAsia="zh-TW"/>
              </w:rPr>
              <w:t>自動化偏誤</w:t>
            </w:r>
            <w:proofErr w:type="gramEnd"/>
            <w:r>
              <w:rPr>
                <w:rFonts w:ascii="Noto Sans CJK TC" w:eastAsia="Noto Sans CJK TC" w:hAnsi="Noto Sans CJK TC"/>
                <w:sz w:val="18"/>
                <w:lang w:eastAsia="zh-TW"/>
              </w:rPr>
              <w:t>，會掏空事後聽證與救濟。</w:t>
            </w:r>
          </w:p>
        </w:tc>
        <w:tc>
          <w:tcPr>
            <w:tcW w:w="2232" w:type="dxa"/>
            <w:vAlign w:val="center"/>
          </w:tcPr>
          <w:p w:rsidR="00182F3B" w:rsidRDefault="00137C0F">
            <w:pPr>
              <w:spacing w:before="40" w:after="40"/>
            </w:pPr>
            <w:r>
              <w:rPr>
                <w:rFonts w:ascii="Noto Sans CJK TC" w:eastAsia="Noto Sans CJK TC" w:hAnsi="Noto Sans CJK TC"/>
                <w:sz w:val="18"/>
              </w:rPr>
              <w:t>劉靜怡（</w:t>
            </w:r>
            <w:r>
              <w:rPr>
                <w:rFonts w:ascii="Noto Sans CJK TC" w:eastAsia="Noto Sans CJK TC" w:hAnsi="Noto Sans CJK TC"/>
                <w:sz w:val="18"/>
              </w:rPr>
              <w:t>2025</w:t>
            </w:r>
            <w:r>
              <w:rPr>
                <w:rFonts w:ascii="Noto Sans CJK TC" w:eastAsia="Noto Sans CJK TC" w:hAnsi="Noto Sans CJK TC"/>
                <w:sz w:val="18"/>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不以形式人類簽核視為已完成正當程序。</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責任鏈：版本、資料、異議與覆核軌跡；高暴露案件的獨立審查與效果檢驗。</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我國</w:t>
            </w:r>
            <w:proofErr w:type="gramStart"/>
            <w:r>
              <w:rPr>
                <w:rFonts w:ascii="Noto Sans CJK TC" w:eastAsia="Noto Sans CJK TC" w:hAnsi="Noto Sans CJK TC"/>
                <w:sz w:val="18"/>
                <w:lang w:eastAsia="zh-TW"/>
              </w:rPr>
              <w:t>個</w:t>
            </w:r>
            <w:proofErr w:type="gramEnd"/>
            <w:r>
              <w:rPr>
                <w:rFonts w:ascii="Noto Sans CJK TC" w:eastAsia="Noto Sans CJK TC" w:hAnsi="Noto Sans CJK TC"/>
                <w:sz w:val="18"/>
                <w:lang w:eastAsia="zh-TW"/>
              </w:rPr>
              <w:t>資法對自動化決策等數位權利仍有規範缺口；比較法強調事前評估、資訊、異議與獨立審查。</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資策會科技法律研究所</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無日期；</w:t>
            </w:r>
            <w:r>
              <w:rPr>
                <w:rFonts w:ascii="Noto Sans CJK TC" w:eastAsia="Noto Sans CJK TC" w:hAnsi="Noto Sans CJK TC"/>
                <w:sz w:val="18"/>
                <w:lang w:eastAsia="zh-TW"/>
              </w:rPr>
              <w:t>2025</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不把個資合</w:t>
            </w:r>
            <w:proofErr w:type="gramStart"/>
            <w:r>
              <w:rPr>
                <w:rFonts w:ascii="Noto Sans CJK TC" w:eastAsia="Noto Sans CJK TC" w:hAnsi="Noto Sans CJK TC"/>
                <w:sz w:val="18"/>
                <w:lang w:eastAsia="zh-TW"/>
              </w:rPr>
              <w:t>規</w:t>
            </w:r>
            <w:proofErr w:type="gramEnd"/>
            <w:r>
              <w:rPr>
                <w:rFonts w:ascii="Noto Sans CJK TC" w:eastAsia="Noto Sans CJK TC" w:hAnsi="Noto Sans CJK TC"/>
                <w:sz w:val="18"/>
                <w:lang w:eastAsia="zh-TW"/>
              </w:rPr>
              <w:t>等同於行政裁量與公共目的已正當化。</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情境</w:t>
            </w:r>
            <w:proofErr w:type="gramStart"/>
            <w:r>
              <w:rPr>
                <w:rFonts w:ascii="Noto Sans CJK TC" w:eastAsia="Noto Sans CJK TC" w:hAnsi="Noto Sans CJK TC"/>
                <w:sz w:val="18"/>
                <w:lang w:eastAsia="zh-TW"/>
              </w:rPr>
              <w:t>建構鏈</w:t>
            </w:r>
            <w:proofErr w:type="gramEnd"/>
            <w:r>
              <w:rPr>
                <w:rFonts w:ascii="Noto Sans CJK TC" w:eastAsia="Noto Sans CJK TC" w:hAnsi="Noto Sans CJK TC"/>
                <w:sz w:val="18"/>
                <w:lang w:eastAsia="zh-TW"/>
              </w:rPr>
              <w:t>：資料邊界、代理變項、排除資料與法定目的之</w:t>
            </w:r>
            <w:proofErr w:type="gramStart"/>
            <w:r>
              <w:rPr>
                <w:rFonts w:ascii="Noto Sans CJK TC" w:eastAsia="Noto Sans CJK TC" w:hAnsi="Noto Sans CJK TC"/>
                <w:sz w:val="18"/>
                <w:lang w:eastAsia="zh-TW"/>
              </w:rPr>
              <w:t>連結須可重建</w:t>
            </w:r>
            <w:proofErr w:type="gramEnd"/>
            <w:r>
              <w:rPr>
                <w:rFonts w:ascii="Noto Sans CJK TC" w:eastAsia="Noto Sans CJK TC" w:hAnsi="Noto Sans CJK TC"/>
                <w:sz w:val="18"/>
                <w:lang w:eastAsia="zh-TW"/>
              </w:rPr>
              <w:t>。</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高風險</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的人權風險應作生命週期評估；無法有效減緩者不應導入。</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國家人權委員會（</w:t>
            </w:r>
            <w:r>
              <w:rPr>
                <w:rFonts w:ascii="Noto Sans CJK TC" w:eastAsia="Noto Sans CJK TC" w:hAnsi="Noto Sans CJK TC"/>
                <w:sz w:val="18"/>
                <w:lang w:eastAsia="zh-TW"/>
              </w:rPr>
              <w:t>2025</w:t>
            </w:r>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不讓影響評估淪為機關自評或勾選式程序。</w:t>
            </w:r>
          </w:p>
        </w:tc>
        <w:tc>
          <w:tcPr>
            <w:tcW w:w="2880" w:type="dxa"/>
            <w:vAlign w:val="center"/>
          </w:tcPr>
          <w:p w:rsidR="00182F3B" w:rsidRDefault="00137C0F">
            <w:pPr>
              <w:spacing w:before="40" w:after="40"/>
            </w:pPr>
            <w:proofErr w:type="spellStart"/>
            <w:r>
              <w:rPr>
                <w:rFonts w:ascii="Noto Sans CJK TC" w:eastAsia="Noto Sans CJK TC" w:hAnsi="Noto Sans CJK TC"/>
                <w:sz w:val="18"/>
              </w:rPr>
              <w:t>Go</w:t>
            </w:r>
            <w:r>
              <w:rPr>
                <w:rFonts w:ascii="Noto Sans CJK TC" w:eastAsia="Noto Sans CJK TC" w:hAnsi="Noto Sans CJK TC"/>
                <w:sz w:val="18"/>
              </w:rPr>
              <w:t>／</w:t>
            </w:r>
            <w:r>
              <w:rPr>
                <w:rFonts w:ascii="Noto Sans CJK TC" w:eastAsia="Noto Sans CJK TC" w:hAnsi="Noto Sans CJK TC"/>
                <w:sz w:val="18"/>
              </w:rPr>
              <w:t>Conditional</w:t>
            </w:r>
            <w:r>
              <w:rPr>
                <w:rFonts w:ascii="Noto Sans CJK TC" w:eastAsia="Noto Sans CJK TC" w:hAnsi="Noto Sans CJK TC"/>
                <w:sz w:val="18"/>
              </w:rPr>
              <w:t>／</w:t>
            </w:r>
            <w:r>
              <w:rPr>
                <w:rFonts w:ascii="Noto Sans CJK TC" w:eastAsia="Noto Sans CJK TC" w:hAnsi="Noto Sans CJK TC"/>
                <w:sz w:val="18"/>
              </w:rPr>
              <w:t>No-Go</w:t>
            </w:r>
            <w:r>
              <w:rPr>
                <w:rFonts w:ascii="Noto Sans CJK TC" w:eastAsia="Noto Sans CJK TC" w:hAnsi="Noto Sans CJK TC"/>
                <w:sz w:val="18"/>
              </w:rPr>
              <w:t>：高暴露案</w:t>
            </w:r>
            <w:r>
              <w:rPr>
                <w:rFonts w:ascii="Noto Sans CJK TC" w:eastAsia="Noto Sans CJK TC" w:hAnsi="Noto Sans CJK TC"/>
                <w:sz w:val="18"/>
              </w:rPr>
              <w:t>件需人權影響評估、利害關係人意見及可驗證的退場條件</w:t>
            </w:r>
            <w:proofErr w:type="spellEnd"/>
            <w:r>
              <w:rPr>
                <w:rFonts w:ascii="Noto Sans CJK TC" w:eastAsia="Noto Sans CJK TC" w:hAnsi="Noto Sans CJK TC"/>
                <w:sz w:val="18"/>
              </w:rPr>
              <w:t>。</w:t>
            </w:r>
          </w:p>
        </w:tc>
      </w:tr>
      <w:tr w:rsidR="00182F3B">
        <w:trPr>
          <w:jc w:val="center"/>
        </w:trPr>
        <w:tc>
          <w:tcPr>
            <w:tcW w:w="2664" w:type="dxa"/>
            <w:vAlign w:val="center"/>
          </w:tcPr>
          <w:p w:rsidR="00182F3B" w:rsidRDefault="00137C0F">
            <w:pPr>
              <w:spacing w:before="40" w:after="40"/>
              <w:rPr>
                <w:lang w:eastAsia="zh-TW"/>
              </w:rPr>
            </w:pPr>
            <w:r>
              <w:rPr>
                <w:rFonts w:ascii="Noto Sans CJK TC" w:eastAsia="Noto Sans CJK TC" w:hAnsi="Noto Sans CJK TC"/>
                <w:sz w:val="18"/>
                <w:lang w:eastAsia="zh-TW"/>
              </w:rPr>
              <w:t>一般性基本法與分領域規範須相互銜接；否則可能出現規範真空或重疊。</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郭戎晉（</w:t>
            </w:r>
            <w:r>
              <w:rPr>
                <w:rFonts w:ascii="Noto Sans CJK TC" w:eastAsia="Noto Sans CJK TC" w:hAnsi="Noto Sans CJK TC"/>
                <w:sz w:val="18"/>
                <w:lang w:eastAsia="zh-TW"/>
              </w:rPr>
              <w:t>2020</w:t>
            </w:r>
            <w:r>
              <w:rPr>
                <w:rFonts w:ascii="Noto Sans CJK TC" w:eastAsia="Noto Sans CJK TC" w:hAnsi="Noto Sans CJK TC"/>
                <w:sz w:val="18"/>
                <w:lang w:eastAsia="zh-TW"/>
              </w:rPr>
              <w:t>）；賴文智、王文君（</w:t>
            </w:r>
            <w:r>
              <w:rPr>
                <w:rFonts w:ascii="Noto Sans CJK TC" w:eastAsia="Noto Sans CJK TC" w:hAnsi="Noto Sans CJK TC"/>
                <w:sz w:val="18"/>
                <w:lang w:eastAsia="zh-TW"/>
              </w:rPr>
              <w:t>2026</w:t>
            </w:r>
            <w:r>
              <w:rPr>
                <w:rFonts w:ascii="Noto Sans CJK TC" w:eastAsia="Noto Sans CJK TC" w:hAnsi="Noto Sans CJK TC"/>
                <w:sz w:val="18"/>
                <w:lang w:eastAsia="zh-TW"/>
              </w:rPr>
              <w:t>）。</w:t>
            </w:r>
          </w:p>
        </w:tc>
        <w:tc>
          <w:tcPr>
            <w:tcW w:w="244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不</w:t>
            </w:r>
            <w:proofErr w:type="gramEnd"/>
            <w:r>
              <w:rPr>
                <w:rFonts w:ascii="Noto Sans CJK TC" w:eastAsia="Noto Sans CJK TC" w:hAnsi="Noto Sans CJK TC"/>
                <w:sz w:val="18"/>
                <w:lang w:eastAsia="zh-TW"/>
              </w:rPr>
              <w:t>預設由工程會或任何單一部會承擔所有治理責任。</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共同最低</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由中央協調，目的事業主管機關設領域模組，採購體系將其契約化。</w:t>
            </w:r>
          </w:p>
        </w:tc>
      </w:tr>
    </w:tbl>
    <w:p w:rsidR="00182F3B" w:rsidRDefault="00182F3B">
      <w:pPr>
        <w:spacing w:after="20"/>
        <w:rPr>
          <w:lang w:eastAsia="zh-TW"/>
        </w:rPr>
      </w:pPr>
    </w:p>
    <w:p w:rsidR="00182F3B" w:rsidRDefault="00137C0F">
      <w:pPr>
        <w:ind w:firstLine="346"/>
        <w:rPr>
          <w:lang w:eastAsia="zh-TW"/>
        </w:rPr>
      </w:pPr>
      <w:r>
        <w:rPr>
          <w:lang w:eastAsia="zh-TW"/>
        </w:rPr>
        <w:t>表1最後一欄是本文的公共行政推論，而非宣稱前列作者或機構已提出 OAC。它的意義在於：法學與資訊法已經提供不可省略的權利、程序與監督基礎；第十七篇所補的是把這些基礎接入問題界定、採購、驗收、上線、變更與救濟回饋之間的行政介面。至於某一制度斷裂究竟來自政治取捨、跨機關權責、資源能力、供應商關係、行政疏失或其組合，必須以個案證據判斷。本文不會預先貼上單一因果標籤。</w:t>
      </w:r>
      <w:r>
        <w:rPr>
          <w:lang w:eastAsia="zh-TW"/>
        </w:rPr>
      </w:r>
      <w:r>
        <w:rPr>
          <w:lang w:eastAsia="zh-TW"/>
        </w:rPr>
      </w:r>
      <w:r>
        <w:rPr>
          <w:lang w:eastAsia="zh-TW"/>
        </w:rPr>
      </w:r>
      <w:r>
        <w:rPr>
          <w:lang w:eastAsia="zh-TW"/>
        </w:rPr>
      </w:r>
      <w:r>
        <w:rPr>
          <w:lang w:eastAsia="zh-TW"/>
        </w:rPr>
      </w:r>
    </w:p>
    <w:p w:rsidR="00182F3B" w:rsidRDefault="00137C0F">
      <w:pPr>
        <w:pStyle w:val="Heading2"/>
        <w:rPr>
          <w:lang w:eastAsia="zh-TW"/>
        </w:rPr>
      </w:pPr>
      <w:r>
        <w:rPr>
          <w:lang w:eastAsia="zh-TW"/>
        </w:rPr>
        <w:t>四、研究問題與範圍</w:t>
      </w:r>
    </w:p>
    <w:p w:rsidR="00182F3B" w:rsidRDefault="00137C0F">
      <w:pPr>
        <w:ind w:firstLine="346"/>
        <w:rPr>
          <w:lang w:eastAsia="zh-TW"/>
        </w:rPr>
      </w:pPr>
      <w:r>
        <w:rPr>
          <w:lang w:eastAsia="zh-TW"/>
        </w:rPr>
        <w:t>本文提出四項研究問題：（</w:t>
      </w:r>
      <w:r>
        <w:rPr>
          <w:lang w:eastAsia="zh-TW"/>
        </w:rPr>
        <w:t>1</w:t>
      </w:r>
      <w:r>
        <w:rPr>
          <w:lang w:eastAsia="zh-TW"/>
        </w:rPr>
        <w:t>）情境建</w:t>
      </w:r>
      <w:proofErr w:type="gramStart"/>
      <w:r>
        <w:rPr>
          <w:lang w:eastAsia="zh-TW"/>
        </w:rPr>
        <w:t>構鏈為何</w:t>
      </w:r>
      <w:proofErr w:type="gramEnd"/>
      <w:r>
        <w:rPr>
          <w:lang w:eastAsia="zh-TW"/>
        </w:rPr>
        <w:t>是</w:t>
      </w:r>
      <w:r>
        <w:rPr>
          <w:lang w:eastAsia="zh-TW"/>
        </w:rPr>
        <w:t xml:space="preserve"> AI </w:t>
      </w:r>
      <w:r>
        <w:rPr>
          <w:lang w:eastAsia="zh-TW"/>
        </w:rPr>
        <w:t>行政決定中最早、也最容易被遮蔽的治理斷裂點？（</w:t>
      </w:r>
      <w:r>
        <w:rPr>
          <w:lang w:eastAsia="zh-TW"/>
        </w:rPr>
        <w:t>2</w:t>
      </w:r>
      <w:r>
        <w:rPr>
          <w:lang w:eastAsia="zh-TW"/>
        </w:rPr>
        <w:t>）公共行政、資訊工程／資料科學、行政法／憲法、政治學與</w:t>
      </w:r>
      <w:r>
        <w:rPr>
          <w:lang w:eastAsia="zh-TW"/>
        </w:rPr>
        <w:t xml:space="preserve"> STS </w:t>
      </w:r>
      <w:r>
        <w:rPr>
          <w:lang w:eastAsia="zh-TW"/>
        </w:rPr>
        <w:t>各看見哪些部分，又遺</w:t>
      </w:r>
      <w:r>
        <w:rPr>
          <w:lang w:eastAsia="zh-TW"/>
        </w:rPr>
        <w:lastRenderedPageBreak/>
        <w:t>漏哪些</w:t>
      </w:r>
      <w:r>
        <w:rPr>
          <w:lang w:eastAsia="zh-TW"/>
        </w:rPr>
        <w:t>行政接點？（</w:t>
      </w:r>
      <w:r>
        <w:rPr>
          <w:lang w:eastAsia="zh-TW"/>
        </w:rPr>
        <w:t>3</w:t>
      </w:r>
      <w:r>
        <w:rPr>
          <w:lang w:eastAsia="zh-TW"/>
        </w:rPr>
        <w:t>）既有系列工具如何共同構成前端失效的診斷證據，而不互相競爭或重複計分？（</w:t>
      </w:r>
      <w:r>
        <w:rPr>
          <w:lang w:eastAsia="zh-TW"/>
        </w:rPr>
        <w:t>4</w:t>
      </w:r>
      <w:r>
        <w:rPr>
          <w:lang w:eastAsia="zh-TW"/>
        </w:rPr>
        <w:t>）如何把診斷轉化為跨科室可共同使用的上線前營運驗收標準？</w:t>
      </w:r>
    </w:p>
    <w:p w:rsidR="00182F3B" w:rsidRDefault="00137C0F">
      <w:pPr>
        <w:ind w:firstLine="346"/>
        <w:rPr>
          <w:lang w:eastAsia="zh-TW"/>
        </w:rPr>
      </w:pPr>
      <w:r>
        <w:rPr>
          <w:lang w:eastAsia="zh-TW"/>
        </w:rPr>
        <w:t>本文提出的是一項公共行政取向的「共同作業原型」。它不主張統合所有學門的理論分歧，也不把 OAC 當作全國通用的正式標準；它的作用是讓各專業在系統上線前，能對同一條情境建構鏈，提出不同但可以互相銜接的證據問題。</w:t>
      </w:r>
      <w:r>
        <w:rPr>
          <w:lang w:eastAsia="zh-TW"/>
        </w:rPr>
      </w:r>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本文在系列中的位置（速讀框）</w:t>
      </w:r>
    </w:p>
    <w:p w:rsidR="00182F3B" w:rsidRDefault="00137C0F" w:rsidP="00093B7A">
      <w:pPr>
        <w:ind w:firstLineChars="129" w:firstLine="284"/>
        <w:rPr>
          <w:lang w:eastAsia="zh-TW"/>
        </w:rPr>
      </w:pPr>
      <w:r>
        <w:rPr>
          <w:lang w:eastAsia="zh-TW"/>
        </w:rPr>
        <w:t>本文承接「</w:t>
      </w:r>
      <w:r>
        <w:rPr>
          <w:lang w:eastAsia="zh-TW"/>
        </w:rPr>
        <w:t>25</w:t>
      </w:r>
      <w:proofErr w:type="gramStart"/>
      <w:r>
        <w:rPr>
          <w:lang w:eastAsia="zh-TW"/>
        </w:rPr>
        <w:t>—</w:t>
      </w:r>
      <w:proofErr w:type="gramEnd"/>
      <w:r>
        <w:rPr>
          <w:lang w:eastAsia="zh-TW"/>
        </w:rPr>
        <w:t>3</w:t>
      </w:r>
      <w:proofErr w:type="gramStart"/>
      <w:r>
        <w:rPr>
          <w:lang w:eastAsia="zh-TW"/>
        </w:rPr>
        <w:t>—</w:t>
      </w:r>
      <w:proofErr w:type="gramEnd"/>
      <w:r>
        <w:rPr>
          <w:lang w:eastAsia="zh-TW"/>
        </w:rPr>
        <w:t>3</w:t>
      </w:r>
      <w:proofErr w:type="gramStart"/>
      <w:r>
        <w:rPr>
          <w:lang w:eastAsia="zh-TW"/>
        </w:rPr>
        <w:t>—</w:t>
      </w:r>
      <w:proofErr w:type="gramEnd"/>
      <w:r>
        <w:rPr>
          <w:lang w:eastAsia="zh-TW"/>
        </w:rPr>
        <w:t>4</w:t>
      </w:r>
      <w:proofErr w:type="gramStart"/>
      <w:r>
        <w:rPr>
          <w:lang w:eastAsia="zh-TW"/>
        </w:rPr>
        <w:t>—</w:t>
      </w:r>
      <w:proofErr w:type="gramEnd"/>
      <w:r>
        <w:rPr>
          <w:lang w:eastAsia="zh-TW"/>
        </w:rPr>
        <w:t>7</w:t>
      </w:r>
      <w:r>
        <w:rPr>
          <w:lang w:eastAsia="zh-TW"/>
        </w:rPr>
        <w:t>」母架構系列的第十七篇，但不要求讀者先讀完前作。可先</w:t>
      </w:r>
      <w:proofErr w:type="gramStart"/>
      <w:r>
        <w:rPr>
          <w:lang w:eastAsia="zh-TW"/>
        </w:rPr>
        <w:t>把前序研究</w:t>
      </w:r>
      <w:proofErr w:type="gramEnd"/>
      <w:r>
        <w:rPr>
          <w:lang w:eastAsia="zh-TW"/>
        </w:rPr>
        <w:t>理解成三項已知條件：第一，第一線公務員要有足夠資訊、權限</w:t>
      </w:r>
      <w:r>
        <w:rPr>
          <w:lang w:eastAsia="zh-TW"/>
        </w:rPr>
        <w:t>、資源與保障，才能對</w:t>
      </w:r>
      <w:r>
        <w:rPr>
          <w:lang w:eastAsia="zh-TW"/>
        </w:rPr>
        <w:t xml:space="preserve"> AI </w:t>
      </w:r>
      <w:r>
        <w:rPr>
          <w:lang w:eastAsia="zh-TW"/>
        </w:rPr>
        <w:t>建議說「不」；第二，政府必須在採購與契約中保有查問、稽核與停止供應商系統的能力；第三，透明、公正、負責</w:t>
      </w:r>
      <w:proofErr w:type="gramStart"/>
      <w:r>
        <w:rPr>
          <w:lang w:eastAsia="zh-TW"/>
        </w:rPr>
        <w:t>與課責</w:t>
      </w:r>
      <w:proofErr w:type="gramEnd"/>
      <w:r>
        <w:rPr>
          <w:lang w:eastAsia="zh-TW"/>
        </w:rPr>
        <w:t>不能只停留在口號，而要落在一條可追問的行政過程。本文只問：在這些條件之外，系統最初如何界定問題、以及這個界定如何一路影響人民，是否也被接住？</w:t>
      </w:r>
    </w:p>
    <w:p w:rsidR="00182F3B" w:rsidRDefault="00137C0F">
      <w:pPr>
        <w:pStyle w:val="Heading1"/>
        <w:rPr>
          <w:lang w:eastAsia="zh-TW"/>
        </w:rPr>
      </w:pPr>
      <w:r>
        <w:rPr>
          <w:lang w:eastAsia="zh-TW"/>
        </w:rPr>
        <w:t>貳、五種視角都看見了什麼，又遺漏了什麼</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2</w:t>
      </w:r>
      <w:r>
        <w:rPr>
          <w:rFonts w:ascii="Noto Sans CJK TC" w:eastAsia="Noto Sans CJK TC" w:hAnsi="Noto Sans CJK TC"/>
          <w:b/>
          <w:sz w:val="20"/>
          <w:lang w:eastAsia="zh-TW"/>
        </w:rPr>
        <w:t xml:space="preserve">　五個學門對</w:t>
      </w:r>
      <w:r>
        <w:rPr>
          <w:rFonts w:ascii="Noto Sans CJK TC" w:eastAsia="Noto Sans CJK TC" w:hAnsi="Noto Sans CJK TC"/>
          <w:b/>
          <w:sz w:val="20"/>
          <w:lang w:eastAsia="zh-TW"/>
        </w:rPr>
        <w:t xml:space="preserve"> AI </w:t>
      </w:r>
      <w:r>
        <w:rPr>
          <w:rFonts w:ascii="Noto Sans CJK TC" w:eastAsia="Noto Sans CJK TC" w:hAnsi="Noto Sans CJK TC"/>
          <w:b/>
          <w:sz w:val="20"/>
          <w:lang w:eastAsia="zh-TW"/>
        </w:rPr>
        <w:t>行政決定的視角與功能</w:t>
      </w:r>
    </w:p>
    <w:tbl>
      <w:tblPr>
        <w:tblStyle w:val="TableGrid"/>
        <w:tblW w:w="0" w:type="auto"/>
        <w:jc w:val="center"/>
        <w:tblLook w:val="04A0" w:firstRow="1" w:lastRow="0" w:firstColumn="1" w:lastColumn="0" w:noHBand="0" w:noVBand="1"/>
      </w:tblPr>
      <w:tblGrid>
        <w:gridCol w:w="1656"/>
        <w:gridCol w:w="1944"/>
        <w:gridCol w:w="3024"/>
        <w:gridCol w:w="2880"/>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視角</w:t>
            </w:r>
            <w:proofErr w:type="spellEnd"/>
          </w:p>
        </w:tc>
        <w:tc>
          <w:tcPr>
            <w:tcW w:w="1944" w:type="dxa"/>
            <w:shd w:val="clear" w:color="auto" w:fill="D9EAF7"/>
            <w:vAlign w:val="center"/>
          </w:tcPr>
          <w:p w:rsidR="00182F3B" w:rsidRDefault="00137C0F">
            <w:pPr>
              <w:spacing w:before="40" w:after="40"/>
            </w:pPr>
            <w:r>
              <w:rPr>
                <w:rFonts w:ascii="Noto Sans CJK TC" w:eastAsia="Noto Sans CJK TC" w:hAnsi="Noto Sans CJK TC"/>
                <w:b/>
                <w:sz w:val="18"/>
              </w:rPr>
              <w:t>主要看見什麼</w:t>
            </w:r>
          </w:p>
        </w:tc>
        <w:tc>
          <w:tcPr>
            <w:tcW w:w="3024" w:type="dxa"/>
            <w:shd w:val="clear" w:color="auto" w:fill="D9EAF7"/>
            <w:vAlign w:val="center"/>
          </w:tcPr>
          <w:p w:rsidR="00182F3B" w:rsidRDefault="00137C0F">
            <w:pPr>
              <w:spacing w:before="40" w:after="40"/>
            </w:pPr>
            <w:r>
              <w:rPr>
                <w:rFonts w:ascii="Noto Sans CJK TC" w:eastAsia="Noto Sans CJK TC" w:hAnsi="Noto Sans CJK TC"/>
                <w:b/>
                <w:sz w:val="18"/>
              </w:rPr>
              <w:t>若單獨使用的不足</w:t>
            </w:r>
          </w:p>
        </w:tc>
        <w:tc>
          <w:tcPr>
            <w:tcW w:w="2880" w:type="dxa"/>
            <w:shd w:val="clear" w:color="auto" w:fill="D9EAF7"/>
            <w:vAlign w:val="center"/>
          </w:tcPr>
          <w:p w:rsidR="00182F3B" w:rsidRDefault="00137C0F">
            <w:pPr>
              <w:spacing w:before="40" w:after="40"/>
            </w:pPr>
            <w:r>
              <w:rPr>
                <w:rFonts w:ascii="Noto Sans CJK TC" w:eastAsia="Noto Sans CJK TC" w:hAnsi="Noto Sans CJK TC"/>
                <w:b/>
                <w:sz w:val="18"/>
              </w:rPr>
              <w:t>本文保留的功能</w:t>
            </w:r>
          </w:p>
        </w:tc>
      </w:tr>
      <w:tr w:rsidR="00182F3B">
        <w:trPr>
          <w:jc w:val="center"/>
        </w:trPr>
        <w:tc>
          <w:tcPr>
            <w:tcW w:w="1656" w:type="dxa"/>
            <w:vAlign w:val="center"/>
          </w:tcPr>
          <w:p w:rsidR="00182F3B" w:rsidRDefault="00137C0F">
            <w:pPr>
              <w:spacing w:before="40" w:after="40"/>
            </w:pPr>
            <w:r>
              <w:rPr>
                <w:rFonts w:ascii="Noto Sans CJK TC" w:eastAsia="Noto Sans CJK TC" w:hAnsi="Noto Sans CJK TC"/>
                <w:sz w:val="18"/>
              </w:rPr>
              <w:t>資訊工程／資料科學</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資料代表性、效能、</w:t>
            </w:r>
            <w:proofErr w:type="gramStart"/>
            <w:r>
              <w:rPr>
                <w:rFonts w:ascii="Noto Sans CJK TC" w:eastAsia="Noto Sans CJK TC" w:hAnsi="Noto Sans CJK TC"/>
                <w:sz w:val="18"/>
                <w:lang w:eastAsia="zh-TW"/>
              </w:rPr>
              <w:t>偏誤</w:t>
            </w:r>
            <w:proofErr w:type="gramEnd"/>
            <w:r>
              <w:rPr>
                <w:rFonts w:ascii="Noto Sans CJK TC" w:eastAsia="Noto Sans CJK TC" w:hAnsi="Noto Sans CJK TC"/>
                <w:sz w:val="18"/>
                <w:lang w:eastAsia="zh-TW"/>
              </w:rPr>
              <w:t>、特徵重要性與</w:t>
            </w:r>
            <w:r>
              <w:rPr>
                <w:rFonts w:ascii="Noto Sans CJK TC" w:eastAsia="Noto Sans CJK TC" w:hAnsi="Noto Sans CJK TC"/>
                <w:sz w:val="18"/>
                <w:lang w:eastAsia="zh-TW"/>
              </w:rPr>
              <w:t xml:space="preserve"> XAI</w:t>
            </w:r>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可說明「輸出如何形成」，未必能決定行政問題是否應如此被定義。</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提供資料、代理變項、</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值與可重建性的技術證據。</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行政法／憲法</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授權、正當程序、理由說明、舉證責任與救濟。</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常</w:t>
            </w:r>
            <w:proofErr w:type="gramStart"/>
            <w:r>
              <w:rPr>
                <w:rFonts w:ascii="Noto Sans CJK TC" w:eastAsia="Noto Sans CJK TC" w:hAnsi="Noto Sans CJK TC"/>
                <w:sz w:val="18"/>
                <w:lang w:eastAsia="zh-TW"/>
              </w:rPr>
              <w:t>在框定已</w:t>
            </w:r>
            <w:proofErr w:type="gramEnd"/>
            <w:r>
              <w:rPr>
                <w:rFonts w:ascii="Noto Sans CJK TC" w:eastAsia="Noto Sans CJK TC" w:hAnsi="Noto Sans CJK TC"/>
                <w:sz w:val="18"/>
                <w:lang w:eastAsia="zh-TW"/>
              </w:rPr>
              <w:t>固化或傷害已發生後才取得介入點。</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界定技術設定何時成為須受法律拘束的行政判斷。</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政治學</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議程設定、權力移轉、民主正當性與排除。</w:t>
            </w:r>
          </w:p>
        </w:tc>
        <w:tc>
          <w:tcPr>
            <w:tcW w:w="3024"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較少落到</w:t>
            </w:r>
            <w:proofErr w:type="gramEnd"/>
            <w:r>
              <w:rPr>
                <w:rFonts w:ascii="Noto Sans CJK TC" w:eastAsia="Noto Sans CJK TC" w:hAnsi="Noto Sans CJK TC"/>
                <w:sz w:val="18"/>
                <w:lang w:eastAsia="zh-TW"/>
              </w:rPr>
              <w:t>誰在流程中可暫停、</w:t>
            </w:r>
            <w:proofErr w:type="gramStart"/>
            <w:r>
              <w:rPr>
                <w:rFonts w:ascii="Noto Sans CJK TC" w:eastAsia="Noto Sans CJK TC" w:hAnsi="Noto Sans CJK TC"/>
                <w:sz w:val="18"/>
                <w:lang w:eastAsia="zh-TW"/>
              </w:rPr>
              <w:t>重問</w:t>
            </w:r>
            <w:proofErr w:type="gramEnd"/>
            <w:r>
              <w:rPr>
                <w:rFonts w:ascii="Noto Sans CJK TC" w:eastAsia="Noto Sans CJK TC" w:hAnsi="Noto Sans CJK TC"/>
                <w:sz w:val="18"/>
                <w:lang w:eastAsia="zh-TW"/>
              </w:rPr>
              <w:t>與補正。</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辨識</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中的公共權力配置與參與缺口。</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科技社會學（</w:t>
            </w:r>
            <w:r>
              <w:rPr>
                <w:rFonts w:ascii="Noto Sans CJK TC" w:eastAsia="Noto Sans CJK TC" w:hAnsi="Noto Sans CJK TC"/>
                <w:sz w:val="18"/>
                <w:lang w:eastAsia="zh-TW"/>
              </w:rPr>
              <w:t>STS</w:t>
            </w:r>
            <w:r>
              <w:rPr>
                <w:rFonts w:ascii="Noto Sans CJK TC" w:eastAsia="Noto Sans CJK TC" w:hAnsi="Noto Sans CJK TC"/>
                <w:sz w:val="18"/>
                <w:lang w:eastAsia="zh-TW"/>
              </w:rPr>
              <w:t>）</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資料、分類、模型與使用者如何共同構成社會技術事實與權力。</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批判力強，但</w:t>
            </w:r>
            <w:proofErr w:type="gramStart"/>
            <w:r>
              <w:rPr>
                <w:rFonts w:ascii="Noto Sans CJK TC" w:eastAsia="Noto Sans CJK TC" w:hAnsi="Noto Sans CJK TC"/>
                <w:sz w:val="18"/>
                <w:lang w:eastAsia="zh-TW"/>
              </w:rPr>
              <w:t>不</w:t>
            </w:r>
            <w:proofErr w:type="gramEnd"/>
            <w:r>
              <w:rPr>
                <w:rFonts w:ascii="Noto Sans CJK TC" w:eastAsia="Noto Sans CJK TC" w:hAnsi="Noto Sans CJK TC"/>
                <w:sz w:val="18"/>
                <w:lang w:eastAsia="zh-TW"/>
              </w:rPr>
              <w:t>必然轉化為機關內部的責任節點。</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防止把情境</w:t>
            </w:r>
            <w:proofErr w:type="gramStart"/>
            <w:r>
              <w:rPr>
                <w:rFonts w:ascii="Noto Sans CJK TC" w:eastAsia="Noto Sans CJK TC" w:hAnsi="Noto Sans CJK TC"/>
                <w:sz w:val="18"/>
                <w:lang w:eastAsia="zh-TW"/>
              </w:rPr>
              <w:t>建構誤作</w:t>
            </w:r>
            <w:proofErr w:type="gramEnd"/>
            <w:r>
              <w:rPr>
                <w:rFonts w:ascii="Noto Sans CJK TC" w:eastAsia="Noto Sans CJK TC" w:hAnsi="Noto Sans CJK TC"/>
                <w:sz w:val="18"/>
                <w:lang w:eastAsia="zh-TW"/>
              </w:rPr>
              <w:t>中性的前置技術步驟。</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公共行政</w:t>
            </w:r>
            <w:proofErr w:type="spellEnd"/>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問題界定、裁量、組織分工、</w:t>
            </w:r>
            <w:proofErr w:type="gramStart"/>
            <w:r>
              <w:rPr>
                <w:rFonts w:ascii="Noto Sans CJK TC" w:eastAsia="Noto Sans CJK TC" w:hAnsi="Noto Sans CJK TC"/>
                <w:sz w:val="18"/>
                <w:lang w:eastAsia="zh-TW"/>
              </w:rPr>
              <w:t>課責與</w:t>
            </w:r>
            <w:proofErr w:type="gramEnd"/>
            <w:r>
              <w:rPr>
                <w:rFonts w:ascii="Noto Sans CJK TC" w:eastAsia="Noto Sans CJK TC" w:hAnsi="Noto Sans CJK TC"/>
                <w:sz w:val="18"/>
                <w:lang w:eastAsia="zh-TW"/>
              </w:rPr>
              <w:t>公共價值。</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若只停在形式簽核，也會忽略</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已先行移轉。</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作為整合立足點，把各種證據接回行政程序與組織責任。</w:t>
            </w:r>
          </w:p>
        </w:tc>
      </w:tr>
    </w:tbl>
    <w:p w:rsidR="00182F3B" w:rsidRDefault="00182F3B">
      <w:pPr>
        <w:spacing w:after="20"/>
        <w:rPr>
          <w:lang w:eastAsia="zh-TW"/>
        </w:rPr>
      </w:pPr>
    </w:p>
    <w:p w:rsidR="00182F3B" w:rsidRDefault="00137C0F">
      <w:pPr>
        <w:pStyle w:val="Heading2"/>
        <w:rPr>
          <w:lang w:eastAsia="zh-TW"/>
        </w:rPr>
      </w:pPr>
      <w:r>
        <w:rPr>
          <w:lang w:eastAsia="zh-TW"/>
        </w:rPr>
        <w:lastRenderedPageBreak/>
        <w:t>一、資訊工程／資料科學：能說明「怎麼算」，未必能說明「該不該這樣算」</w:t>
      </w:r>
    </w:p>
    <w:p w:rsidR="00182F3B" w:rsidRDefault="00137C0F" w:rsidP="00584087">
      <w:pPr>
        <w:ind w:firstLineChars="129" w:firstLine="284"/>
        <w:rPr>
          <w:lang w:eastAsia="zh-TW"/>
        </w:rPr>
      </w:pPr>
      <w:r>
        <w:rPr>
          <w:lang w:eastAsia="zh-TW"/>
        </w:rPr>
        <w:t>資訊工程與資料科學，提供了資料代表性、模型效能、特徵重要性與可解釋人工智慧（XAI）技術方面的核心證據，是回答「輸出是怎麼形成的」不可取代的視角。Chouldechova 等人（2018）對兒少保護篩案模型做的事前公平性測試顯示：就算統計指標還算可以接受，這類測試仍然只停留在輸出層次，無法回答代理變項與閾值的選擇，是否已經對應到法定要件與個案事實。換句話說，這個視角能提供框定邏輯「是否可以重建」的技術證據，卻無法單獨判斷框定本身有沒有公共行政正當性——這正是本文情境建構鏈要銜接的空隙。</w:t>
      </w:r>
      <w:r>
        <w:rPr>
          <w:lang w:eastAsia="zh-TW"/>
        </w:rPr>
      </w:r>
      <w:r>
        <w:rPr>
          <w:lang w:eastAsia="zh-TW"/>
        </w:rPr>
      </w:r>
      <w:proofErr w:type="spellStart"/>
      <w:r>
        <w:rPr>
          <w:lang w:eastAsia="zh-TW"/>
        </w:rPr>
      </w:r>
      <w:proofErr w:type="spellEnd"/>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二、行政法／憲法：常</w:t>
      </w:r>
      <w:proofErr w:type="gramStart"/>
      <w:r>
        <w:rPr>
          <w:lang w:eastAsia="zh-TW"/>
        </w:rPr>
        <w:t>在框定已</w:t>
      </w:r>
      <w:proofErr w:type="gramEnd"/>
      <w:r>
        <w:rPr>
          <w:lang w:eastAsia="zh-TW"/>
        </w:rPr>
        <w:t>固化後才取得介入點</w:t>
      </w:r>
    </w:p>
    <w:p w:rsidR="00182F3B" w:rsidRDefault="00137C0F" w:rsidP="00584087">
      <w:pPr>
        <w:ind w:firstLineChars="129" w:firstLine="284"/>
        <w:rPr>
          <w:lang w:eastAsia="zh-TW"/>
        </w:rPr>
      </w:pPr>
      <w:r>
        <w:rPr>
          <w:lang w:eastAsia="zh-TW"/>
        </w:rPr>
        <w:t>行政法與憲法研究，提供了授權、正當程序、理由說明義務、舉證責任與救濟等規範性判準。何之行、游婷羽（2026）指出，請求解釋權的法源與實效仍有爭議；張志偉（2025）指出，自動化行政決定的容許性與理由說明義務尚待具體化；劉靜怡（2025）則指出，科技正當法律程序不能只滿足於名義上的人類參與。這個視角的侷限不在規範內容不足，而在介入的時間點：多數法學工具（如訴願、行政訴訟）要等到決定作成、甚至傷害已經發生後才能啟動，很難觸及資料選擇與閾值劃定這些前端環節——這正是本文主張情境建構鏈必須被獨立辨識，而不能留給後端的理由鏈或責任鏈補救的原因。</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三、政治學：</w:t>
      </w:r>
      <w:proofErr w:type="gramStart"/>
      <w:r>
        <w:rPr>
          <w:lang w:eastAsia="zh-TW"/>
        </w:rPr>
        <w:t>較少落到</w:t>
      </w:r>
      <w:proofErr w:type="gramEnd"/>
      <w:r>
        <w:rPr>
          <w:lang w:eastAsia="zh-TW"/>
        </w:rPr>
        <w:t>誰在流程中可暫停、</w:t>
      </w:r>
      <w:proofErr w:type="gramStart"/>
      <w:r>
        <w:rPr>
          <w:lang w:eastAsia="zh-TW"/>
        </w:rPr>
        <w:t>重問與</w:t>
      </w:r>
      <w:proofErr w:type="gramEnd"/>
      <w:r>
        <w:rPr>
          <w:lang w:eastAsia="zh-TW"/>
        </w:rPr>
        <w:t>補正</w:t>
      </w:r>
    </w:p>
    <w:p w:rsidR="00182F3B" w:rsidRDefault="00137C0F" w:rsidP="00584087">
      <w:pPr>
        <w:ind w:firstLineChars="129" w:firstLine="284"/>
        <w:rPr>
          <w:lang w:eastAsia="zh-TW"/>
        </w:rPr>
      </w:pPr>
      <w:r>
        <w:rPr>
          <w:lang w:eastAsia="zh-TW"/>
        </w:rPr>
        <w:t>政治學視角關注議程設定、權力移轉與民主正當性，能指出「誰的問題被優先處理、誰的關切被排除在議程之外」。本文承接的系列研究（盧建旭，2026e）以國家前瞻議題建構為例，說明智庫壟斷與演算法提案，如何在政策形成階段就預先框限了公共討論的範圍。不過，這個視角比較少進一步追問：當議程設定的邏輯，下沉到個案層級的資料欄位與風險門檻時，行政體系內部究竟由誰有權要求重新界定問題、暫停系統運作，或補正錯誤。本文借用它對權力配置與參與缺口的敏感度，但把分析單位，收斂到可以在行政流程中被追問的具體節點。</w:t>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t>四、科技社會學（</w:t>
      </w:r>
      <w:r>
        <w:rPr>
          <w:lang w:eastAsia="zh-TW"/>
        </w:rPr>
        <w:t>STS</w:t>
      </w:r>
      <w:r>
        <w:rPr>
          <w:lang w:eastAsia="zh-TW"/>
        </w:rPr>
        <w:t>）：批判力強，但</w:t>
      </w:r>
      <w:proofErr w:type="gramStart"/>
      <w:r>
        <w:rPr>
          <w:lang w:eastAsia="zh-TW"/>
        </w:rPr>
        <w:t>不</w:t>
      </w:r>
      <w:proofErr w:type="gramEnd"/>
      <w:r>
        <w:rPr>
          <w:lang w:eastAsia="zh-TW"/>
        </w:rPr>
        <w:t>必然轉化為機關內部的責任節點</w:t>
      </w:r>
    </w:p>
    <w:p w:rsidR="00182F3B" w:rsidRDefault="00137C0F" w:rsidP="00584087">
      <w:pPr>
        <w:ind w:firstLineChars="129" w:firstLine="284"/>
        <w:rPr>
          <w:lang w:eastAsia="zh-TW"/>
        </w:rPr>
      </w:pPr>
      <w:r>
        <w:rPr>
          <w:lang w:eastAsia="zh-TW"/>
        </w:rPr>
        <w:t>科技社會學研究長期指出，資料、分類、模型與使用者共同構成社會技術事實，而不是中性的技術前置作業——Jasanoff（2004）對科學與社會秩序共同生產（co-production）的分析，正是這個洞見的理論基礎：技術分類本身就嵌入了特定的社會秩序安排，而不是對既有事實的中性再現。這個視角的貢獻，在於防止情境建構被誤認為單純的技術步驟；但它的批判大多停留在揭露層次，比較少進一步追問：當某個分類被證明是社會建構的產物、而不是中性事實時，行政體系內部應該由哪一個具名角色，負責重新檢視、修正或問責。本文把這個批判，轉譯為情境建構鏈上可以被稽核的證據項目。</w:t>
      </w:r>
      <w:proofErr w:type="gramStart"/>
      <w:r>
        <w:rPr>
          <w:lang w:eastAsia="zh-TW"/>
        </w:rPr>
      </w:r>
      <w:proofErr w:type="gramEnd"/>
      <w:r>
        <w:rPr>
          <w:lang w:eastAsia="zh-TW"/>
        </w:rPr>
      </w:r>
      <w:proofErr w:type="spellStart"/>
      <w:r>
        <w:rPr>
          <w:lang w:eastAsia="zh-TW"/>
        </w:rPr>
      </w:r>
      <w:r>
        <w:rPr>
          <w:lang w:eastAsia="zh-TW"/>
        </w:rPr>
      </w:r>
      <w:proofErr w:type="spell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lastRenderedPageBreak/>
        <w:t>五、公共行政：整合立足點，但也可能止於形式簽核</w:t>
      </w:r>
    </w:p>
    <w:p w:rsidR="00182F3B" w:rsidRDefault="00137C0F" w:rsidP="00584087">
      <w:pPr>
        <w:ind w:firstLineChars="129" w:firstLine="284"/>
      </w:pPr>
      <w:r>
        <w:rPr>
          <w:lang w:eastAsia="zh-TW"/>
        </w:rPr>
        <w:t>公共行政研究提供問題界定、裁量、組織分工、課責與公共價值等分析工具，也是本文用來整合前面四種視角的立足點——Lipsky（1980）對 street-level bureaucracy（街頭官僚）的經典討論提醒我們：規則就算訂得再完整，仍然要在資源限制與個案壓力中，由基層人員實際執行，這也是本文責任鏈關切的核心。不過，如果公共行政研究只停留在確認「最後是不是仍由承辦人核章」，同樣會忽略 P1（情境建構與事實認定權）早已在更早的階段完成移轉。因此，本文不把公共行政當成凌駕於其他四種視角之上的裁判者，而是讓各視角的證據，都能被接回同一條可以追問、可以課責的行政決定過程。</w:t>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本文所稱的「跨域」，不是把五種學門的術語堆成清單，而是要求每一個視角，都回答同一組行政問題：誰界定問題？根據什麼資料？什麼被排除？誰可以要求重建？誰可以拒絕採納？發生傷害時，結果能不能回饋到前端設定？如果沒有共同的程序載體，透明、公正、負責與課責，仍然只會是各自完整、卻彼此斷裂的宣示。</w:t>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這個整合問題，也可以和外部理論對話：街頭官僚、課責與 STS 研究既有的洞見，要怎麼被放進同一個可追問的行政決定，正是前面五個小節嘗試具體化的工作，這裡不再重複展開。</w:t>
      </w:r>
      <w:proofErr w:type="gramStart"/>
      <w:r>
        <w:rPr>
          <w:lang w:eastAsia="zh-TW"/>
        </w:rPr>
      </w:r>
      <w:proofErr w:type="gramEnd"/>
      <w:r>
        <w:rPr>
          <w:lang w:eastAsia="zh-TW"/>
        </w:rPr>
      </w:r>
      <w:r>
        <w:rPr>
          <w:lang w:eastAsia="zh-TW"/>
        </w:rPr>
      </w:r>
    </w:p>
    <w:p w:rsidR="00182F3B" w:rsidRDefault="00137C0F">
      <w:pPr>
        <w:pStyle w:val="Heading1"/>
        <w:rPr>
          <w:lang w:eastAsia="zh-TW"/>
        </w:rPr>
      </w:pPr>
      <w:r>
        <w:rPr>
          <w:lang w:eastAsia="zh-TW"/>
        </w:rPr>
        <w:t>參、碎片化如何成為治理鏈斷裂的來源</w:t>
      </w:r>
    </w:p>
    <w:p w:rsidR="00182F3B" w:rsidRDefault="00137C0F">
      <w:pPr>
        <w:ind w:firstLine="346"/>
        <w:rPr>
          <w:lang w:eastAsia="zh-TW"/>
        </w:rPr>
      </w:pPr>
      <w:r>
        <w:rPr>
          <w:lang w:eastAsia="zh-TW"/>
        </w:rPr>
        <w:t>先看一個簡化情境：地政機</w:t>
      </w:r>
      <w:r>
        <w:rPr>
          <w:lang w:eastAsia="zh-TW"/>
        </w:rPr>
        <w:t>關用</w:t>
      </w:r>
      <w:r>
        <w:rPr>
          <w:lang w:eastAsia="zh-TW"/>
        </w:rPr>
        <w:t xml:space="preserve"> AI </w:t>
      </w:r>
      <w:r>
        <w:rPr>
          <w:lang w:eastAsia="zh-TW"/>
        </w:rPr>
        <w:t>協助辨識印鑑或身分資料，系統把某些特徵標為「需要多查一次」。承辦人可以覆核最後結果，民眾也可以申訴；但若最初選了哪些資料、何種差異被當成風險，根本無從追問，後端的覆核與救濟就可能只是在處理系統已先畫好的邊界。本文的理論命題正是：當這種前端設定高度交由技術系統或供應商處理時，後端簽名、理由與救濟未必能碰到問題定義本身。經驗上，若情境、權威、理由或責任等環節缺少最低證據，便較可能出現</w:t>
      </w:r>
      <w:proofErr w:type="gramStart"/>
      <w:r>
        <w:rPr>
          <w:lang w:eastAsia="zh-TW"/>
        </w:rPr>
        <w:t>覆核錯位</w:t>
      </w:r>
      <w:proofErr w:type="gramEnd"/>
      <w:r>
        <w:rPr>
          <w:lang w:eastAsia="zh-TW"/>
        </w:rPr>
        <w:t>、邏輯無法重建或人民被迫自證的情形；這些都仍須由試點文件、異議統計、訪談與版本紀錄支持或推翻。</w:t>
      </w:r>
    </w:p>
    <w:p w:rsidR="00182F3B" w:rsidRDefault="00137C0F">
      <w:pPr>
        <w:pStyle w:val="Heading2"/>
        <w:rPr>
          <w:lang w:eastAsia="zh-TW"/>
        </w:rPr>
      </w:pPr>
      <w:r>
        <w:rPr>
          <w:lang w:eastAsia="zh-TW"/>
        </w:rPr>
        <w:t>一、先用一個簡</w:t>
      </w:r>
      <w:r>
        <w:rPr>
          <w:lang w:eastAsia="zh-TW"/>
        </w:rPr>
        <w:t>單地圖理解母架構</w:t>
      </w:r>
    </w:p>
    <w:p w:rsidR="00182F3B" w:rsidRDefault="00137C0F">
      <w:pPr>
        <w:ind w:firstLine="346"/>
        <w:rPr>
          <w:lang w:eastAsia="zh-TW"/>
        </w:rPr>
      </w:pPr>
      <w:r>
        <w:rPr>
          <w:lang w:eastAsia="zh-TW"/>
        </w:rPr>
        <w:t>本系列用</w:t>
      </w:r>
      <w:r>
        <w:rPr>
          <w:lang w:eastAsia="zh-TW"/>
        </w:rPr>
        <w:t xml:space="preserve"> P1</w:t>
      </w:r>
      <w:r>
        <w:rPr>
          <w:lang w:eastAsia="zh-TW"/>
        </w:rPr>
        <w:t>／</w:t>
      </w:r>
      <w:r>
        <w:rPr>
          <w:lang w:eastAsia="zh-TW"/>
        </w:rPr>
        <w:t>P2</w:t>
      </w:r>
      <w:r>
        <w:rPr>
          <w:lang w:eastAsia="zh-TW"/>
        </w:rPr>
        <w:t>／</w:t>
      </w:r>
      <w:r>
        <w:rPr>
          <w:lang w:eastAsia="zh-TW"/>
        </w:rPr>
        <w:t xml:space="preserve">P3 </w:t>
      </w:r>
      <w:r>
        <w:rPr>
          <w:lang w:eastAsia="zh-TW"/>
        </w:rPr>
        <w:t>區分</w:t>
      </w:r>
      <w:r>
        <w:rPr>
          <w:lang w:eastAsia="zh-TW"/>
        </w:rPr>
        <w:t xml:space="preserve"> AI </w:t>
      </w:r>
      <w:r>
        <w:rPr>
          <w:lang w:eastAsia="zh-TW"/>
        </w:rPr>
        <w:t>介入政府決定的三個位置：</w:t>
      </w:r>
      <w:r>
        <w:rPr>
          <w:lang w:eastAsia="zh-TW"/>
        </w:rPr>
        <w:t xml:space="preserve">P1 </w:t>
      </w:r>
      <w:r>
        <w:rPr>
          <w:lang w:eastAsia="zh-TW"/>
        </w:rPr>
        <w:t>是先決定什麼算事實、什麼算風險；</w:t>
      </w:r>
      <w:r>
        <w:rPr>
          <w:lang w:eastAsia="zh-TW"/>
        </w:rPr>
        <w:t xml:space="preserve">P2 </w:t>
      </w:r>
      <w:r>
        <w:rPr>
          <w:lang w:eastAsia="zh-TW"/>
        </w:rPr>
        <w:t>是在個案中建議或限制承辦人的裁量；</w:t>
      </w:r>
      <w:r>
        <w:rPr>
          <w:lang w:eastAsia="zh-TW"/>
        </w:rPr>
        <w:t xml:space="preserve">P3 </w:t>
      </w:r>
      <w:r>
        <w:rPr>
          <w:lang w:eastAsia="zh-TW"/>
        </w:rPr>
        <w:t>是讓這些判斷實際影響人民能否取得服務、權利或負擔。本文不要求讀者逐一操作所有代號，焦點只在最前面的</w:t>
      </w:r>
      <w:r>
        <w:rPr>
          <w:lang w:eastAsia="zh-TW"/>
        </w:rPr>
        <w:t xml:space="preserve"> P1</w:t>
      </w:r>
      <w:r>
        <w:rPr>
          <w:lang w:eastAsia="zh-TW"/>
        </w:rPr>
        <w:t>：技術設定如何先安排後來看得到的選項，並一路傳到人民身上。四條治理鏈與七項治理審計則在後文作為檢查這條路徑是否斷裂的工具。</w:t>
      </w:r>
    </w:p>
    <w:p w:rsidR="00182F3B" w:rsidRDefault="00137C0F">
      <w:pPr>
        <w:ind w:firstLine="346"/>
        <w:rPr>
          <w:lang w:eastAsia="zh-TW"/>
        </w:rPr>
      </w:pPr>
      <w:r>
        <w:rPr>
          <w:lang w:eastAsia="zh-TW"/>
        </w:rPr>
        <w:t>所謂「情境</w:t>
      </w:r>
      <w:proofErr w:type="gramStart"/>
      <w:r>
        <w:rPr>
          <w:lang w:eastAsia="zh-TW"/>
        </w:rPr>
        <w:t>建構鏈</w:t>
      </w:r>
      <w:proofErr w:type="gramEnd"/>
      <w:r>
        <w:rPr>
          <w:lang w:eastAsia="zh-TW"/>
        </w:rPr>
        <w:t>」，可以先理解為：從公共問題如何被命名，到資料怎麼選、分類怎麼設、風險門檻怎麼訂，</w:t>
      </w:r>
      <w:proofErr w:type="gramStart"/>
      <w:r>
        <w:rPr>
          <w:lang w:eastAsia="zh-TW"/>
        </w:rPr>
        <w:t>這一串前端</w:t>
      </w:r>
      <w:proofErr w:type="gramEnd"/>
      <w:r>
        <w:rPr>
          <w:lang w:eastAsia="zh-TW"/>
        </w:rPr>
        <w:t>決定。它不</w:t>
      </w:r>
      <w:r>
        <w:rPr>
          <w:lang w:eastAsia="zh-TW"/>
        </w:rPr>
        <w:t>是四條鏈中可有可無的一條；它排在權限、理由與責任之前。若這一步不透明、不可爭辯，後面即使有人簽名、寫理由或設申訴窗口，也可能只能處理一個早已被錯誤設定的問題。</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3</w:t>
      </w:r>
      <w:r>
        <w:rPr>
          <w:rFonts w:ascii="Noto Sans CJK TC" w:eastAsia="Noto Sans CJK TC" w:hAnsi="Noto Sans CJK TC"/>
          <w:b/>
          <w:sz w:val="20"/>
          <w:lang w:eastAsia="zh-TW"/>
        </w:rPr>
        <w:t xml:space="preserve">　情境</w:t>
      </w:r>
      <w:proofErr w:type="gramStart"/>
      <w:r>
        <w:rPr>
          <w:rFonts w:ascii="Noto Sans CJK TC" w:eastAsia="Noto Sans CJK TC" w:hAnsi="Noto Sans CJK TC"/>
          <w:b/>
          <w:sz w:val="20"/>
          <w:lang w:eastAsia="zh-TW"/>
        </w:rPr>
        <w:t>建構鏈失效</w:t>
      </w:r>
      <w:proofErr w:type="gramEnd"/>
      <w:r>
        <w:rPr>
          <w:rFonts w:ascii="Noto Sans CJK TC" w:eastAsia="Noto Sans CJK TC" w:hAnsi="Noto Sans CJK TC"/>
          <w:b/>
          <w:sz w:val="20"/>
          <w:lang w:eastAsia="zh-TW"/>
        </w:rPr>
        <w:t>的連鎖傳導</w:t>
      </w:r>
    </w:p>
    <w:p>
      <w:pPr>
        <w:jc w:val="center"/>
      </w:pPr>
      <w:r>
        <w:drawing>
          <wp:inline xmlns:a="http://schemas.openxmlformats.org/drawingml/2006/main" xmlns:pic="http://schemas.openxmlformats.org/drawingml/2006/picture">
            <wp:extent cx="5760720" cy="2380673"/>
            <wp:docPr id="11" name="Picture 2"/>
            <wp:cNvGraphicFramePr>
              <a:graphicFrameLocks noChangeAspect="1"/>
            </wp:cNvGraphicFramePr>
            <a:graphic>
              <a:graphicData uri="http://schemas.openxmlformats.org/drawingml/2006/picture">
                <pic:pic>
                  <pic:nvPicPr>
                    <pic:cNvPr id="11" name="img_gov_chains_question_table.png"/>
                    <pic:cNvPicPr/>
                  </pic:nvPicPr>
                  <pic:blipFill>
                    <a:blip r:embed="rId19"/>
                    <a:stretch>
                      <a:fillRect/>
                    </a:stretch>
                  </pic:blipFill>
                  <pic:spPr>
                    <a:xfrm>
                      <a:off x="0" y="0"/>
                      <a:ext cx="5760720" cy="2380673"/>
                    </a:xfrm>
                    <a:prstGeom prst="rect"/>
                  </pic:spPr>
                </pic:pic>
              </a:graphicData>
            </a:graphic>
          </wp:inline>
        </w:drawing>
      </w:r>
    </w:p>
    <w:p>
      <w:pPr>
        <w:jc w:val="center"/>
      </w:pPr>
      <w:r>
        <w:rPr>
          <w:i/>
          <w:sz w:val="21"/>
        </w:rPr>
        <w:t>圖1-補充　四條治理鏈之核心提問與典型斷裂型態對照表(補充圖表)</w:t>
      </w:r>
    </w:p>
    <w:tbl>
      <w:tblPr>
        <w:tblStyle w:val="TableGrid"/>
        <w:tblW w:w="0" w:type="auto"/>
        <w:jc w:val="center"/>
        <w:tblLook w:val="04A0" w:firstRow="1" w:lastRow="0" w:firstColumn="1" w:lastColumn="0" w:noHBand="0" w:noVBand="1"/>
      </w:tblPr>
      <w:tblGrid>
        <w:gridCol w:w="1800"/>
        <w:gridCol w:w="2304"/>
        <w:gridCol w:w="3384"/>
        <w:gridCol w:w="2016"/>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lastRenderedPageBreak/>
              <w:t>鏈條</w:t>
            </w:r>
            <w:proofErr w:type="spellEnd"/>
          </w:p>
        </w:tc>
        <w:tc>
          <w:tcPr>
            <w:tcW w:w="2304" w:type="dxa"/>
            <w:shd w:val="clear" w:color="auto" w:fill="D9EAF7"/>
            <w:vAlign w:val="center"/>
          </w:tcPr>
          <w:p w:rsidR="00182F3B" w:rsidRDefault="00137C0F">
            <w:pPr>
              <w:spacing w:before="40" w:after="40"/>
            </w:pPr>
            <w:r>
              <w:rPr>
                <w:rFonts w:ascii="Noto Sans CJK TC" w:eastAsia="Noto Sans CJK TC" w:hAnsi="Noto Sans CJK TC"/>
                <w:b/>
                <w:sz w:val="18"/>
              </w:rPr>
              <w:t>核心問題</w:t>
            </w:r>
          </w:p>
        </w:tc>
        <w:tc>
          <w:tcPr>
            <w:tcW w:w="3384" w:type="dxa"/>
            <w:shd w:val="clear" w:color="auto" w:fill="D9EAF7"/>
            <w:vAlign w:val="center"/>
          </w:tcPr>
          <w:p w:rsidR="00182F3B" w:rsidRDefault="00137C0F">
            <w:pPr>
              <w:spacing w:before="40" w:after="40"/>
            </w:pPr>
            <w:r>
              <w:rPr>
                <w:rFonts w:ascii="Noto Sans CJK TC" w:eastAsia="Noto Sans CJK TC" w:hAnsi="Noto Sans CJK TC"/>
                <w:b/>
                <w:sz w:val="18"/>
              </w:rPr>
              <w:t xml:space="preserve">P1 </w:t>
            </w:r>
            <w:r>
              <w:rPr>
                <w:rFonts w:ascii="Noto Sans CJK TC" w:eastAsia="Noto Sans CJK TC" w:hAnsi="Noto Sans CJK TC"/>
                <w:b/>
                <w:sz w:val="18"/>
              </w:rPr>
              <w:t>失守後的連鎖後果</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優先修復證據</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情境建構鏈</w:t>
            </w:r>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誰定義問題、資料、分類、代理變項與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被排除的事實與利害關係人無法進入後續判斷。</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問題定義紀錄、資料字典、代理變項理由、版本與變更紀錄。</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誰有權採納、拒絕、升級或暫停？</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技術／供應商的設定實質壓縮法定裁量。</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授權</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影響力對照、拒絕採納權、升級路徑。</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輸出能否回連事實、規範與個案理由？</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技術解釋與行政說理脫</w:t>
            </w:r>
            <w:proofErr w:type="gramStart"/>
            <w:r>
              <w:rPr>
                <w:rFonts w:ascii="Noto Sans CJK TC" w:eastAsia="Noto Sans CJK TC" w:hAnsi="Noto Sans CJK TC"/>
                <w:sz w:val="18"/>
                <w:lang w:eastAsia="zh-TW"/>
              </w:rPr>
              <w:t>鉤</w:t>
            </w:r>
            <w:proofErr w:type="gramEnd"/>
            <w:r>
              <w:rPr>
                <w:rFonts w:ascii="Noto Sans CJK TC" w:eastAsia="Noto Sans CJK TC" w:hAnsi="Noto Sans CJK TC"/>
                <w:sz w:val="18"/>
                <w:lang w:eastAsia="zh-TW"/>
              </w:rPr>
              <w:t>。</w:t>
            </w:r>
          </w:p>
        </w:tc>
        <w:tc>
          <w:tcPr>
            <w:tcW w:w="2016"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可重建文件、個案理由範本。</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2304" w:type="dxa"/>
            <w:vAlign w:val="center"/>
          </w:tcPr>
          <w:p w:rsidR="00182F3B" w:rsidRDefault="00137C0F">
            <w:pPr>
              <w:spacing w:before="40" w:after="40"/>
              <w:rPr>
                <w:lang w:eastAsia="zh-TW"/>
              </w:rPr>
            </w:pPr>
            <w:r>
              <w:rPr>
                <w:rFonts w:ascii="Noto Sans CJK TC" w:eastAsia="Noto Sans CJK TC" w:hAnsi="Noto Sans CJK TC"/>
                <w:sz w:val="18"/>
                <w:lang w:eastAsia="zh-TW"/>
              </w:rPr>
              <w:t>誰能異議、修正、救濟與回饋？</w:t>
            </w:r>
          </w:p>
        </w:tc>
        <w:tc>
          <w:tcPr>
            <w:tcW w:w="3384" w:type="dxa"/>
            <w:vAlign w:val="center"/>
          </w:tcPr>
          <w:p w:rsidR="00182F3B" w:rsidRDefault="00137C0F">
            <w:pPr>
              <w:spacing w:before="40" w:after="40"/>
              <w:rPr>
                <w:lang w:eastAsia="zh-TW"/>
              </w:rPr>
            </w:pPr>
            <w:r>
              <w:rPr>
                <w:rFonts w:ascii="Noto Sans CJK TC" w:eastAsia="Noto Sans CJK TC" w:hAnsi="Noto Sans CJK TC"/>
                <w:sz w:val="18"/>
                <w:lang w:eastAsia="zh-TW"/>
              </w:rPr>
              <w:t>個人</w:t>
            </w:r>
            <w:proofErr w:type="gramStart"/>
            <w:r>
              <w:rPr>
                <w:rFonts w:ascii="Noto Sans CJK TC" w:eastAsia="Noto Sans CJK TC" w:hAnsi="Noto Sans CJK TC"/>
                <w:sz w:val="18"/>
                <w:lang w:eastAsia="zh-TW"/>
              </w:rPr>
              <w:t>承擔糾錯成本</w:t>
            </w:r>
            <w:proofErr w:type="gramEnd"/>
            <w:r>
              <w:rPr>
                <w:rFonts w:ascii="Noto Sans CJK TC" w:eastAsia="Noto Sans CJK TC" w:hAnsi="Noto Sans CJK TC"/>
                <w:sz w:val="18"/>
                <w:lang w:eastAsia="zh-TW"/>
              </w:rPr>
              <w:t>，機關責任被稀釋。</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雙軌異議、初步舉證、回饋</w:t>
            </w:r>
            <w:r>
              <w:rPr>
                <w:rFonts w:ascii="Noto Sans CJK TC" w:eastAsia="Noto Sans CJK TC" w:hAnsi="Noto Sans CJK TC"/>
                <w:sz w:val="18"/>
                <w:lang w:eastAsia="zh-TW"/>
              </w:rPr>
              <w:t xml:space="preserve"> SLA</w:t>
            </w:r>
            <w:r>
              <w:rPr>
                <w:rFonts w:ascii="Noto Sans CJK TC" w:eastAsia="Noto Sans CJK TC" w:hAnsi="Noto Sans CJK TC"/>
                <w:sz w:val="18"/>
                <w:lang w:eastAsia="zh-TW"/>
              </w:rPr>
              <w:t>、停止與退場能力。</w:t>
            </w:r>
          </w:p>
        </w:tc>
      </w:tr>
    </w:tbl>
    <w:p w:rsidR="00182F3B" w:rsidRDefault="00182F3B">
      <w:pPr>
        <w:spacing w:after="20"/>
        <w:rPr>
          <w:lang w:eastAsia="zh-TW"/>
        </w:rPr>
      </w:pPr>
    </w:p>
    <w:p w:rsidR="00182F3B" w:rsidRDefault="00137C0F">
      <w:pPr>
        <w:pStyle w:val="Heading2"/>
        <w:rPr>
          <w:lang w:eastAsia="zh-TW"/>
        </w:rPr>
      </w:pPr>
      <w:r>
        <w:rPr>
          <w:lang w:eastAsia="zh-TW"/>
        </w:rPr>
        <w:t>二、四大價值不是</w:t>
      </w:r>
      <w:proofErr w:type="gramStart"/>
      <w:r>
        <w:rPr>
          <w:lang w:eastAsia="zh-TW"/>
        </w:rPr>
        <w:t>四個勾</w:t>
      </w:r>
      <w:proofErr w:type="gramEnd"/>
      <w:r>
        <w:rPr>
          <w:lang w:eastAsia="zh-TW"/>
        </w:rPr>
        <w:t>選框</w:t>
      </w:r>
    </w:p>
    <w:p w:rsidR="00182F3B" w:rsidRDefault="00137C0F">
      <w:pPr>
        <w:ind w:firstLine="346"/>
        <w:rPr>
          <w:lang w:eastAsia="zh-TW"/>
        </w:rPr>
      </w:pPr>
      <w:r>
        <w:rPr>
          <w:lang w:eastAsia="zh-TW"/>
        </w:rPr>
        <w:t>透明、公正、負責</w:t>
      </w:r>
      <w:proofErr w:type="gramStart"/>
      <w:r>
        <w:rPr>
          <w:lang w:eastAsia="zh-TW"/>
        </w:rPr>
        <w:t>與課責</w:t>
      </w:r>
      <w:proofErr w:type="gramEnd"/>
      <w:r>
        <w:rPr>
          <w:lang w:eastAsia="zh-TW"/>
        </w:rPr>
        <w:t>，不宜被做成四</w:t>
      </w:r>
      <w:proofErr w:type="gramStart"/>
      <w:r>
        <w:rPr>
          <w:lang w:eastAsia="zh-TW"/>
        </w:rPr>
        <w:t>格勾</w:t>
      </w:r>
      <w:proofErr w:type="gramEnd"/>
      <w:r>
        <w:rPr>
          <w:lang w:eastAsia="zh-TW"/>
        </w:rPr>
        <w:t>選題。它們真正要問的是：前端出了問題，會先在哪</w:t>
      </w:r>
      <w:proofErr w:type="gramStart"/>
      <w:r>
        <w:rPr>
          <w:lang w:eastAsia="zh-TW"/>
        </w:rPr>
        <w:t>個</w:t>
      </w:r>
      <w:proofErr w:type="gramEnd"/>
      <w:r>
        <w:rPr>
          <w:lang w:eastAsia="zh-TW"/>
        </w:rPr>
        <w:t>環節顯現？誰能看見、說明、改正並承擔後果？因此，後文的</w:t>
      </w:r>
      <w:r>
        <w:rPr>
          <w:lang w:eastAsia="zh-TW"/>
        </w:rPr>
        <w:t xml:space="preserve"> OAC </w:t>
      </w:r>
      <w:r>
        <w:rPr>
          <w:lang w:eastAsia="zh-TW"/>
        </w:rPr>
        <w:t>不把價值加總成分數，而是要求機關提出能阻止錯誤一路傳下去的最低證據。四條治理鏈是分析這些證據放在哪裡的內部地圖，不是要讀者再背一套抽象名詞。</w:t>
      </w:r>
    </w:p>
    <w:p w:rsidR="00182F3B" w:rsidRDefault="00137C0F">
      <w:pPr>
        <w:pStyle w:val="Heading1"/>
        <w:rPr>
          <w:lang w:eastAsia="zh-TW"/>
        </w:rPr>
      </w:pPr>
      <w:r>
        <w:rPr>
          <w:lang w:eastAsia="zh-TW"/>
        </w:rPr>
        <w:t>肆、從案例看見「無人承接」：既有證據與壓力測試</w:t>
      </w:r>
    </w:p>
    <w:p w:rsidR="00182F3B" w:rsidRDefault="00137C0F">
      <w:pPr>
        <w:ind w:firstLine="346"/>
        <w:rPr>
          <w:lang w:eastAsia="zh-TW"/>
        </w:rPr>
      </w:pPr>
      <w:r>
        <w:rPr>
          <w:lang w:eastAsia="zh-TW"/>
        </w:rPr>
        <w:t>第十七篇的可信度，不應該建立在重複製造新工具上，而應該建立在對既有工具的適用尺度、驗證狀態與資料來源，做嚴格的交代。本文與第九至十六篇的分工關係——區分「直接取用」、「作為既有條件」與「不重作」三類——完整對照見附錄表4，供讀者查核。</w:t>
      </w:r>
    </w:p>
    <w:p w:rsidR="00182F3B" w:rsidRDefault="00137C0F">
      <w:pPr>
        <w:spacing w:before="120" w:after="60"/>
        <w:rPr>
          <w:lang w:eastAsia="zh-TW"/>
        </w:rPr>
      </w:pPr>
      <w:r>
        <w:rPr>
          <w:lang w:eastAsia="zh-TW"/>
        </w:rPr>
        <w:t>本文取用前序研究時，遵守「只取用、不重作」的原則：第九、十篇提供已驗證的異議能力與控制權論證；第十一至十四篇提供前端框定與組織壓力的例證；第十五、十六篇則提供教學翻譯與價值整合。各篇如何被取用、以及本文刻意不重作的部分，詳見附錄表4。</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r>
        <w:rPr>
          <w:lang w:eastAsia="zh-TW"/>
        </w:rPr>
      </w:r>
    </w:p>
    <w:p w:rsidR="00182F3B" w:rsidRDefault="00182F3B">
      <w:pPr>
        <w:spacing w:after="20"/>
        <w:rPr>
          <w:lang w:eastAsia="zh-TW"/>
        </w:rPr>
      </w:pPr>
    </w:p>
    <w:p w:rsidR="00182F3B" w:rsidRDefault="00137C0F">
      <w:pPr>
        <w:pStyle w:val="Heading2"/>
        <w:rPr>
          <w:lang w:eastAsia="zh-TW"/>
        </w:rPr>
      </w:pPr>
      <w:r>
        <w:rPr>
          <w:lang w:eastAsia="zh-TW"/>
        </w:rPr>
        <w:t>一、三種既有案例結果如何成為第十七篇的診斷起點</w:t>
      </w:r>
    </w:p>
    <w:p w:rsidR="00182F3B" w:rsidRDefault="00137C0F">
      <w:pPr>
        <w:ind w:firstLine="346"/>
        <w:rPr>
          <w:lang w:eastAsia="zh-TW"/>
        </w:rPr>
      </w:pPr>
      <w:r>
        <w:rPr>
          <w:lang w:eastAsia="zh-TW"/>
        </w:rPr>
        <w:t>AFST、SyRI 與 Robodebt，不是用來證明「AI 必然失敗」，而是拿來做異質案例的壓力測試：在不同技術、法域與行政脈絡下，當前端框定缺乏可爭辯的控制時，是不是會重複出現相似的斷裂。表中第二欄，是既有案例研究或第十六篇再分析所支持的觀察；第三、四欄，則是本文由該觀察推導出的「待檢驗問題」與可能的制度回應——不能反過來說，原案例已經證明 OAC 一定有效。</w:t>
      </w:r>
      <w:r>
        <w:rPr>
          <w:lang w:eastAsia="zh-TW"/>
        </w:rPr>
      </w:r>
      <w:proofErr w:type="spellStart"/>
      <w:r>
        <w:rPr>
          <w:lang w:eastAsia="zh-TW"/>
        </w:rPr>
      </w:r>
      <w:proofErr w:type="spellEnd"/>
      <w:r>
        <w:rPr>
          <w:lang w:eastAsia="zh-TW"/>
        </w:rPr>
      </w:r>
      <w:r>
        <w:rPr>
          <w:lang w:eastAsia="zh-TW"/>
        </w:rPr>
      </w:r>
      <w:r>
        <w:rPr>
          <w:lang w:eastAsia="zh-TW"/>
        </w:rPr>
      </w:r>
      <w:proofErr w:type="spellStart"/>
      <w:r>
        <w:rPr>
          <w:lang w:eastAsia="zh-TW"/>
        </w:rPr>
      </w:r>
      <w:proofErr w:type="spellEnd"/>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r>
        <w:rPr>
          <w:lang w:eastAsia="zh-TW"/>
        </w:rPr>
      </w:r>
      <w:proofErr w:type="gramEnd"/>
      <w:r>
        <w:rPr>
          <w:lang w:eastAsia="zh-TW"/>
        </w:rPr>
      </w:r>
      <w:r>
        <w:rPr>
          <w:lang w:eastAsia="zh-TW"/>
        </w:rPr>
      </w:r>
      <w:r>
        <w:rPr>
          <w:lang w:eastAsia="zh-TW"/>
        </w:rPr>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5</w:t>
      </w:r>
      <w:r>
        <w:rPr>
          <w:rFonts w:ascii="Noto Sans CJK TC" w:eastAsia="Noto Sans CJK TC" w:hAnsi="Noto Sans CJK TC"/>
          <w:b/>
          <w:sz w:val="20"/>
          <w:lang w:eastAsia="zh-TW"/>
        </w:rPr>
        <w:t xml:space="preserve">　三種既有案例結果及其上線前診斷問題</w:t>
      </w:r>
    </w:p>
    <w:p>
      <w:pPr>
        <w:jc w:val="center"/>
      </w:pPr>
      <w:r>
        <w:drawing>
          <wp:inline xmlns:a="http://schemas.openxmlformats.org/drawingml/2006/main" xmlns:pic="http://schemas.openxmlformats.org/drawingml/2006/picture">
            <wp:extent cx="5760720" cy="3612655"/>
            <wp:docPr id="12" name="Picture 3"/>
            <wp:cNvGraphicFramePr>
              <a:graphicFrameLocks noChangeAspect="1"/>
            </wp:cNvGraphicFramePr>
            <a:graphic>
              <a:graphicData uri="http://schemas.openxmlformats.org/drawingml/2006/picture">
                <pic:pic>
                  <pic:nvPicPr>
                    <pic:cNvPr id="12" name="img_gov_chains_diagram33.png"/>
                    <pic:cNvPicPr/>
                  </pic:nvPicPr>
                  <pic:blipFill>
                    <a:blip r:embed="rId20"/>
                    <a:stretch>
                      <a:fillRect/>
                    </a:stretch>
                  </pic:blipFill>
                  <pic:spPr>
                    <a:xfrm>
                      <a:off x="0" y="0"/>
                      <a:ext cx="5760720" cy="3612655"/>
                    </a:xfrm>
                    <a:prstGeom prst="rect"/>
                  </pic:spPr>
                </pic:pic>
              </a:graphicData>
            </a:graphic>
          </wp:inline>
        </w:drawing>
      </w:r>
    </w:p>
    <w:p>
      <w:pPr>
        <w:jc w:val="center"/>
      </w:pPr>
      <w:r>
        <w:rPr>
          <w:i/>
          <w:sz w:val="21"/>
        </w:rPr>
        <w:t>圖4-補充　四條治理鏈之串接與典型斷裂點:以AFST、SyRI、Robodebt三案例為例(補充圖表)</w:t>
      </w:r>
    </w:p>
    <w:tbl>
      <w:tblPr>
        <w:tblStyle w:val="TableGrid"/>
        <w:tblW w:w="0" w:type="auto"/>
        <w:jc w:val="center"/>
        <w:tblLook w:val="04A0" w:firstRow="1" w:lastRow="0" w:firstColumn="1" w:lastColumn="0" w:noHBand="0" w:noVBand="1"/>
      </w:tblPr>
      <w:tblGrid>
        <w:gridCol w:w="1800"/>
        <w:gridCol w:w="3168"/>
        <w:gridCol w:w="3024"/>
        <w:gridCol w:w="1944"/>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型態</w:t>
            </w:r>
            <w:proofErr w:type="spellEnd"/>
          </w:p>
        </w:tc>
        <w:tc>
          <w:tcPr>
            <w:tcW w:w="3168" w:type="dxa"/>
            <w:shd w:val="clear" w:color="auto" w:fill="D9EAF7"/>
            <w:vAlign w:val="center"/>
          </w:tcPr>
          <w:p w:rsidR="00182F3B" w:rsidRDefault="00137C0F">
            <w:pPr>
              <w:spacing w:before="40" w:after="40"/>
            </w:pPr>
            <w:r>
              <w:rPr>
                <w:rFonts w:ascii="Noto Sans CJK TC" w:eastAsia="Noto Sans CJK TC" w:hAnsi="Noto Sans CJK TC"/>
                <w:b/>
                <w:sz w:val="18"/>
              </w:rPr>
              <w:t>既有觀察結果</w:t>
            </w:r>
          </w:p>
        </w:tc>
        <w:tc>
          <w:tcPr>
            <w:tcW w:w="3024"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第十七篇的上線前問題</w:t>
            </w:r>
          </w:p>
        </w:tc>
        <w:tc>
          <w:tcPr>
            <w:tcW w:w="194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首要制度回應</w:t>
            </w:r>
            <w:proofErr w:type="spellEnd"/>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覆核錯位（</w:t>
            </w:r>
            <w:r>
              <w:rPr>
                <w:rFonts w:ascii="Noto Sans CJK TC" w:eastAsia="Noto Sans CJK TC" w:hAnsi="Noto Sans CJK TC"/>
                <w:sz w:val="18"/>
              </w:rPr>
              <w:t xml:space="preserve">AFST </w:t>
            </w:r>
            <w:r>
              <w:rPr>
                <w:rFonts w:ascii="Noto Sans CJK TC" w:eastAsia="Noto Sans CJK TC" w:hAnsi="Noto Sans CJK TC"/>
                <w:sz w:val="18"/>
              </w:rPr>
              <w:t>型）</w:t>
            </w:r>
          </w:p>
        </w:tc>
        <w:tc>
          <w:tcPr>
            <w:tcW w:w="3168" w:type="dxa"/>
            <w:vAlign w:val="center"/>
          </w:tcPr>
          <w:p w:rsidR="00182F3B" w:rsidRDefault="00137C0F">
            <w:pPr>
              <w:spacing w:before="40" w:after="40"/>
              <w:rPr>
                <w:lang w:eastAsia="zh-TW"/>
              </w:rPr>
            </w:pPr>
            <w:r>
              <w:rPr>
                <w:rFonts w:ascii="Noto Sans CJK TC" w:eastAsia="Noto Sans CJK TC" w:hAnsi="Noto Sans CJK TC"/>
                <w:sz w:val="18"/>
                <w:lang w:eastAsia="zh-TW"/>
              </w:rPr>
              <w:t>有個案覆核，</w:t>
            </w:r>
            <w:proofErr w:type="gramStart"/>
            <w:r>
              <w:rPr>
                <w:rFonts w:ascii="Noto Sans CJK TC" w:eastAsia="Noto Sans CJK TC" w:hAnsi="Noto Sans CJK TC"/>
                <w:sz w:val="18"/>
                <w:lang w:eastAsia="zh-TW"/>
              </w:rPr>
              <w:t>但框定</w:t>
            </w:r>
            <w:proofErr w:type="gramEnd"/>
            <w:r>
              <w:rPr>
                <w:rFonts w:ascii="Noto Sans CJK TC" w:eastAsia="Noto Sans CJK TC" w:hAnsi="Noto Sans CJK TC"/>
                <w:sz w:val="18"/>
                <w:lang w:eastAsia="zh-TW"/>
              </w:rPr>
              <w:t>層級異議是否存在為</w:t>
            </w:r>
            <w:r>
              <w:rPr>
                <w:rFonts w:ascii="Noto Sans CJK TC" w:eastAsia="Noto Sans CJK TC" w:hAnsi="Noto Sans CJK TC"/>
                <w:sz w:val="18"/>
                <w:lang w:eastAsia="zh-TW"/>
              </w:rPr>
              <w:t xml:space="preserve"> NA</w:t>
            </w:r>
            <w:r>
              <w:rPr>
                <w:rFonts w:ascii="Noto Sans CJK TC" w:eastAsia="Noto Sans CJK TC" w:hAnsi="Noto Sans CJK TC"/>
                <w:sz w:val="18"/>
                <w:lang w:eastAsia="zh-TW"/>
              </w:rPr>
              <w:t>／未能確認。</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個案申訴是否被錯當作可挑戰分類、代理變項與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值的權利？</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個案覆核</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異議雙軌化。</w:t>
            </w:r>
          </w:p>
        </w:tc>
      </w:tr>
      <w:tr w:rsidR="00182F3B">
        <w:trPr>
          <w:jc w:val="center"/>
        </w:trPr>
        <w:tc>
          <w:tcPr>
            <w:tcW w:w="1800" w:type="dxa"/>
            <w:vAlign w:val="center"/>
          </w:tcPr>
          <w:p w:rsidR="00182F3B" w:rsidRDefault="00137C0F">
            <w:pPr>
              <w:spacing w:before="40" w:after="40"/>
              <w:rPr>
                <w:lang w:eastAsia="zh-TW"/>
              </w:rPr>
            </w:pPr>
            <w:r>
              <w:rPr>
                <w:rFonts w:ascii="Noto Sans CJK TC" w:eastAsia="Noto Sans CJK TC" w:hAnsi="Noto Sans CJK TC"/>
                <w:sz w:val="18"/>
                <w:lang w:eastAsia="zh-TW"/>
              </w:rPr>
              <w:t>技術不可解釋（</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 xml:space="preserve"> </w:t>
            </w:r>
            <w:r>
              <w:rPr>
                <w:rFonts w:ascii="Noto Sans CJK TC" w:eastAsia="Noto Sans CJK TC" w:hAnsi="Noto Sans CJK TC"/>
                <w:sz w:val="18"/>
                <w:lang w:eastAsia="zh-TW"/>
              </w:rPr>
              <w:t>型）</w:t>
            </w:r>
          </w:p>
        </w:tc>
        <w:tc>
          <w:tcPr>
            <w:tcW w:w="316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不可重建；法院成為</w:t>
            </w:r>
            <w:proofErr w:type="gramStart"/>
            <w:r>
              <w:rPr>
                <w:rFonts w:ascii="Noto Sans CJK TC" w:eastAsia="Noto Sans CJK TC" w:hAnsi="Noto Sans CJK TC"/>
                <w:sz w:val="18"/>
                <w:lang w:eastAsia="zh-TW"/>
              </w:rPr>
              <w:t>後端補位</w:t>
            </w:r>
            <w:proofErr w:type="gramEnd"/>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機關能否在上線前重建資料到風險判定的關鍵邏輯？</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把可</w:t>
            </w:r>
            <w:proofErr w:type="gramStart"/>
            <w:r>
              <w:rPr>
                <w:rFonts w:ascii="Noto Sans CJK TC" w:eastAsia="Noto Sans CJK TC" w:hAnsi="Noto Sans CJK TC"/>
                <w:sz w:val="18"/>
                <w:lang w:eastAsia="zh-TW"/>
              </w:rPr>
              <w:t>重建性設為</w:t>
            </w:r>
            <w:proofErr w:type="gramEnd"/>
            <w:r>
              <w:rPr>
                <w:rFonts w:ascii="Noto Sans CJK TC" w:eastAsia="Noto Sans CJK TC" w:hAnsi="Noto Sans CJK TC"/>
                <w:sz w:val="18"/>
                <w:lang w:eastAsia="zh-TW"/>
              </w:rPr>
              <w:t>事前門檻，而非部署後文件。</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舉證責任倒置（</w:t>
            </w:r>
            <w:r>
              <w:rPr>
                <w:rFonts w:ascii="Noto Sans CJK TC" w:eastAsia="Noto Sans CJK TC" w:hAnsi="Noto Sans CJK TC"/>
                <w:sz w:val="18"/>
              </w:rPr>
              <w:t>Robodebt</w:t>
            </w:r>
            <w:proofErr w:type="spellEnd"/>
            <w:r>
              <w:rPr>
                <w:rFonts w:ascii="Noto Sans CJK TC" w:eastAsia="Noto Sans CJK TC" w:hAnsi="Noto Sans CJK TC"/>
                <w:sz w:val="18"/>
              </w:rPr>
              <w:t xml:space="preserve"> </w:t>
            </w:r>
            <w:r>
              <w:rPr>
                <w:rFonts w:ascii="Noto Sans CJK TC" w:eastAsia="Noto Sans CJK TC" w:hAnsi="Noto Sans CJK TC"/>
                <w:sz w:val="18"/>
              </w:rPr>
              <w:t>型）</w:t>
            </w:r>
          </w:p>
        </w:tc>
        <w:tc>
          <w:tcPr>
            <w:tcW w:w="3168" w:type="dxa"/>
            <w:vAlign w:val="center"/>
          </w:tcPr>
          <w:p w:rsidR="00182F3B" w:rsidRDefault="00137C0F">
            <w:pPr>
              <w:spacing w:before="40" w:after="40"/>
              <w:rPr>
                <w:lang w:eastAsia="zh-TW"/>
              </w:rPr>
            </w:pPr>
            <w:r>
              <w:rPr>
                <w:rFonts w:ascii="Noto Sans CJK TC" w:eastAsia="Noto Sans CJK TC" w:hAnsi="Noto Sans CJK TC"/>
                <w:sz w:val="18"/>
                <w:lang w:eastAsia="zh-TW"/>
              </w:rPr>
              <w:t>機關以統計推定施加負擔，受影響者被要求先自證。</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異議時是否由機關先說明、查證、修正，而非由人民先推翻機關？</w:t>
            </w:r>
          </w:p>
        </w:tc>
        <w:tc>
          <w:tcPr>
            <w:tcW w:w="1944" w:type="dxa"/>
            <w:vAlign w:val="center"/>
          </w:tcPr>
          <w:p w:rsidR="00182F3B" w:rsidRDefault="00137C0F">
            <w:pPr>
              <w:spacing w:before="40" w:after="40"/>
              <w:rPr>
                <w:lang w:eastAsia="zh-TW"/>
              </w:rPr>
            </w:pP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暫定觀察項；機關初步舉證與回饋責任。</w:t>
            </w:r>
          </w:p>
        </w:tc>
      </w:tr>
    </w:tbl>
    <w:p w:rsidR="00182F3B" w:rsidRDefault="00182F3B">
      <w:pPr>
        <w:spacing w:after="20"/>
        <w:rPr>
          <w:lang w:eastAsia="zh-TW"/>
        </w:rPr>
      </w:pPr>
    </w:p>
    <w:p w:rsidR="00182F3B" w:rsidRDefault="00137C0F">
      <w:pPr>
        <w:pStyle w:val="Heading2"/>
        <w:rPr>
          <w:lang w:eastAsia="zh-TW"/>
        </w:rPr>
      </w:pPr>
      <w:r>
        <w:rPr>
          <w:lang w:eastAsia="zh-TW"/>
        </w:rPr>
        <w:lastRenderedPageBreak/>
        <w:t>二、驗證</w:t>
      </w:r>
      <w:proofErr w:type="gramStart"/>
      <w:r>
        <w:rPr>
          <w:lang w:eastAsia="zh-TW"/>
        </w:rPr>
        <w:t>與證偽紀律</w:t>
      </w:r>
      <w:proofErr w:type="gramEnd"/>
    </w:p>
    <w:p w:rsidR="00182F3B" w:rsidRDefault="00137C0F">
      <w:pPr>
        <w:ind w:firstLine="346"/>
        <w:rPr>
          <w:lang w:eastAsia="zh-TW"/>
        </w:rPr>
      </w:pPr>
      <w:r>
        <w:rPr>
          <w:lang w:eastAsia="zh-TW"/>
        </w:rPr>
        <w:t>本文承接既有研究，但不把先前工具包裝成已經定論。第九篇指出，若四項條件缺位仍能有效監督，或條件齊備仍無法</w:t>
      </w:r>
      <w:proofErr w:type="gramStart"/>
      <w:r>
        <w:rPr>
          <w:lang w:eastAsia="zh-TW"/>
        </w:rPr>
        <w:t>防止偏誤</w:t>
      </w:r>
      <w:proofErr w:type="gramEnd"/>
      <w:r>
        <w:rPr>
          <w:lang w:eastAsia="zh-TW"/>
        </w:rPr>
        <w:t>，就必須修正「專業異議能力」的主張；第十篇也承認，即使契約載有資訊、稽核與停止權，機關若沒有能力行使，控制仍可能落空。至於第十六篇的</w:t>
      </w:r>
      <w:r>
        <w:rPr>
          <w:lang w:eastAsia="zh-TW"/>
        </w:rPr>
        <w:t xml:space="preserve"> C1-13</w:t>
      </w:r>
      <w:r>
        <w:rPr>
          <w:lang w:eastAsia="zh-TW"/>
        </w:rPr>
        <w:t>，本文僅把它當作尚待</w:t>
      </w:r>
      <w:r>
        <w:rPr>
          <w:lang w:eastAsia="zh-TW"/>
        </w:rPr>
        <w:t xml:space="preserve"> Delphi </w:t>
      </w:r>
      <w:r>
        <w:rPr>
          <w:lang w:eastAsia="zh-TW"/>
        </w:rPr>
        <w:t>校準的觀察項，不能納入正式分數或作為單獨否決理由。</w:t>
      </w:r>
      <w:r>
        <w:rPr>
          <w:lang w:eastAsia="zh-TW"/>
        </w:rPr>
        <w:t xml:space="preserve">OAC </w:t>
      </w:r>
      <w:r>
        <w:rPr>
          <w:lang w:eastAsia="zh-TW"/>
        </w:rPr>
        <w:t>因而只是可被試點文件、會簽紀錄、異議統計、維運紀錄與受影響者經驗修正的原型假說。</w:t>
      </w:r>
    </w:p>
    <w:p w:rsidR="00182F3B" w:rsidRDefault="00137C0F" w:rsidP="00584087">
      <w:pPr>
        <w:ind w:firstLineChars="129" w:firstLine="284"/>
        <w:rPr>
          <w:lang w:eastAsia="zh-TW"/>
        </w:rPr>
      </w:pPr>
      <w:r>
        <w:rPr>
          <w:lang w:eastAsia="zh-TW"/>
        </w:rPr>
        <w:t>換句話說，本文的立場不是「只要填完一張</w:t>
      </w:r>
      <w:r>
        <w:rPr>
          <w:lang w:eastAsia="zh-TW"/>
        </w:rPr>
        <w:t xml:space="preserve"> OAC </w:t>
      </w:r>
      <w:r>
        <w:rPr>
          <w:lang w:eastAsia="zh-TW"/>
        </w:rPr>
        <w:t>表就安全」，而是「若連最基本的問</w:t>
      </w:r>
      <w:r>
        <w:rPr>
          <w:lang w:eastAsia="zh-TW"/>
        </w:rPr>
        <w:t>題定義、覆寫、說理、異議與停止證據都拿不出來，就不應假裝系統已準備好」。將來的校準或試點若顯示某些觀察項不必要、或機關以其他方式確實補足控制，本文的原型就必須相應縮減或改寫。</w:t>
      </w:r>
    </w:p>
    <w:p w:rsidR="00182F3B" w:rsidRDefault="00137C0F">
      <w:pPr>
        <w:pStyle w:val="Heading1"/>
        <w:rPr>
          <w:lang w:eastAsia="zh-TW"/>
        </w:rPr>
      </w:pPr>
      <w:r>
        <w:rPr>
          <w:lang w:eastAsia="zh-TW"/>
        </w:rPr>
        <w:t>伍、國際制度比較：分散工具如何走向共同判定</w:t>
      </w:r>
    </w:p>
    <w:p w:rsidR="00182F3B" w:rsidRDefault="00137C0F">
      <w:pPr>
        <w:ind w:firstLine="346"/>
        <w:rPr>
          <w:lang w:eastAsia="zh-TW"/>
        </w:rPr>
      </w:pPr>
      <w:r>
        <w:rPr>
          <w:lang w:eastAsia="zh-TW"/>
        </w:rPr>
        <w:t>國際比較不能只是羅列曾經發布過的工具，而必須確認：截至本文定稿時，它的法律效力、適用對象、施行時程，以及是否已經被後續政策取代。這種「現行性」的檢核，尤其影響美國的部分。2024 年 OMB M-24-10 針對權利／安全影響 AI 的最低實務與不合規停止邏輯，已經在 2025 年 4 月被 M-25-21 取代。後者仍然要求高影響 AI 採取最低風險管理實務，當風險無法適當減緩時就必須停止使用；另外由 M-25-22 處理 AI 採購事宜。所以，M-24-10 只能作為制度演變的歷史素材，不能被本文誤寫成現行的聯邦規範。</w:t>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同樣的時點辨識，也適用於歐盟。EU AI Act 已經生效，但它的義務採分階段適用。截至本文定稿時，禁止性規範與部分通用 AI 模型規定已經先行適用，而多數高風險系統的義務，仍在後續施行期。因此，本文不把歐盟寫成「已經全面完成」的上線審查制度；它提供的是高風險合規、資料治理、技術文件、人類監督與基本權利影響評估（FRIA）的制度方向。FRIA 適用於特定高風險系統的公法機關或公共服務部署者，與既有的資料保護影響評估互補，而不是取代它。</w:t>
      </w:r>
      <w:r>
        <w:rPr>
          <w:lang w:eastAsia="zh-TW"/>
        </w:rPr>
      </w:r>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
    <w:p w:rsidR="00182F3B" w:rsidRDefault="00137C0F" w:rsidP="00093B7A">
      <w:pPr>
        <w:spacing w:before="120" w:after="60"/>
        <w:ind w:firstLineChars="129" w:firstLine="284"/>
        <w:rPr>
          <w:lang w:eastAsia="zh-TW"/>
        </w:rPr>
      </w:pPr>
      <w:r>
        <w:rPr>
          <w:lang w:eastAsia="zh-TW"/>
        </w:rPr>
        <w:t>以本文定稿的時點檢核，歐盟 AI Act、加拿大 Directive on ADM／AIA、美國 OMB M-25-21／M-25-22，與英國 ATRS，都是現行制度。但四者適用階段、對象與強制力各不相同。這四者分別提供風險分級、兩階段影響評估、停止使用斷路器，與公開透明紀錄等機制；本文借鏡它們的邏輯，轉為 OAC 跨科室可檢驗的證據項目，完整對照見附錄表6。</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p>
    <w:p w:rsidR="00182F3B" w:rsidRDefault="00182F3B">
      <w:pPr>
        <w:spacing w:after="20"/>
        <w:rPr>
          <w:lang w:eastAsia="zh-TW"/>
        </w:rPr>
      </w:pPr>
    </w:p>
    <w:p w:rsidR="00182F3B" w:rsidRDefault="00137C0F">
      <w:pPr>
        <w:ind w:firstLine="346"/>
        <w:rPr>
          <w:lang w:eastAsia="zh-TW"/>
        </w:rPr>
      </w:pPr>
      <w:r>
        <w:rPr>
          <w:lang w:eastAsia="zh-TW"/>
        </w:rPr>
        <w:t>這個比較，不支持「外國已經完全解決、臺灣還沒有制度」這種二分說法。四種制度各自處理風險分級、權利影響、公開、採購或停止中的一部分；它們也都面對制度落實、文件品質與組織承接的問題。因此，本文的分析焦點，不是要宣稱 OAC 比各國工具更高明，而是要提出一個公共行政問題。在同一個機關、同一個案件、同一個版本中，這些分散的評估、文件與控制權，要怎麼變成一個可以共同承擔的上線判定？</w:t>
      </w:r>
      <w:proofErr w:type="gramStart"/>
      <w:r>
        <w:rPr>
          <w:lang w:eastAsia="zh-TW"/>
        </w:rPr>
      </w:r>
      <w:proofErr w:type="gramEnd"/>
      <w:r>
        <w:rPr>
          <w:lang w:eastAsia="zh-TW"/>
        </w:rPr>
      </w:r>
      <w:r>
        <w:rPr>
          <w:lang w:eastAsia="zh-TW"/>
        </w:rPr>
      </w:r>
      <w:r>
        <w:rPr>
          <w:lang w:eastAsia="zh-TW"/>
        </w:rPr>
      </w:r>
    </w:p>
    <w:p w:rsidR="00182F3B" w:rsidRDefault="00137C0F">
      <w:pPr>
        <w:pStyle w:val="Heading1"/>
        <w:rPr>
          <w:lang w:eastAsia="zh-TW"/>
        </w:rPr>
      </w:pPr>
      <w:r>
        <w:rPr>
          <w:lang w:eastAsia="zh-TW"/>
        </w:rPr>
        <w:t>陸、共同檢視原型：三問、四鏈與可公開回應</w:t>
      </w:r>
    </w:p>
    <w:p w:rsidR="00182F3B" w:rsidRDefault="00137C0F">
      <w:pPr>
        <w:pStyle w:val="Heading2"/>
        <w:rPr>
          <w:lang w:eastAsia="zh-TW"/>
        </w:rPr>
      </w:pPr>
      <w:r>
        <w:rPr>
          <w:lang w:eastAsia="zh-TW"/>
        </w:rPr>
        <w:t>一、</w:t>
      </w:r>
      <w:r>
        <w:rPr>
          <w:lang w:eastAsia="zh-TW"/>
        </w:rPr>
        <w:t xml:space="preserve">OAC </w:t>
      </w:r>
      <w:r>
        <w:rPr>
          <w:lang w:eastAsia="zh-TW"/>
        </w:rPr>
        <w:t>的重新定位：不是新表格，而是共同問題</w:t>
      </w:r>
    </w:p>
    <w:p w:rsidR="00182F3B" w:rsidRDefault="00137C0F">
      <w:pPr>
        <w:ind w:firstLine="346"/>
        <w:rPr>
          <w:lang w:eastAsia="zh-TW"/>
        </w:rPr>
      </w:pPr>
      <w:r>
        <w:rPr>
          <w:lang w:eastAsia="zh-TW"/>
        </w:rPr>
        <w:t xml:space="preserve">OAC </w:t>
      </w:r>
      <w:r>
        <w:rPr>
          <w:lang w:eastAsia="zh-TW"/>
        </w:rPr>
        <w:t>可以先當成上線前的一次「把話說</w:t>
      </w:r>
      <w:proofErr w:type="gramStart"/>
      <w:r>
        <w:rPr>
          <w:lang w:eastAsia="zh-TW"/>
        </w:rPr>
        <w:t>清楚」</w:t>
      </w:r>
      <w:proofErr w:type="gramEnd"/>
      <w:r>
        <w:rPr>
          <w:lang w:eastAsia="zh-TW"/>
        </w:rPr>
        <w:t>：它不是新表格，也不是新法規，而是讓不</w:t>
      </w:r>
      <w:r>
        <w:rPr>
          <w:lang w:eastAsia="zh-TW"/>
        </w:rPr>
        <w:t>同專業對同一系統不能迴避的三個問題。第一，誰把複雜公共問題切成</w:t>
      </w:r>
      <w:r>
        <w:rPr>
          <w:lang w:eastAsia="zh-TW"/>
        </w:rPr>
        <w:t xml:space="preserve"> AI </w:t>
      </w:r>
      <w:r>
        <w:rPr>
          <w:lang w:eastAsia="zh-TW"/>
        </w:rPr>
        <w:t>要處理的資料、分類與門檻？第二，誰能採納、覆寫、暫停或停止系統，並向受影響者說明理由？第三，當民眾異議、承辦人改判、</w:t>
      </w:r>
      <w:proofErr w:type="gramStart"/>
      <w:r>
        <w:rPr>
          <w:lang w:eastAsia="zh-TW"/>
        </w:rPr>
        <w:t>誤攔或</w:t>
      </w:r>
      <w:proofErr w:type="gramEnd"/>
      <w:r>
        <w:rPr>
          <w:lang w:eastAsia="zh-TW"/>
        </w:rPr>
        <w:t>群體性不利效果出現時，這些經驗如何回頭改正最初的設定？</w:t>
      </w:r>
    </w:p>
    <w:p w:rsidR="00182F3B" w:rsidRDefault="00137C0F" w:rsidP="00093B7A">
      <w:pPr>
        <w:ind w:firstLineChars="129" w:firstLine="284"/>
        <w:rPr>
          <w:lang w:eastAsia="zh-TW"/>
        </w:rPr>
      </w:pPr>
      <w:r>
        <w:rPr>
          <w:lang w:eastAsia="zh-TW"/>
        </w:rPr>
        <w:t xml:space="preserve">OAC </w:t>
      </w:r>
      <w:r>
        <w:rPr>
          <w:lang w:eastAsia="zh-TW"/>
        </w:rPr>
        <w:t>的作用不是取代既有法制，而是把既有制度在同一案件、同一版本中接起來。《人工智慧基本法》與風險分類框架處理原則與風險盤點；採購與驗收確認廠商是否交付約定成果；目的事業主管機關的內控與救濟則處理個案是否合法、人民能否救濟。三者都不可少。但它們若各自完成工作，仍</w:t>
      </w:r>
      <w:r>
        <w:rPr>
          <w:lang w:eastAsia="zh-TW"/>
        </w:rPr>
        <w:t>可能沒有人負責把「問題如何設定、誰能停止、錯誤如何回頭修正」一路接起來。</w:t>
      </w:r>
      <w:r>
        <w:rPr>
          <w:lang w:eastAsia="zh-TW"/>
        </w:rPr>
        <w:t xml:space="preserve">OAC </w:t>
      </w:r>
      <w:r>
        <w:rPr>
          <w:lang w:eastAsia="zh-TW"/>
        </w:rPr>
        <w:t>要補的只是這個行政介面。</w:t>
      </w:r>
    </w:p>
    <w:p w:rsidR="00182F3B" w:rsidRDefault="00137C0F">
      <w:pPr>
        <w:rPr>
          <w:lang w:eastAsia="zh-TW"/>
        </w:rPr>
      </w:pPr>
      <w:r>
        <w:rPr>
          <w:lang w:eastAsia="zh-TW"/>
        </w:rPr>
        <w:t>以《人工智慧基本法》與風險分類框架為例：它已經能回答『系統應不應該受規範、屬於哪一種風險類別』，卻無法回答『個案中誰有權界定問題、誰核准使用』；採購規則與驗收程序，已經能回答『廠商是否交付了契約載明的技術成果』，卻無法回答『技術驗收通過後，運作中誰能要求覆寫、暫停或停止』；目的事業主管機關的內控與救濟機制，已經能回答『個案處分是否符合法定要件、人民可不可以申訴』，卻大多只在傷害發生後才啟動，無法回答『這些救濟經驗，要怎麼回饋修正前端的問題定義與資料選擇』。三問因此不是要求機關重新作答，而是指出這三層銜接處，目前缺少負責的窗口。</w:t>
      </w:r>
      <w:r>
        <w:rPr>
          <w:lang w:eastAsia="zh-TW"/>
        </w:rPr>
      </w:r>
      <w:r>
        <w:rPr>
          <w:lang w:eastAsia="zh-TW"/>
        </w:rPr>
      </w:r>
    </w:p>
    <w:p w:rsidR="00182F3B" w:rsidRDefault="00137C0F">
      <w:pPr>
        <w:ind w:firstLine="346"/>
        <w:rPr>
          <w:lang w:eastAsia="zh-TW"/>
        </w:rPr>
      </w:pPr>
      <w:r>
        <w:rPr>
          <w:lang w:eastAsia="zh-TW"/>
        </w:rPr>
        <w:t>三問不是要把治理簡化，而是要防止治理被分解之後，沒有人承接。如果技術單位只能回答模型效能、法制單位只能回答事後救濟、業務單位只能回答流程效率、採購單位只能回答履約交付，卻沒有人能連續回答前面這三問，問題不在於某一個專業失職，而在於行政決定，已經被拆散成無法共同歸責的片段。OAC 的四鏈矩陣，只是把這項共同追問，轉成可以核對的證據語言。</w:t>
      </w:r>
      <w:r>
        <w:rPr>
          <w:lang w:eastAsia="zh-TW"/>
        </w:rPr>
      </w:r>
      <w:r>
        <w:rPr>
          <w:lang w:eastAsia="zh-TW"/>
        </w:rPr>
      </w:r>
    </w:p>
    <w:p w:rsidR="00182F3B" w:rsidRDefault="00137C0F" w:rsidP="00584087">
      <w:pPr>
        <w:ind w:firstLineChars="129" w:firstLine="284"/>
        <w:rPr>
          <w:lang w:eastAsia="zh-TW"/>
        </w:rPr>
      </w:pPr>
      <w:r>
        <w:rPr>
          <w:lang w:eastAsia="zh-TW"/>
        </w:rPr>
        <w:t>三問與四鏈的角色不同。三問是對外的白話語言：公民、第一線人員與非技術背景的審查者都可以問「誰先定義問題</w:t>
      </w:r>
      <w:r>
        <w:rPr>
          <w:lang w:eastAsia="zh-TW"/>
        </w:rPr>
        <w:t>？誰能叫停？錯誤如何被改正？」四</w:t>
      </w:r>
      <w:proofErr w:type="gramStart"/>
      <w:r>
        <w:rPr>
          <w:lang w:eastAsia="zh-TW"/>
        </w:rPr>
        <w:t>鏈則是</w:t>
      </w:r>
      <w:proofErr w:type="gramEnd"/>
      <w:r>
        <w:rPr>
          <w:lang w:eastAsia="zh-TW"/>
        </w:rPr>
        <w:t>機關內部把答案落到文件、職權與流程時使用的工作地圖。讀者可先用三問讀懂論點；表</w:t>
      </w:r>
      <w:r>
        <w:rPr>
          <w:lang w:eastAsia="zh-TW"/>
        </w:rPr>
        <w:t>7</w:t>
      </w:r>
      <w:r>
        <w:rPr>
          <w:lang w:eastAsia="zh-TW"/>
        </w:rPr>
        <w:t>再把它翻成四類可核對的證據，而非要求所有人先熟悉代理變項、</w:t>
      </w:r>
      <w:proofErr w:type="gramStart"/>
      <w:r>
        <w:rPr>
          <w:lang w:eastAsia="zh-TW"/>
        </w:rPr>
        <w:t>閾</w:t>
      </w:r>
      <w:proofErr w:type="gramEnd"/>
      <w:r>
        <w:rPr>
          <w:lang w:eastAsia="zh-TW"/>
        </w:rPr>
        <w:t>值等術語。</w:t>
      </w:r>
    </w:p>
    <w:p w:rsidR="00182F3B" w:rsidRDefault="00137C0F">
      <w:pPr>
        <w:pStyle w:val="Heading2"/>
        <w:rPr>
          <w:lang w:eastAsia="zh-TW"/>
        </w:rPr>
      </w:pPr>
      <w:r>
        <w:rPr>
          <w:lang w:eastAsia="zh-TW"/>
        </w:rPr>
        <w:t>二、四鏈共同檢視矩陣</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7</w:t>
      </w:r>
      <w:r>
        <w:rPr>
          <w:rFonts w:ascii="Noto Sans CJK TC" w:eastAsia="Noto Sans CJK TC" w:hAnsi="Noto Sans CJK TC"/>
          <w:b/>
          <w:sz w:val="20"/>
          <w:lang w:eastAsia="zh-TW"/>
        </w:rPr>
        <w:t xml:space="preserve">　四條治理鏈的</w:t>
      </w:r>
      <w:r>
        <w:rPr>
          <w:rFonts w:ascii="Noto Sans CJK TC" w:eastAsia="Noto Sans CJK TC" w:hAnsi="Noto Sans CJK TC"/>
          <w:b/>
          <w:sz w:val="20"/>
          <w:lang w:eastAsia="zh-TW"/>
        </w:rPr>
        <w:t xml:space="preserve"> OAC </w:t>
      </w:r>
      <w:r>
        <w:rPr>
          <w:rFonts w:ascii="Noto Sans CJK TC" w:eastAsia="Noto Sans CJK TC" w:hAnsi="Noto Sans CJK TC"/>
          <w:b/>
          <w:sz w:val="20"/>
          <w:lang w:eastAsia="zh-TW"/>
        </w:rPr>
        <w:t>原型矩陣</w:t>
      </w:r>
    </w:p>
    <w:tbl>
      <w:tblPr>
        <w:tblStyle w:val="TableGrid"/>
        <w:tblW w:w="0" w:type="auto"/>
        <w:jc w:val="center"/>
        <w:tblLook w:val="04A0" w:firstRow="1" w:lastRow="0" w:firstColumn="1" w:lastColumn="0" w:noHBand="0" w:noVBand="1"/>
      </w:tblPr>
      <w:tblGrid>
        <w:gridCol w:w="1687"/>
        <w:gridCol w:w="3074"/>
        <w:gridCol w:w="2502"/>
        <w:gridCol w:w="2717"/>
      </w:tblGrid>
      <w:tr w:rsidR="00182F3B">
        <w:trPr>
          <w:jc w:val="center"/>
        </w:trPr>
        <w:tc>
          <w:tcPr>
            <w:tcW w:w="1699"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治理鏈</w:t>
            </w:r>
            <w:proofErr w:type="spellEnd"/>
          </w:p>
        </w:tc>
        <w:tc>
          <w:tcPr>
            <w:tcW w:w="3096" w:type="dxa"/>
            <w:shd w:val="clear" w:color="auto" w:fill="D9EAF7"/>
            <w:vAlign w:val="center"/>
          </w:tcPr>
          <w:p w:rsidR="00182F3B" w:rsidRDefault="00137C0F">
            <w:pPr>
              <w:spacing w:before="40" w:after="40"/>
            </w:pPr>
            <w:r>
              <w:rPr>
                <w:rFonts w:ascii="Noto Sans CJK TC" w:eastAsia="Noto Sans CJK TC" w:hAnsi="Noto Sans CJK TC"/>
                <w:b/>
                <w:sz w:val="18"/>
              </w:rPr>
              <w:t>最低證據</w:t>
            </w:r>
          </w:p>
        </w:tc>
        <w:tc>
          <w:tcPr>
            <w:tcW w:w="2520"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跨</w:t>
            </w:r>
            <w:proofErr w:type="gramStart"/>
            <w:r>
              <w:rPr>
                <w:rFonts w:ascii="Noto Sans CJK TC" w:eastAsia="Noto Sans CJK TC" w:hAnsi="Noto Sans CJK TC"/>
                <w:b/>
                <w:sz w:val="18"/>
                <w:lang w:eastAsia="zh-TW"/>
              </w:rPr>
              <w:t>科室主責</w:t>
            </w:r>
            <w:proofErr w:type="gramEnd"/>
            <w:r>
              <w:rPr>
                <w:rFonts w:ascii="Noto Sans CJK TC" w:eastAsia="Noto Sans CJK TC" w:hAnsi="Noto Sans CJK TC"/>
                <w:b/>
                <w:sz w:val="18"/>
                <w:lang w:eastAsia="zh-TW"/>
              </w:rPr>
              <w:t>／共同簽認</w:t>
            </w:r>
          </w:p>
        </w:tc>
        <w:tc>
          <w:tcPr>
            <w:tcW w:w="2736" w:type="dxa"/>
            <w:shd w:val="clear" w:color="auto" w:fill="D9EAF7"/>
            <w:vAlign w:val="center"/>
          </w:tcPr>
          <w:p w:rsidR="00182F3B" w:rsidRDefault="00137C0F">
            <w:pPr>
              <w:spacing w:before="40" w:after="40"/>
              <w:rPr>
                <w:lang w:eastAsia="zh-TW"/>
              </w:rPr>
            </w:pPr>
            <w:r>
              <w:rPr>
                <w:lang w:eastAsia="zh-TW"/>
              </w:rPr>
              <w:t>原型觀察下應觸發暫停／</w:t>
            </w:r>
            <w:proofErr w:type="gramStart"/>
            <w:r>
              <w:rPr>
                <w:lang w:eastAsia="zh-TW"/>
              </w:rPr>
              <w:t>重檢的</w:t>
            </w:r>
            <w:proofErr w:type="gramEnd"/>
            <w:r>
              <w:rPr>
                <w:lang w:eastAsia="zh-TW"/>
              </w:rPr>
              <w:t>訊號</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情境建構鏈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問題定義、資料邊界、資料字典、代理變項與</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值理由、版本／變更紀錄；高暴露案另附</w:t>
            </w:r>
            <w:r>
              <w:rPr>
                <w:rFonts w:ascii="Noto Sans CJK TC" w:eastAsia="Noto Sans CJK TC" w:hAnsi="Noto Sans CJK TC"/>
                <w:sz w:val="18"/>
                <w:lang w:eastAsia="zh-TW"/>
              </w:rPr>
              <w:t xml:space="preserve"> C1-13</w:t>
            </w:r>
            <w:r>
              <w:rPr>
                <w:rFonts w:ascii="Noto Sans CJK TC" w:eastAsia="Noto Sans CJK TC" w:hAnsi="Noto Sans CJK TC"/>
                <w:sz w:val="18"/>
                <w:lang w:eastAsia="zh-TW"/>
              </w:rPr>
              <w:t>（待校準觀察項，不列入最低證據）。</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業務說明問題與利害關係人；資訊／廠商提供技術證據；法制檢視法律效果與權利風險。</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無法</w:t>
            </w:r>
            <w:proofErr w:type="gramStart"/>
            <w:r>
              <w:rPr>
                <w:rFonts w:ascii="Noto Sans CJK TC" w:eastAsia="Noto Sans CJK TC" w:hAnsi="Noto Sans CJK TC"/>
                <w:sz w:val="18"/>
                <w:lang w:eastAsia="zh-TW"/>
              </w:rPr>
              <w:t>重建框定邏輯</w:t>
            </w:r>
            <w:proofErr w:type="gramEnd"/>
            <w:r>
              <w:rPr>
                <w:rFonts w:ascii="Noto Sans CJK TC" w:eastAsia="Noto Sans CJK TC" w:hAnsi="Noto Sans CJK TC"/>
                <w:sz w:val="18"/>
                <w:lang w:eastAsia="zh-TW"/>
              </w:rPr>
              <w:t>；僅有個案申訴而</w:t>
            </w:r>
            <w:proofErr w:type="gramStart"/>
            <w:r>
              <w:rPr>
                <w:rFonts w:ascii="Noto Sans CJK TC" w:eastAsia="Noto Sans CJK TC" w:hAnsi="Noto Sans CJK TC"/>
                <w:sz w:val="18"/>
                <w:lang w:eastAsia="zh-TW"/>
              </w:rPr>
              <w:t>無框定異議</w:t>
            </w:r>
            <w:proofErr w:type="gramEnd"/>
            <w:r>
              <w:rPr>
                <w:rFonts w:ascii="Noto Sans CJK TC" w:eastAsia="Noto Sans CJK TC" w:hAnsi="Noto Sans CJK TC"/>
                <w:sz w:val="18"/>
                <w:lang w:eastAsia="zh-TW"/>
              </w:rPr>
              <w:t>；把舉證成本預設轉嫁人民。</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輸出影響力</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法定授權對照；拒絕採納、升級與暫停的職權表；非採納不受不合理程序懲罰。</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業務主管與法制；人事／考訓確認異議保障；首長確認暫停權。</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系統實質取代裁量；人僅形式簽核；無人有權停止或改用人工。</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從資料／規則到個案理由的可重建文件；</w:t>
            </w:r>
            <w:r>
              <w:rPr>
                <w:rFonts w:ascii="Noto Sans CJK TC" w:eastAsia="Noto Sans CJK TC" w:hAnsi="Noto Sans CJK TC"/>
                <w:sz w:val="18"/>
                <w:lang w:eastAsia="zh-TW"/>
              </w:rPr>
              <w:t xml:space="preserve">XAI </w:t>
            </w:r>
            <w:r>
              <w:rPr>
                <w:rFonts w:ascii="Noto Sans CJK TC" w:eastAsia="Noto Sans CJK TC" w:hAnsi="Noto Sans CJK TC"/>
                <w:sz w:val="18"/>
                <w:lang w:eastAsia="zh-TW"/>
              </w:rPr>
              <w:t>僅作輔助，不能替代行政說理；對外理由範本。</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資訊／廠商提供說明；業務轉譯個案事實；法制檢驗理由義務。</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只有</w:t>
            </w:r>
            <w:r>
              <w:rPr>
                <w:rFonts w:ascii="Noto Sans CJK TC" w:eastAsia="Noto Sans CJK TC" w:hAnsi="Noto Sans CJK TC"/>
                <w:sz w:val="18"/>
                <w:lang w:eastAsia="zh-TW"/>
              </w:rPr>
              <w:t xml:space="preserve"> SHAP</w:t>
            </w:r>
            <w:r>
              <w:rPr>
                <w:rFonts w:ascii="Noto Sans CJK TC" w:eastAsia="Noto Sans CJK TC" w:hAnsi="Noto Sans CJK TC"/>
                <w:sz w:val="18"/>
                <w:lang w:eastAsia="zh-TW"/>
              </w:rPr>
              <w:t>／</w:t>
            </w:r>
            <w:r>
              <w:rPr>
                <w:rFonts w:ascii="Noto Sans CJK TC" w:eastAsia="Noto Sans CJK TC" w:hAnsi="Noto Sans CJK TC"/>
                <w:sz w:val="18"/>
                <w:lang w:eastAsia="zh-TW"/>
              </w:rPr>
              <w:t xml:space="preserve">LIME </w:t>
            </w:r>
            <w:r>
              <w:rPr>
                <w:rFonts w:ascii="Noto Sans CJK TC" w:eastAsia="Noto Sans CJK TC" w:hAnsi="Noto Sans CJK TC"/>
                <w:sz w:val="18"/>
                <w:lang w:eastAsia="zh-TW"/>
              </w:rPr>
              <w:t>或技術報告，無法連回法定要件、事實與個案判斷。</w:t>
            </w:r>
          </w:p>
        </w:tc>
      </w:tr>
      <w:tr w:rsidR="00182F3B">
        <w:trPr>
          <w:jc w:val="center"/>
        </w:trPr>
        <w:tc>
          <w:tcPr>
            <w:tcW w:w="1699"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個案申訴</w:t>
            </w:r>
            <w:proofErr w:type="gramStart"/>
            <w:r>
              <w:rPr>
                <w:rFonts w:ascii="Noto Sans CJK TC" w:eastAsia="Noto Sans CJK TC" w:hAnsi="Noto Sans CJK TC"/>
                <w:sz w:val="18"/>
                <w:lang w:eastAsia="zh-TW"/>
              </w:rPr>
              <w:t>與框定</w:t>
            </w:r>
            <w:proofErr w:type="gramEnd"/>
            <w:r>
              <w:rPr>
                <w:rFonts w:ascii="Noto Sans CJK TC" w:eastAsia="Noto Sans CJK TC" w:hAnsi="Noto Sans CJK TC"/>
                <w:sz w:val="18"/>
                <w:lang w:eastAsia="zh-TW"/>
              </w:rPr>
              <w:t>異議雙軌；回饋與修正</w:t>
            </w:r>
            <w:r>
              <w:rPr>
                <w:rFonts w:ascii="Noto Sans CJK TC" w:eastAsia="Noto Sans CJK TC" w:hAnsi="Noto Sans CJK TC"/>
                <w:sz w:val="18"/>
                <w:lang w:eastAsia="zh-TW"/>
              </w:rPr>
              <w:t xml:space="preserve"> SLA</w:t>
            </w:r>
            <w:r>
              <w:rPr>
                <w:rFonts w:ascii="Noto Sans CJK TC" w:eastAsia="Noto Sans CJK TC" w:hAnsi="Noto Sans CJK TC"/>
                <w:sz w:val="18"/>
                <w:lang w:eastAsia="zh-TW"/>
              </w:rPr>
              <w:t>；異議統計、第三方稽核、停止及退場／備援計畫。</w:t>
            </w:r>
          </w:p>
        </w:tc>
        <w:tc>
          <w:tcPr>
            <w:tcW w:w="2520" w:type="dxa"/>
            <w:vAlign w:val="center"/>
          </w:tcPr>
          <w:p w:rsidR="00182F3B" w:rsidRDefault="00137C0F">
            <w:pPr>
              <w:spacing w:before="40" w:after="40"/>
              <w:rPr>
                <w:lang w:eastAsia="zh-TW"/>
              </w:rPr>
            </w:pPr>
            <w:r>
              <w:rPr>
                <w:rFonts w:ascii="Noto Sans CJK TC" w:eastAsia="Noto Sans CJK TC" w:hAnsi="Noto Sans CJK TC"/>
                <w:sz w:val="18"/>
                <w:lang w:eastAsia="zh-TW"/>
              </w:rPr>
              <w:t>業務、人事／考訓、政風／稽核、資訊及主計共同確認。</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救濟只存在於紙面；錯誤不能回饋</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；停止權缺乏備援、預算或</w:t>
            </w:r>
            <w:proofErr w:type="gramStart"/>
            <w:r>
              <w:rPr>
                <w:rFonts w:ascii="Noto Sans CJK TC" w:eastAsia="Noto Sans CJK TC" w:hAnsi="Noto Sans CJK TC"/>
                <w:sz w:val="18"/>
                <w:lang w:eastAsia="zh-TW"/>
              </w:rPr>
              <w:t>供應鏈可攜</w:t>
            </w:r>
            <w:proofErr w:type="gramEnd"/>
            <w:r>
              <w:rPr>
                <w:rFonts w:ascii="Noto Sans CJK TC" w:eastAsia="Noto Sans CJK TC" w:hAnsi="Noto Sans CJK TC"/>
                <w:sz w:val="18"/>
                <w:lang w:eastAsia="zh-TW"/>
              </w:rPr>
              <w:t>性。</w:t>
            </w:r>
          </w:p>
        </w:tc>
      </w:tr>
    </w:tbl>
    <w:p w:rsidR="00182F3B" w:rsidRDefault="00182F3B">
      <w:pPr>
        <w:spacing w:after="20"/>
        <w:rPr>
          <w:lang w:eastAsia="zh-TW"/>
        </w:rPr>
      </w:pPr>
    </w:p>
    <w:p>
      <w:pPr/>
      <w:r>
        <w:t>表7所列證據項目並非齊頭適用：高暴露案件（如本文界定之社福資格撤銷、高額裁罰、身分與土地權利）應將全部項目視為「必須具備」的最低門檻；中低暴露用途則可先視為「建議具備」，就其中可行部分建立框定紀錄，再依實際爭議或人工覆寫情形逐步補齊。附錄表12以地政AI印鑑比對為例，具體示範「可重建」證據與「不可重建」常見狀況的差異，供機關對照使用。</w:t>
      </w:r>
    </w:p>
    <w:p w:rsidR="00182F3B" w:rsidRDefault="00137C0F">
      <w:pPr>
        <w:ind w:firstLine="346"/>
        <w:rPr>
          <w:lang w:eastAsia="zh-TW"/>
        </w:rPr>
      </w:pPr>
      <w:r>
        <w:rPr>
          <w:lang w:eastAsia="zh-TW"/>
        </w:rPr>
        <w:t>雙軌不代表要求一般民眾，必須說得出「代理變項」或「閾值」這類技術術語。人民仍然可以就不利結果、理由不足、處理延滯、反覆補件，或自己所屬群體遭遇的狀況，提出一般性的個案異議；機關收到後，應該先提供可以理解的個案理由與人工覆核。如果同類異議集中、理由無法說明、人工覆寫明顯偏高，或第一線人員依專業提出疑義，就由機關主動啟動「框定重檢」：回頭檢視資料邊界、分類規則、代理變項、閾值，以及它們與法定目的的關聯。框定重檢中的初步說明、查證與資料調閱責任，在機關與供應商身上，而不是要個別民眾先自己證明模型錯誤。</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lastRenderedPageBreak/>
        <w:t>三、共同判定的三種結果：可上線、附條件試行、不得導入</w:t>
      </w:r>
    </w:p>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8</w:t>
      </w:r>
      <w:r>
        <w:rPr>
          <w:rFonts w:ascii="Noto Sans CJK TC" w:eastAsia="Noto Sans CJK TC" w:hAnsi="Noto Sans CJK TC"/>
          <w:b/>
          <w:sz w:val="20"/>
          <w:lang w:eastAsia="zh-TW"/>
        </w:rPr>
        <w:t xml:space="preserve">　</w:t>
      </w:r>
      <w:r>
        <w:rPr>
          <w:rFonts w:ascii="Noto Sans CJK TC" w:eastAsia="Noto Sans CJK TC" w:hAnsi="Noto Sans CJK TC"/>
          <w:b/>
          <w:sz w:val="20"/>
          <w:lang w:eastAsia="zh-TW"/>
        </w:rPr>
        <w:t xml:space="preserve">OAC </w:t>
      </w:r>
      <w:r>
        <w:rPr>
          <w:rFonts w:ascii="Noto Sans CJK TC" w:eastAsia="Noto Sans CJK TC" w:hAnsi="Noto Sans CJK TC"/>
          <w:b/>
          <w:sz w:val="20"/>
          <w:lang w:eastAsia="zh-TW"/>
        </w:rPr>
        <w:t>的分級結果與處置</w:t>
      </w:r>
    </w:p>
    <w:tbl>
      <w:tblPr>
        <w:tblStyle w:val="TableGrid"/>
        <w:tblW w:w="0" w:type="auto"/>
        <w:jc w:val="center"/>
        <w:tblLook w:val="04A0" w:firstRow="1" w:lastRow="0" w:firstColumn="1" w:lastColumn="0" w:noHBand="0" w:noVBand="1"/>
      </w:tblPr>
      <w:tblGrid>
        <w:gridCol w:w="1795"/>
        <w:gridCol w:w="4523"/>
        <w:gridCol w:w="3662"/>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結果</w:t>
            </w:r>
            <w:proofErr w:type="spellEnd"/>
          </w:p>
        </w:tc>
        <w:tc>
          <w:tcPr>
            <w:tcW w:w="4536" w:type="dxa"/>
            <w:shd w:val="clear" w:color="auto" w:fill="D9EAF7"/>
            <w:vAlign w:val="center"/>
          </w:tcPr>
          <w:p w:rsidR="00182F3B" w:rsidRDefault="00137C0F">
            <w:pPr>
              <w:spacing w:before="40" w:after="40"/>
            </w:pPr>
            <w:r>
              <w:rPr>
                <w:rFonts w:ascii="Noto Sans CJK TC" w:eastAsia="Noto Sans CJK TC" w:hAnsi="Noto Sans CJK TC"/>
                <w:b/>
                <w:sz w:val="18"/>
              </w:rPr>
              <w:t>適用判準</w:t>
            </w:r>
          </w:p>
        </w:tc>
        <w:tc>
          <w:tcPr>
            <w:tcW w:w="3672" w:type="dxa"/>
            <w:shd w:val="clear" w:color="auto" w:fill="D9EAF7"/>
            <w:vAlign w:val="center"/>
          </w:tcPr>
          <w:p w:rsidR="00182F3B" w:rsidRDefault="00137C0F">
            <w:pPr>
              <w:spacing w:before="40" w:after="40"/>
            </w:pPr>
            <w:r>
              <w:rPr>
                <w:rFonts w:ascii="Noto Sans CJK TC" w:eastAsia="Noto Sans CJK TC" w:hAnsi="Noto Sans CJK TC"/>
                <w:b/>
                <w:sz w:val="18"/>
              </w:rPr>
              <w:t>必要限制或後續行動</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可上線</w:t>
            </w:r>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依</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暴露強度所需的四鏈最低證據均具備，</w:t>
            </w:r>
            <w:proofErr w:type="gramStart"/>
            <w:r>
              <w:rPr>
                <w:rFonts w:ascii="Noto Sans CJK TC" w:eastAsia="Noto Sans CJK TC" w:hAnsi="Noto Sans CJK TC"/>
                <w:sz w:val="18"/>
                <w:lang w:eastAsia="zh-TW"/>
              </w:rPr>
              <w:t>且跨科</w:t>
            </w:r>
            <w:proofErr w:type="gramEnd"/>
            <w:r>
              <w:rPr>
                <w:rFonts w:ascii="Noto Sans CJK TC" w:eastAsia="Noto Sans CJK TC" w:hAnsi="Noto Sans CJK TC"/>
                <w:sz w:val="18"/>
                <w:lang w:eastAsia="zh-TW"/>
              </w:rPr>
              <w:t>室權責、異議與停止能力可實際行使。</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建立定期複核、版本變更重審與異議統計回饋。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附條件試行</w:t>
            </w:r>
            <w:proofErr w:type="spellEnd"/>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低至中暴露用途的部分證據尚待補正，但未涉及不可逆或高度排他</w:t>
            </w:r>
            <w:proofErr w:type="gramStart"/>
            <w:r>
              <w:rPr>
                <w:rFonts w:ascii="Noto Sans CJK TC" w:eastAsia="Noto Sans CJK TC" w:hAnsi="Noto Sans CJK TC"/>
                <w:sz w:val="18"/>
                <w:lang w:eastAsia="zh-TW"/>
              </w:rPr>
              <w:t>之</w:t>
            </w:r>
            <w:proofErr w:type="gramEnd"/>
            <w:r>
              <w:rPr>
                <w:rFonts w:ascii="Noto Sans CJK TC" w:eastAsia="Noto Sans CJK TC" w:hAnsi="Noto Sans CJK TC"/>
                <w:sz w:val="18"/>
                <w:lang w:eastAsia="zh-TW"/>
              </w:rPr>
              <w:t>權利影響；補正計畫可驗證。</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限縮用途、資料與期間；事先</w:t>
            </w:r>
            <w:proofErr w:type="gramStart"/>
            <w:r>
              <w:rPr>
                <w:rFonts w:ascii="Noto Sans CJK TC" w:eastAsia="Noto Sans CJK TC" w:hAnsi="Noto Sans CJK TC"/>
                <w:sz w:val="18"/>
                <w:lang w:eastAsia="zh-TW"/>
              </w:rPr>
              <w:t>訂定停用</w:t>
            </w:r>
            <w:proofErr w:type="gramEnd"/>
            <w:r>
              <w:rPr>
                <w:rFonts w:ascii="Noto Sans CJK TC" w:eastAsia="Noto Sans CJK TC" w:hAnsi="Noto Sans CJK TC"/>
                <w:sz w:val="18"/>
                <w:lang w:eastAsia="zh-TW"/>
              </w:rPr>
              <w:t>門檻、人工備援與公開報告節點。</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不得導入／應退場</w:t>
            </w:r>
            <w:proofErr w:type="spellEnd"/>
          </w:p>
        </w:tc>
        <w:tc>
          <w:tcPr>
            <w:tcW w:w="4536" w:type="dxa"/>
            <w:vAlign w:val="center"/>
          </w:tcPr>
          <w:p w:rsidR="00182F3B" w:rsidRDefault="00137C0F">
            <w:pPr>
              <w:spacing w:before="40" w:after="40"/>
              <w:rPr>
                <w:lang w:eastAsia="zh-TW"/>
              </w:rPr>
            </w:pPr>
            <w:r>
              <w:rPr>
                <w:rFonts w:ascii="Noto Sans CJK TC" w:eastAsia="Noto Sans CJK TC" w:hAnsi="Noto Sans CJK TC"/>
                <w:sz w:val="18"/>
                <w:lang w:eastAsia="zh-TW"/>
              </w:rPr>
              <w:t>高暴露系統任</w:t>
            </w:r>
            <w:proofErr w:type="gramStart"/>
            <w:r>
              <w:rPr>
                <w:rFonts w:ascii="Noto Sans CJK TC" w:eastAsia="Noto Sans CJK TC" w:hAnsi="Noto Sans CJK TC"/>
                <w:sz w:val="18"/>
                <w:lang w:eastAsia="zh-TW"/>
              </w:rPr>
              <w:t>一</w:t>
            </w:r>
            <w:proofErr w:type="gramEnd"/>
            <w:r>
              <w:rPr>
                <w:rFonts w:ascii="Noto Sans CJK TC" w:eastAsia="Noto Sans CJK TC" w:hAnsi="Noto Sans CJK TC"/>
                <w:sz w:val="18"/>
                <w:lang w:eastAsia="zh-TW"/>
              </w:rPr>
              <w:t>鏈缺乏最低證據；</w:t>
            </w:r>
            <w:proofErr w:type="gramStart"/>
            <w:r>
              <w:rPr>
                <w:rFonts w:ascii="Noto Sans CJK TC" w:eastAsia="Noto Sans CJK TC" w:hAnsi="Noto Sans CJK TC"/>
                <w:sz w:val="18"/>
                <w:lang w:eastAsia="zh-TW"/>
              </w:rPr>
              <w:t>框定不可</w:t>
            </w:r>
            <w:proofErr w:type="gramEnd"/>
            <w:r>
              <w:rPr>
                <w:rFonts w:ascii="Noto Sans CJK TC" w:eastAsia="Noto Sans CJK TC" w:hAnsi="Noto Sans CJK TC"/>
                <w:sz w:val="18"/>
                <w:lang w:eastAsia="zh-TW"/>
              </w:rPr>
              <w:t>重建、裁量無法保留、理由不能成立，或無可行救濟與停止能力。</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回到問題定義、資料與程序設計；不得用事後簽核或廠商保證取代補正。</w:t>
            </w:r>
          </w:p>
        </w:tc>
      </w:tr>
    </w:tbl>
    <w:p w:rsidR="00182F3B" w:rsidRDefault="00182F3B">
      <w:pPr>
        <w:spacing w:after="20"/>
        <w:rPr>
          <w:lang w:eastAsia="zh-TW"/>
        </w:rPr>
      </w:pPr>
    </w:p>
    <w:p w:rsidR="00182F3B" w:rsidRDefault="00137C0F">
      <w:pPr>
        <w:ind w:firstLine="346"/>
        <w:rPr>
          <w:lang w:eastAsia="zh-TW"/>
        </w:rPr>
      </w:pPr>
      <w:r>
        <w:rPr>
          <w:lang w:eastAsia="zh-TW"/>
        </w:rPr>
        <w:t>這個分級，不是要把 P1 暴露強度化約成單一數字。第十六篇已經指出，規範門檻應該隨著 P1 暴露程度動態調升；第九篇也指出，高排他、高權益影響的業務，不應該等到異議率很高才觸發稽核。本文採取同一原則：社福資格撤銷、高額裁罰、身分與土地權利等高暴露情境，應該優先適用不能用事後救濟取代的前端門檻。</w:t>
      </w:r>
      <w:r>
        <w:rPr>
          <w:lang w:eastAsia="zh-TW"/>
        </w:rPr>
      </w:r>
      <w:r>
        <w:rPr>
          <w:lang w:eastAsia="zh-TW"/>
        </w:rPr>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rsidP="00584087">
      <w:pPr>
        <w:ind w:firstLineChars="129" w:firstLine="284"/>
        <w:rPr>
          <w:lang w:eastAsia="zh-TW"/>
        </w:rPr>
      </w:pPr>
      <w:r>
        <w:rPr>
          <w:lang w:eastAsia="zh-TW"/>
        </w:rPr>
        <w:t>這裡必須先界定證據位階：可上線／附條件試行／不得導入的三分級架構，以及『高暴露情境應優先適用前端門檻』的原則，是本文依既有案例與規範文獻推導出的政策建議；但各判準對應的具體量化門檻（例如：斷路器觸發的異常標註率偏離基線要怎麼算、人工二次審核時間的可容忍區間），目前仍然只是待驗證的研究假說，必須經過臺灣試點文件與統計基線確認後，才能轉化為可操作的行政標準——這兩者不應該被等量齊觀。</w:t>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r>
        <w:rPr>
          <w:lang w:eastAsia="zh-TW"/>
        </w:rPr>
      </w:r>
      <w:proofErr w:type="gramEnd"/>
      <w:r>
        <w:rPr>
          <w:lang w:eastAsia="zh-TW"/>
        </w:rPr>
      </w:r>
    </w:p>
    <w:p w:rsidR="00182F3B" w:rsidRDefault="00137C0F">
      <w:pPr>
        <w:pStyle w:val="Heading2"/>
        <w:rPr>
          <w:lang w:eastAsia="zh-TW"/>
        </w:rPr>
      </w:pPr>
      <w:r>
        <w:rPr>
          <w:lang w:eastAsia="zh-TW"/>
        </w:rPr>
        <w:t>四、從共同問題到既有程序：試行何時必須停止</w:t>
      </w:r>
    </w:p>
    <w:p w:rsidR="00182F3B" w:rsidRDefault="00137C0F">
      <w:pPr>
        <w:ind w:firstLine="346"/>
        <w:rPr>
          <w:lang w:eastAsia="zh-TW"/>
        </w:rPr>
      </w:pPr>
      <w:r>
        <w:rPr>
          <w:lang w:eastAsia="zh-TW"/>
        </w:rPr>
        <w:t xml:space="preserve">OAC </w:t>
      </w:r>
      <w:r>
        <w:rPr>
          <w:lang w:eastAsia="zh-TW"/>
        </w:rPr>
        <w:t>不宜另設平行的新委員會。它應嵌入既有四個接點：需求規格與採購文件、驗收與上線前風險審查、內部控制與申訴處理，以及資料、模型、代理變項或使用目的變更時的重審。這樣做不是增加行政儀式，而是讓採購、上線、內控與變更管理不再各自斷裂。</w:t>
      </w:r>
    </w:p>
    <w:p w:rsidR="00182F3B" w:rsidRDefault="00137C0F">
      <w:pPr>
        <w:ind w:firstLine="346"/>
        <w:rPr>
          <w:lang w:eastAsia="zh-TW"/>
        </w:rPr>
      </w:pPr>
      <w:r>
        <w:rPr>
          <w:lang w:eastAsia="zh-TW"/>
        </w:rPr>
        <w:t>OAC 不取代個人資料保護影響評估（PIA）或人權影響評估（HRIA）。PIA／HRIA 的功能，是辨識資料處理、人權與群體風險，並提出減緩措施；OAC 的功能，是把它們的結論，轉化為上線時必須已經具備的可驗收證據、責任人與退場條件。舉例來說，當 PIA 指出特定資料處理風險時，OAC 必須確認資料邊界、最小化處理與版本控制是否已經落實；當 HRIA 指出特定群體可能承受不利效果時，OAC 必須確認分組監測、理由告知、人工覆核與救濟回饋，是否已經能夠實際運作。這樣可以避免另立重複的評估，也讓既有評估不會只停留在提出建議。</w:t>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附條件試行」不是「還沒通過驗收」的委婉說法，更不是可以無限期延伸的正式導入。試行文件應該明定終止日期、限縮用途、人工備援、補正期限與自動斷路器。斷路器不預先採用跨業務通用的固定百分比，而是依 P1 暴露、排他性、權益影響與試點基線來校準。它的預警指標至少包括：人工覆寫率異常偏低（可能是形式簽核）或異常偏高（可能是系統不可靠）；特定群體的異常標註率，或人工二次審核時間顯著偏離基線；理由無法產出，或異議沒有在期限內回應；以及版本變更沒有完成重審。只要出現以下任一情況，就應該直接觸發暫停或退回人工：框定邏輯無法重建、出現無法說明的群體性不利效果、必要文件逾期未補正、異議或申訴無法回饋到 P1，或者停止權因為備援、預算或供應鏈鎖定，而實際上無法行使。</w:t>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spacing w:before="120" w:after="60"/>
        <w:rPr>
          <w:lang w:eastAsia="zh-TW"/>
        </w:rPr>
      </w:pPr>
      <w:r>
        <w:rPr>
          <w:lang w:eastAsia="zh-TW"/>
        </w:rPr>
        <w:t>四條治理鏈，分別嵌入需求規格與風險審查、上線核准與人工備援設計、驗收與法制審查，以及申訴與版本管理等既有行政介面；各鏈的試行／退場觸發條件，詳見附錄表9。</w:t>
      </w:r>
      <w:r>
        <w:rPr>
          <w:lang w:eastAsia="zh-TW"/>
        </w:rPr>
      </w:r>
      <w:proofErr w:type="gramStart"/>
      <w:r>
        <w:rPr>
          <w:lang w:eastAsia="zh-TW"/>
        </w:rPr>
      </w:r>
      <w:proofErr w:type="gramEnd"/>
      <w:r>
        <w:rPr>
          <w:lang w:eastAsia="zh-TW"/>
        </w:rPr>
      </w:r>
      <w:r>
        <w:rPr>
          <w:lang w:eastAsia="zh-TW"/>
        </w:rPr>
      </w:r>
      <w:r>
        <w:rPr>
          <w:lang w:eastAsia="zh-TW"/>
        </w:rPr>
      </w:r>
    </w:p>
    <w:p w:rsidR="00182F3B" w:rsidRDefault="00182F3B">
      <w:pPr>
        <w:spacing w:after="20"/>
        <w:rPr>
          <w:lang w:eastAsia="zh-TW"/>
        </w:rPr>
      </w:pPr>
    </w:p>
    <w:p w:rsidR="00182F3B" w:rsidRDefault="00137C0F">
      <w:pPr>
        <w:pStyle w:val="Heading1"/>
        <w:rPr>
          <w:lang w:eastAsia="zh-TW"/>
        </w:rPr>
      </w:pPr>
      <w:proofErr w:type="gramStart"/>
      <w:r>
        <w:rPr>
          <w:lang w:eastAsia="zh-TW"/>
        </w:rPr>
        <w:t>柒</w:t>
      </w:r>
      <w:proofErr w:type="gramEnd"/>
      <w:r>
        <w:rPr>
          <w:lang w:eastAsia="zh-TW"/>
        </w:rPr>
        <w:t>、從論文到公共追問：制度與方法論意涵</w:t>
      </w:r>
    </w:p>
    <w:p w:rsidR="00182F3B" w:rsidRDefault="00137C0F">
      <w:pPr>
        <w:pStyle w:val="Heading2"/>
        <w:rPr>
          <w:lang w:eastAsia="zh-TW"/>
        </w:rPr>
      </w:pPr>
      <w:r>
        <w:rPr>
          <w:lang w:eastAsia="zh-TW"/>
        </w:rPr>
        <w:t>一、把「</w:t>
      </w:r>
      <w:proofErr w:type="gramStart"/>
      <w:r>
        <w:rPr>
          <w:lang w:eastAsia="zh-TW"/>
        </w:rPr>
        <w:t>跨域」</w:t>
      </w:r>
      <w:proofErr w:type="gramEnd"/>
      <w:r>
        <w:rPr>
          <w:lang w:eastAsia="zh-TW"/>
        </w:rPr>
        <w:t>放進共同案件，而非共同口號</w:t>
      </w:r>
    </w:p>
    <w:p w:rsidR="00182F3B" w:rsidRDefault="00137C0F">
      <w:pPr>
        <w:ind w:firstLine="346"/>
        <w:rPr>
          <w:lang w:eastAsia="zh-TW"/>
        </w:rPr>
      </w:pPr>
      <w:r>
        <w:rPr>
          <w:lang w:eastAsia="zh-TW"/>
        </w:rPr>
        <w:t>跨科室審查如果只是多加一份會簽單，責任還是可能被稀釋。第十四篇對組織設計、KPI、溝通與資源的壓力測試提醒我們：資訊人員可能擁有技術文件，卻不負責公共理由；業務單位可能承受案件量，卻看不見模型限制；法制單位可能檢視最終文本，卻無法觸及前端分類。OAC 的目的，正是要讓三方對同一個案件、同一個版本、同一條鏈，提出可以追溯的回答，而不是各自簽署抽象原則。</w:t>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這裡有一個不能淡化的權力不對等：資訊單位或供應商不能用「模型太複雜」或「已交付技術圖表」來結束討論；業務與法制人員也不必先證明自己的疑慮在技術上完全正確，才有資格追問。只要無法把某個分類、資料欄位或門檻，說明為何與法定要件、個案事實及公共目的有關，系統就還沒有提出足以上線的證據。先說明、先轉譯的責任，在機關與供應商，不在提出疑義的人。</w:t>
      </w:r>
    </w:p>
    <w:p w:rsidR="00182F3B" w:rsidRDefault="00137C0F">
      <w:pPr>
        <w:rPr>
          <w:lang w:eastAsia="zh-TW"/>
        </w:rPr>
      </w:pPr>
      <w:r>
        <w:rPr>
          <w:lang w:eastAsia="zh-TW"/>
        </w:rPr>
        <w:t>例如，若系統把「印鑑使用頻率」當成異常訊號，業務單位可以直</w:t>
      </w:r>
      <w:r>
        <w:rPr>
          <w:lang w:eastAsia="zh-TW"/>
        </w:rPr>
        <w:t>接問：它和「權利人身分是否可辨識」有什麼關係？供應商不能只交一張顯示該變項重要度的圖，而必須說明資料從何而來、為什麼採</w:t>
      </w:r>
      <w:r>
        <w:rPr>
          <w:lang w:eastAsia="zh-TW"/>
        </w:rPr>
        <w:lastRenderedPageBreak/>
        <w:t>用這個門檻、在哪些情況可能誤判。若仍說不清楚，或業務與法制單位認為它不足以支持法定要件，就不該以「技術驗收已過」逕行上線；至少要限縮用途、加強人工覆核，必要時停止導入。</w:t>
      </w:r>
    </w:p>
    <w:p w:rsidR="00182F3B" w:rsidRDefault="00137C0F">
      <w:pPr>
        <w:ind w:firstLine="346"/>
        <w:rPr>
          <w:lang w:eastAsia="zh-TW"/>
        </w:rPr>
      </w:pPr>
      <w:r>
        <w:rPr>
          <w:lang w:eastAsia="zh-TW"/>
        </w:rPr>
        <w:t>第十五篇的教學設計，可以作為最小可行的訓練：用一頁式案件事實表、資料字典、四鏈追蹤表與七項治理審計表，要求跨專業小組先定位座標，再辨識 P1—P3、證據、斷裂與制度補正。這也代表第十七篇的制度建議，不只面向法規與採購，更面向文官訓練與組織學習。</w:t>
      </w:r>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Heading2"/>
        <w:rPr>
          <w:lang w:eastAsia="zh-TW"/>
        </w:rPr>
      </w:pPr>
      <w:r>
        <w:rPr>
          <w:lang w:eastAsia="zh-TW"/>
        </w:rPr>
        <w:t>二、與第九、十篇的明確分工</w:t>
      </w:r>
    </w:p>
    <w:p w:rsidR="00182F3B" w:rsidRDefault="00137C0F">
      <w:pPr>
        <w:ind w:firstLine="346"/>
        <w:rPr>
          <w:lang w:eastAsia="zh-TW"/>
        </w:rPr>
      </w:pPr>
      <w:r>
        <w:rPr>
          <w:lang w:eastAsia="zh-TW"/>
        </w:rPr>
        <w:t>第九篇回答的是：「第一線公務員有沒有能力說不？」第十篇回答的是：「政府有沒有向供應商買到足以控制的權利？」第十七篇只回答一件事：「前述能力與權利，加上情境建構、理由與責任的證據，是否足以讓系統進入行政流程？」因此，OAC 可以引用第九、十篇作為必要條件，但不應該把它們的契約條款、異議四條件，或雙層控制圖原封重寫。</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Heading2"/>
        <w:rPr>
          <w:lang w:eastAsia="zh-TW"/>
        </w:rPr>
      </w:pPr>
      <w:r>
        <w:rPr>
          <w:lang w:eastAsia="zh-TW"/>
        </w:rPr>
        <w:t>三、與現有法制及風險框架的關係</w:t>
      </w:r>
    </w:p>
    <w:p w:rsidR="00182F3B" w:rsidRDefault="00137C0F">
      <w:pPr>
        <w:ind w:firstLine="346"/>
        <w:rPr>
          <w:lang w:eastAsia="zh-TW"/>
        </w:rPr>
      </w:pPr>
      <w:r>
        <w:rPr>
          <w:lang w:eastAsia="zh-TW"/>
        </w:rPr>
        <w:t>本文不把 OAC 當作對既有法規或風險框架的替代。第十六篇已經把它定位為對風險盤點、風險評估、因應措施與內控管理的前端補強：把「透明、問責、公平」，落實成能不能重建框定、能不能保留裁量、能不能提出理由、能不能修正與停止的證據門檻。它適合進入需求規格、試行設計、驗收會議與版本變更審查，但不適合被誇張宣稱為已經完成的全國標準。</w:t>
      </w:r>
      <w:r>
        <w:rPr>
          <w:lang w:eastAsia="zh-TW"/>
        </w:rPr>
      </w:r>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
    <w:p w:rsidR="00182F3B" w:rsidRDefault="00137C0F">
      <w:pPr>
        <w:ind w:firstLine="346"/>
        <w:rPr>
          <w:lang w:eastAsia="zh-TW"/>
        </w:rPr>
      </w:pPr>
      <w:r>
        <w:rPr>
          <w:lang w:eastAsia="zh-TW"/>
        </w:rPr>
        <w:t>本文的實務路徑，不是只停在「請政府採納 OAC」。研究完成後，應該要有三種可以互相校正的公共產出：第一，完整論文，提出跨域診斷及理論原型；第二，一頁式「三問、四鏈」事實檢視表，讓受影響者、第一線人員與機關，可以檢視個案目前已經具備哪些證據；第三，政策短箋，邀請相關機關確認或更正系統上線核定、版本變更、人工覆寫、理由告知、申訴及退場安排的事實。這個程序，不是預設任何機關必須採用本文的主張，而是把原本可以被互相推託的問題，轉成一個會留下回應或未回應紀錄的公共問題。</w:t>
      </w:r>
      <w:r>
        <w:rPr>
          <w:lang w:eastAsia="zh-TW"/>
        </w:rPr>
      </w:r>
      <w:r>
        <w:rPr>
          <w:lang w:eastAsia="zh-TW"/>
        </w:rPr>
      </w:r>
      <w:proofErr w:type="gramStart"/>
      <w:r>
        <w:rPr>
          <w:lang w:eastAsia="zh-TW"/>
        </w:rPr>
      </w:r>
      <w:proofErr w:type="gramEnd"/>
      <w:r>
        <w:rPr>
          <w:lang w:eastAsia="zh-TW"/>
        </w:rPr>
      </w:r>
      <w:r>
        <w:rPr>
          <w:lang w:eastAsia="zh-TW"/>
        </w:rPr>
      </w:r>
    </w:p>
    <w:p w:rsidR="00182F3B" w:rsidRDefault="00137C0F">
      <w:pPr>
        <w:pStyle w:val="Heading1"/>
        <w:rPr>
          <w:lang w:eastAsia="zh-TW"/>
        </w:rPr>
      </w:pPr>
      <w:r>
        <w:rPr>
          <w:lang w:eastAsia="zh-TW"/>
        </w:rPr>
        <w:t>捌、公眾可檢驗的觀察設計：臺灣</w:t>
      </w:r>
      <w:r>
        <w:rPr>
          <w:lang w:eastAsia="zh-TW"/>
        </w:rPr>
        <w:t xml:space="preserve"> AI </w:t>
      </w:r>
      <w:r>
        <w:rPr>
          <w:lang w:eastAsia="zh-TW"/>
        </w:rPr>
        <w:t>行政決定的生命週期</w:t>
      </w:r>
    </w:p>
    <w:p w:rsidR="00182F3B" w:rsidRDefault="00137C0F">
      <w:pPr>
        <w:ind w:firstLine="346"/>
        <w:rPr>
          <w:lang w:eastAsia="zh-TW"/>
        </w:rPr>
      </w:pPr>
      <w:r>
        <w:rPr>
          <w:lang w:eastAsia="zh-TW"/>
        </w:rPr>
        <w:t>〔研究設計說明〕以下是尚未進入資料蒐集階段的研究設計，不是已經完成的實證分析——為了避免 OAC 只能在假想系統或採購文件上運作，本文建立了「生命週期觀察隊列」：用處於不同導入階段的公共 AI 系統，檢驗 OAC 能不能在上線前、運作中與失效後，提出不同的判斷。這不是在宣稱已經取得任何機關合作、資料授權或完成判定；目前只是依公開資料，設定研究優先順序與後續待蒐證清單。四個觀察案例目前公開可確認的狀態、研究任務與證據狀態，整理如附錄表10。</w:t>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82F3B">
      <w:pPr>
        <w:spacing w:after="20"/>
        <w:rPr>
          <w:lang w:eastAsia="zh-TW"/>
        </w:rPr>
      </w:pPr>
    </w:p>
    <w:p w:rsidR="00182F3B" w:rsidRDefault="00137C0F">
      <w:pPr>
        <w:pStyle w:val="Heading2"/>
        <w:rPr>
          <w:lang w:eastAsia="zh-TW"/>
        </w:rPr>
      </w:pPr>
      <w:r>
        <w:rPr>
          <w:lang w:eastAsia="zh-TW"/>
        </w:rPr>
        <w:t>一、宜蘭擬議主案：不以低申訴件數自行宣告成功</w:t>
      </w:r>
    </w:p>
    <w:p w:rsidR="00182F3B" w:rsidRDefault="00137C0F">
      <w:pPr>
        <w:ind w:firstLine="346"/>
        <w:rPr>
          <w:lang w:eastAsia="zh-TW"/>
        </w:rPr>
      </w:pPr>
      <w:r>
        <w:rPr>
          <w:lang w:eastAsia="zh-TW"/>
        </w:rPr>
        <w:t>宜蘭案的關鍵，不是去蒐集「導入後申訴有沒有下降」這樣一個單一數字。導入初期，民眾與代書可能還不理解系統介入、異常理由或救濟途徑；承辦人也可能還在調整作業。因此，低申訴件數，可以表示風險與錯誤下降，也可以表示爭議還沒被辨識、理由不足以啟動異議，或救濟可近性被壓低了。如果觀察期間太短、只有機關自評，或只有廠商驗收報告，OAC 的結果就只能標示為「效益未證實」。</w:t>
      </w:r>
      <w:r>
        <w:rPr>
          <w:lang w:eastAsia="zh-TW"/>
        </w:rPr>
      </w:r>
      <w:r>
        <w:rPr>
          <w:lang w:eastAsia="zh-TW"/>
        </w:rPr>
      </w:r>
    </w:p>
    <w:p w:rsidR="00182F3B" w:rsidRDefault="00137C0F">
      <w:pPr>
        <w:ind w:firstLine="346"/>
        <w:rPr>
          <w:lang w:eastAsia="zh-TW"/>
        </w:rPr>
      </w:pPr>
      <w:r>
        <w:rPr>
          <w:lang w:eastAsia="zh-TW"/>
        </w:rPr>
        <w:t>就地政登記的財產權風險而言，宜蘭試點還應該特別檢驗：情境建構鏈是不是把某些生活條件，錯置成了「高風險」訊號。除了整體準確率之外，應該以去識別化的方式，比較高齡者、身心障礙者、長期未使用印鑑者、外貌變化較顯著者，或使用舊式證件者的異常標註率、人工二次審核率，與完成登記所需的時間；並檢視這些差異，能不能由合法、必要且符合比例原則的風險理由支持。這不是預設任何群體一定會受到不利對待，而是要防止平均效能，掩蓋了特定群體承受的額外行政成本。</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rPr>
          <w:lang w:eastAsia="zh-TW"/>
        </w:rPr>
      </w:pPr>
      <w:r>
        <w:rPr>
          <w:lang w:eastAsia="zh-TW"/>
        </w:rPr>
        <w:t>在取得去識別化的行政紀錄、案件卷宗與受影響者訪談之前，附錄表11各構面的判讀界線，只是待蒐證的假說，不代表宜蘭案已經產生可以據以下結論的實證資料——這與表10「證據狀態」欄一致，這裡先提醒讀者，不要把表列構面誤讀成已經可以操作的績效指標。</w:t>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p>
    <w:p w:rsidR="00182F3B" w:rsidRDefault="00182F3B">
      <w:pPr>
        <w:spacing w:after="20"/>
        <w:rPr>
          <w:lang w:eastAsia="zh-TW"/>
        </w:rPr>
      </w:pPr>
    </w:p>
    <w:p w:rsidR="00182F3B" w:rsidRDefault="00137C0F">
      <w:pPr>
        <w:ind w:firstLine="346"/>
        <w:rPr>
          <w:lang w:eastAsia="zh-TW"/>
        </w:rPr>
      </w:pPr>
      <w:r>
        <w:rPr>
          <w:lang w:eastAsia="zh-TW"/>
        </w:rPr>
        <w:t>比較至少應該涵蓋導入前後各十二個月；比較穩健的做法，是以 2022—2024 年導入前，與 2024—2026 年導入後，用月或季為單位追蹤，並用沒有導入同類 AI 的可比地政事務所，作為輔助比較。研究不應該把機關自行公布的效率提升，或廠商驗收，當成結果證明，而必須分開處理機關自評、行政紀錄、外部審計／司法資料，以及民眾、代書與第一線人員的經驗證據。</w:t>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Heading2"/>
        <w:rPr>
          <w:lang w:eastAsia="zh-TW"/>
        </w:rPr>
      </w:pPr>
      <w:r>
        <w:rPr>
          <w:lang w:eastAsia="zh-TW"/>
        </w:rPr>
        <w:t>二、四案的</w:t>
      </w:r>
      <w:proofErr w:type="gramStart"/>
      <w:r>
        <w:rPr>
          <w:lang w:eastAsia="zh-TW"/>
        </w:rPr>
        <w:t>共同證偽條件</w:t>
      </w:r>
      <w:proofErr w:type="gramEnd"/>
    </w:p>
    <w:p w:rsidR="00182F3B" w:rsidRDefault="00137C0F">
      <w:pPr>
        <w:ind w:firstLine="346"/>
        <w:rPr>
          <w:lang w:eastAsia="zh-TW"/>
        </w:rPr>
      </w:pPr>
      <w:r>
        <w:rPr>
          <w:lang w:eastAsia="zh-TW"/>
        </w:rPr>
        <w:t>OAC 的原型主張，可以被下列證據修正：第一，如果四鏈最低證據都不具備的系統，仍然能長期呈現可重建的框定、實質人工覆核、可近的異議，與可行的停止，本文就必須辨識它背後的非正式制度補償；第二，如果 OAC 判定可以上線的系統，仍然出現持續誤攔、群體不利效果，或救濟困難，代表 OAC 的最低證據或分級門檻不足；第三，如果 OAC 的跨科室要求，只增加了文書，卻沒有提高覆寫、說理、修正與退場的能力，就必須重新設計它的行政介面。這些條件，是為了避免 OAC 變成一個自我證明的成功敘事。</w:t>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proofErr w:type="gramStart"/>
      <w:r>
        <w:rPr>
          <w:lang w:eastAsia="zh-TW"/>
        </w:rPr>
      </w:r>
      <w:proofErr w:type="gramEnd"/>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r>
        <w:rPr>
          <w:lang w:eastAsia="zh-TW"/>
        </w:rPr>
      </w:r>
    </w:p>
    <w:p w:rsidR="00182F3B" w:rsidRDefault="00137C0F" w:rsidP="00584087">
      <w:pPr>
        <w:ind w:firstLineChars="129" w:firstLine="284"/>
        <w:rPr>
          <w:lang w:eastAsia="zh-TW"/>
        </w:rPr>
      </w:pPr>
      <w:r>
        <w:rPr>
          <w:lang w:eastAsia="zh-TW"/>
        </w:rPr>
        <w:t>後續如果能取得機關合作，建議優先蒐集的最低文件清單包括：需求規格書中的問題定義與資料選擇段落、驗收會議紀錄與所附的技術報告、版本或閾值變更時的重審紀錄、個案異議與申訴的統計（含處理時限與結果分佈），以及人工覆寫率與它的變化趨勢。這份清單本身，也可以作為機關自我檢視「三問」是否已經被連續回答的最小起點，不需要等到完整的 OAC 試點才能開始。</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
    <w:p w:rsidR="00182F3B" w:rsidRDefault="00137C0F">
      <w:pPr>
        <w:pStyle w:val="Heading1"/>
        <w:rPr>
          <w:lang w:eastAsia="zh-TW"/>
        </w:rPr>
      </w:pPr>
      <w:r>
        <w:rPr>
          <w:lang w:eastAsia="zh-TW"/>
        </w:rPr>
        <w:t>玖、結論：治理不是各負一段，而是誰能</w:t>
      </w:r>
      <w:proofErr w:type="gramStart"/>
      <w:r>
        <w:rPr>
          <w:lang w:eastAsia="zh-TW"/>
        </w:rPr>
        <w:t>接住整條</w:t>
      </w:r>
      <w:proofErr w:type="gramEnd"/>
      <w:r>
        <w:rPr>
          <w:lang w:eastAsia="zh-TW"/>
        </w:rPr>
        <w:t>鏈</w:t>
      </w:r>
    </w:p>
    <w:p w:rsidR="00182F3B" w:rsidRDefault="00137C0F">
      <w:pPr>
        <w:rPr>
          <w:lang w:eastAsia="zh-TW"/>
        </w:rPr>
      </w:pPr>
      <w:r>
        <w:rPr>
          <w:lang w:eastAsia="zh-TW"/>
        </w:rPr>
        <w:t>在說明本文的政策立場之前，先重申它的證據位階：以下使用的『必須』『不得』等規範性語彙，指的是本文所主張的政策原則——高暴露系統不應該迴避說明、異議與停止責任；至於各原則對應的具體量化門檻，如下節所述，目前仍然只是待驗證的研究假說，必須經過臺灣試點文件與統計基線確認後，才能轉化為可操作的行政標準。</w:t>
      </w:r>
      <w:r>
        <w:rPr>
          <w:lang w:eastAsia="zh-TW"/>
        </w:rPr>
      </w:r>
      <w:proofErr w:type="gramStart"/>
      <w:r>
        <w:rPr>
          <w:lang w:eastAsia="zh-TW"/>
        </w:rPr>
      </w:r>
      <w:proofErr w:type="gramEnd"/>
      <w:r>
        <w:rPr>
          <w:lang w:eastAsia="zh-TW"/>
        </w:rPr>
      </w:r>
      <w:r>
        <w:rPr>
          <w:lang w:eastAsia="zh-TW"/>
        </w:rPr>
      </w:r>
      <w:proofErr w:type="gramStart"/>
      <w:r>
        <w:rPr>
          <w:lang w:eastAsia="zh-TW"/>
        </w:rPr>
      </w:r>
      <w:proofErr w:type="gramEnd"/>
      <w:r>
        <w:rPr>
          <w:lang w:eastAsia="zh-TW"/>
        </w:rPr>
      </w:r>
    </w:p>
    <w:p w:rsidR="00182F3B" w:rsidRDefault="00137C0F">
      <w:pPr>
        <w:pStyle w:val="Heading2"/>
        <w:rPr>
          <w:lang w:eastAsia="zh-TW"/>
        </w:rPr>
      </w:pPr>
      <w:r>
        <w:rPr>
          <w:lang w:eastAsia="zh-TW"/>
        </w:rPr>
        <w:lastRenderedPageBreak/>
        <w:t>研究限制</w:t>
      </w:r>
    </w:p>
    <w:p w:rsidR="00182F3B" w:rsidRDefault="00137C0F">
      <w:pPr>
        <w:rPr>
          <w:lang w:eastAsia="zh-TW"/>
        </w:rPr>
      </w:pPr>
      <w:r>
        <w:rPr>
          <w:lang w:eastAsia="zh-TW"/>
        </w:rPr>
        <w:t>本文的推論，建立在既有系列論文的重新解讀、公開制度文件與審計報告之上，還沒有取得機關內部會簽紀錄、契約文件或當事人陳述。因此對「框定重檢是否已經實際運作」這類關鍵環節，只能提出待驗證的研究假說，而不是已經證實的因果推論。生命週期觀察隊列中的宜蘭擬議主案、新竹候補案與國稅智慧選查案，目前都只能依公開資料設定研究優先順序；效益、誤攔率與救濟結果，都還待以個案文件、行政紀錄與受影響者訪談確認。矯正署智慧監控案涉及收容人與戒護資料，後續研究必須先取得嚴格的倫理審查與資料存取限制，才能深入分析。國際比較的部分，本文只能依定稿時各國制度的現行性做橫斷面檢視，沒能追蹤它們後續的修法與執行成效。這些限制意味著：OAC 作為共同檢視原型的有效性，仍然有待後續以試點文件、異議統計與版本紀錄等經驗證據支持或修正，而不是本文可以單獨完成的結論。</w:t>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本文的公共行政立場，不是要宣稱公共行政可以取代法學、資訊工程、政治學或 STS。沒有技術證據，行政機關無法理解資料與模型；沒有法律理由與救濟，行政權力無法受到拘束；沒有政治學的權力視角，議程與排除就無法被看見；沒有 STS 的社會技術洞見，分類與資料會被誤認為自然事實。公共行政的角色，在於揭示一件事：如果各領域只各自承接一段風險，行政決定就會失去一條可以連續追問、可以跨環節說明、可以共同歸責的治理鏈。</w:t>
      </w:r>
      <w:r>
        <w:rPr>
          <w:lang w:eastAsia="zh-TW"/>
        </w:rPr>
      </w:r>
      <w:r>
        <w:rPr>
          <w:lang w:eastAsia="zh-TW"/>
        </w:rPr>
      </w:r>
      <w:r>
        <w:rPr>
          <w:lang w:eastAsia="zh-TW"/>
        </w:rPr>
      </w:r>
      <w:r>
        <w:rPr>
          <w:lang w:eastAsia="zh-TW"/>
        </w:rPr>
      </w:r>
      <w:r>
        <w:rPr>
          <w:lang w:eastAsia="zh-TW"/>
        </w:rPr>
      </w:r>
    </w:p>
    <w:p w:rsidR="00182F3B" w:rsidRDefault="00137C0F">
      <w:pPr>
        <w:ind w:firstLine="346"/>
        <w:rPr>
          <w:lang w:eastAsia="zh-TW"/>
        </w:rPr>
      </w:pPr>
      <w:r>
        <w:rPr>
          <w:lang w:eastAsia="zh-TW"/>
        </w:rPr>
        <w:t>政府不需要在系統上線前，就預知唯一正確的問題答案；承認目前還沒有完整答案，也不等於失敗。但不確定性不是藉口：說明、異議、補正與停止的責任，仍然應該履行。高暴露系統，唯有能提出可以檢驗的問題定義、說明資料與代理變項的公共目的、讓受影響者與外部審查者提出異議，並在錯誤出現時，真的退回人工重作框定，才具備繼續進入行政流程的基礎——「試行」或「技術複雜」，都不應該成為迴避這些條件的理由。本文提出的共同檢視原型，是一項最低限度的追問工具，它的功能，是讓原本可能被分工推走的問題，重新有了名稱、證據、對象，與公共回應的可能。</w:t>
      </w:r>
      <w:proofErr w:type="gramStart"/>
      <w:r>
        <w:rPr>
          <w:lang w:eastAsia="zh-TW"/>
        </w:rPr>
      </w:r>
      <w:proofErr w:type="gramEnd"/>
      <w:r>
        <w:rPr>
          <w:lang w:eastAsia="zh-TW"/>
        </w:rPr>
      </w:r>
      <w:proofErr w:type="gramStart"/>
      <w:r>
        <w:rPr>
          <w:lang w:eastAsia="zh-TW"/>
        </w:rPr>
      </w:r>
      <w:proofErr w:type="gramEnd"/>
      <w:r>
        <w:rPr>
          <w:lang w:eastAsia="zh-TW"/>
        </w:rPr>
      </w:r>
      <w:r>
        <w:rPr>
          <w:lang w:eastAsia="zh-TW"/>
        </w:rPr>
      </w:r>
      <w:r>
        <w:rPr>
          <w:lang w:eastAsia="zh-TW"/>
        </w:rPr>
      </w:r>
      <w:proofErr w:type="gramStart"/>
      <w:r>
        <w:rPr>
          <w:lang w:eastAsia="zh-TW"/>
        </w:rPr>
      </w:r>
      <w:proofErr w:type="gramEnd"/>
      <w:r>
        <w:rPr>
          <w:lang w:eastAsia="zh-TW"/>
        </w:rPr>
      </w:r>
      <w:r>
        <w:rPr>
          <w:lang w:eastAsia="zh-TW"/>
        </w:rPr>
      </w:r>
    </w:p>
    <w:p w:rsidR="00182F3B" w:rsidRDefault="00137C0F">
      <w:pPr>
        <w:pStyle w:val="Heading1"/>
        <w:rPr>
          <w:lang w:eastAsia="zh-TW"/>
        </w:rPr>
      </w:pPr>
      <w:r>
        <w:rPr>
          <w:lang w:eastAsia="zh-TW"/>
        </w:rPr>
        <w:t>參考文獻</w:t>
      </w:r>
    </w:p>
    <w:p w:rsidR="00182F3B" w:rsidRDefault="00137C0F">
      <w:pPr>
        <w:pStyle w:val="Heading2"/>
        <w:rPr>
          <w:lang w:eastAsia="zh-TW"/>
        </w:rPr>
      </w:pPr>
      <w:r>
        <w:rPr>
          <w:lang w:eastAsia="zh-TW"/>
        </w:rPr>
        <w:t>中文文獻</w:t>
      </w:r>
    </w:p>
    <w:p w:rsidR="00182F3B" w:rsidRDefault="00137C0F">
      <w:pPr>
        <w:rPr>
          <w:lang w:eastAsia="zh-TW"/>
        </w:rPr>
      </w:pPr>
      <w:r>
        <w:rPr>
          <w:lang w:eastAsia="zh-TW"/>
        </w:rPr>
        <w:t>盧建旭（</w:t>
      </w:r>
      <w:r>
        <w:rPr>
          <w:lang w:eastAsia="zh-TW"/>
        </w:rPr>
        <w:t>2026a</w:t>
      </w:r>
      <w:r>
        <w:rPr>
          <w:lang w:eastAsia="zh-TW"/>
        </w:rPr>
        <w:t>）。重新概念化人工智慧治理：公共行政理論視角下的二十五治理座標、三種行政權力功能性移轉、三項結構效應、四條治理鏈與七項治理審計。個人學術網站研究稿。</w:t>
      </w:r>
    </w:p>
    <w:p w:rsidR="00182F3B" w:rsidRDefault="00137C0F">
      <w:pPr>
        <w:rPr>
          <w:lang w:eastAsia="zh-TW"/>
        </w:rPr>
      </w:pPr>
      <w:r>
        <w:rPr>
          <w:lang w:eastAsia="zh-TW"/>
        </w:rPr>
        <w:t>盧建旭（</w:t>
      </w:r>
      <w:r>
        <w:rPr>
          <w:lang w:eastAsia="zh-TW"/>
        </w:rPr>
        <w:t>2026b</w:t>
      </w:r>
      <w:r>
        <w:rPr>
          <w:lang w:eastAsia="zh-TW"/>
        </w:rPr>
        <w:t>）。</w:t>
      </w:r>
      <w:r>
        <w:rPr>
          <w:lang w:eastAsia="zh-TW"/>
        </w:rPr>
        <w:t>AI</w:t>
      </w:r>
      <w:r>
        <w:rPr>
          <w:lang w:eastAsia="zh-TW"/>
        </w:rPr>
        <w:t>治理的民主</w:t>
      </w:r>
      <w:proofErr w:type="gramStart"/>
      <w:r>
        <w:rPr>
          <w:lang w:eastAsia="zh-TW"/>
        </w:rPr>
        <w:t>正當性前置</w:t>
      </w:r>
      <w:proofErr w:type="gramEnd"/>
      <w:r>
        <w:rPr>
          <w:lang w:eastAsia="zh-TW"/>
        </w:rPr>
        <w:t>條件：情境</w:t>
      </w:r>
      <w:proofErr w:type="gramStart"/>
      <w:r>
        <w:rPr>
          <w:lang w:eastAsia="zh-TW"/>
        </w:rPr>
        <w:t>建構權移轉</w:t>
      </w:r>
      <w:proofErr w:type="gramEnd"/>
      <w:r>
        <w:rPr>
          <w:lang w:eastAsia="zh-TW"/>
        </w:rPr>
        <w:t>、雙階段測量與跨案例示範。個人學術網站研究稿。</w:t>
      </w:r>
    </w:p>
    <w:p w:rsidR="00182F3B" w:rsidRDefault="00137C0F">
      <w:pPr>
        <w:rPr>
          <w:lang w:eastAsia="zh-TW"/>
        </w:rPr>
      </w:pPr>
      <w:r>
        <w:rPr>
          <w:lang w:eastAsia="zh-TW"/>
        </w:rPr>
        <w:t>盧建旭（</w:t>
      </w:r>
      <w:r>
        <w:rPr>
          <w:lang w:eastAsia="zh-TW"/>
        </w:rPr>
        <w:t>2026c</w:t>
      </w:r>
      <w:r>
        <w:rPr>
          <w:lang w:eastAsia="zh-TW"/>
        </w:rPr>
        <w:t>）。從形式核章到實質監督：</w:t>
      </w:r>
      <w:r>
        <w:rPr>
          <w:lang w:eastAsia="zh-TW"/>
        </w:rPr>
        <w:t>AI</w:t>
      </w:r>
      <w:r>
        <w:rPr>
          <w:lang w:eastAsia="zh-TW"/>
        </w:rPr>
        <w:t>輔助行政決定中的公務員專業異議能力與組織保障。研究稿。</w:t>
      </w:r>
    </w:p>
    <w:p w:rsidR="00182F3B" w:rsidRDefault="00137C0F">
      <w:pPr>
        <w:rPr>
          <w:lang w:eastAsia="zh-TW"/>
        </w:rPr>
      </w:pPr>
      <w:r>
        <w:rPr>
          <w:lang w:eastAsia="zh-TW"/>
        </w:rPr>
        <w:t>盧建旭（</w:t>
      </w:r>
      <w:r>
        <w:rPr>
          <w:lang w:eastAsia="zh-TW"/>
        </w:rPr>
        <w:t>2026d</w:t>
      </w:r>
      <w:r>
        <w:rPr>
          <w:lang w:eastAsia="zh-TW"/>
        </w:rPr>
        <w:t>）。當政府買不到控制權：</w:t>
      </w:r>
      <w:r>
        <w:rPr>
          <w:lang w:eastAsia="zh-TW"/>
        </w:rPr>
        <w:t>AI</w:t>
      </w:r>
      <w:r>
        <w:rPr>
          <w:lang w:eastAsia="zh-TW"/>
        </w:rPr>
        <w:t>採購中的資訊權、稽核權與停止權。研究稿。</w:t>
      </w:r>
    </w:p>
    <w:p w:rsidR="00182F3B" w:rsidRDefault="00137C0F">
      <w:pPr>
        <w:rPr>
          <w:lang w:eastAsia="zh-TW"/>
        </w:rPr>
      </w:pPr>
      <w:r>
        <w:rPr>
          <w:lang w:eastAsia="zh-TW"/>
        </w:rPr>
        <w:lastRenderedPageBreak/>
        <w:t>盧</w:t>
      </w:r>
      <w:r>
        <w:rPr>
          <w:lang w:eastAsia="zh-TW"/>
        </w:rPr>
        <w:t>建旭（</w:t>
      </w:r>
      <w:r>
        <w:rPr>
          <w:lang w:eastAsia="zh-TW"/>
        </w:rPr>
        <w:t>2026e</w:t>
      </w:r>
      <w:r>
        <w:rPr>
          <w:lang w:eastAsia="zh-TW"/>
        </w:rPr>
        <w:t>）。</w:t>
      </w:r>
      <w:r>
        <w:rPr>
          <w:lang w:eastAsia="zh-TW"/>
        </w:rPr>
        <w:t>AI</w:t>
      </w:r>
      <w:r>
        <w:rPr>
          <w:lang w:eastAsia="zh-TW"/>
        </w:rPr>
        <w:t>治理下的國家前瞻議題建構：從智庫壟斷、演算法提案到民主協商模式。研究稿。</w:t>
      </w:r>
    </w:p>
    <w:p w:rsidR="00182F3B" w:rsidRDefault="00137C0F">
      <w:pPr>
        <w:rPr>
          <w:lang w:eastAsia="zh-TW"/>
        </w:rPr>
      </w:pPr>
      <w:r>
        <w:rPr>
          <w:lang w:eastAsia="zh-TW"/>
        </w:rPr>
        <w:t>盧建旭（</w:t>
      </w:r>
      <w:r>
        <w:rPr>
          <w:lang w:eastAsia="zh-TW"/>
        </w:rPr>
        <w:t>2026f</w:t>
      </w:r>
      <w:r>
        <w:rPr>
          <w:lang w:eastAsia="zh-TW"/>
        </w:rPr>
        <w:t>）。誰被國家承認？生成式</w:t>
      </w:r>
      <w:r>
        <w:rPr>
          <w:lang w:eastAsia="zh-TW"/>
        </w:rPr>
        <w:t>AI</w:t>
      </w:r>
      <w:r>
        <w:rPr>
          <w:lang w:eastAsia="zh-TW"/>
        </w:rPr>
        <w:t>下的戶籍、身分認定與治理責任。研究稿。</w:t>
      </w:r>
    </w:p>
    <w:p w:rsidR="00182F3B" w:rsidRDefault="00137C0F">
      <w:pPr>
        <w:rPr>
          <w:lang w:eastAsia="zh-TW"/>
        </w:rPr>
      </w:pPr>
      <w:r>
        <w:rPr>
          <w:lang w:eastAsia="zh-TW"/>
        </w:rPr>
        <w:t>盧建旭（</w:t>
      </w:r>
      <w:r>
        <w:rPr>
          <w:lang w:eastAsia="zh-TW"/>
        </w:rPr>
        <w:t>2026g</w:t>
      </w:r>
      <w:r>
        <w:rPr>
          <w:lang w:eastAsia="zh-TW"/>
        </w:rPr>
        <w:t>）。誰在詮釋土地歷史？生成式</w:t>
      </w:r>
      <w:r>
        <w:rPr>
          <w:lang w:eastAsia="zh-TW"/>
        </w:rPr>
        <w:t>AI</w:t>
      </w:r>
      <w:r>
        <w:rPr>
          <w:lang w:eastAsia="zh-TW"/>
        </w:rPr>
        <w:t>下的地籍、產權認定與治理責任。研究稿。</w:t>
      </w:r>
    </w:p>
    <w:p w:rsidR="00182F3B" w:rsidRDefault="00137C0F">
      <w:pPr>
        <w:rPr>
          <w:lang w:eastAsia="zh-TW"/>
        </w:rPr>
      </w:pPr>
      <w:r>
        <w:rPr>
          <w:lang w:eastAsia="zh-TW"/>
        </w:rPr>
        <w:t>盧建旭（</w:t>
      </w:r>
      <w:r>
        <w:rPr>
          <w:lang w:eastAsia="zh-TW"/>
        </w:rPr>
        <w:t>2026h</w:t>
      </w:r>
      <w:r>
        <w:rPr>
          <w:lang w:eastAsia="zh-TW"/>
        </w:rPr>
        <w:t>）。</w:t>
      </w:r>
      <w:r>
        <w:rPr>
          <w:lang w:eastAsia="zh-TW"/>
        </w:rPr>
        <w:t>AI</w:t>
      </w:r>
      <w:r>
        <w:rPr>
          <w:lang w:eastAsia="zh-TW"/>
        </w:rPr>
        <w:t>鑲嵌式公共行政理論壓力測試：官僚組織變革、溝通、</w:t>
      </w:r>
      <w:r>
        <w:rPr>
          <w:lang w:eastAsia="zh-TW"/>
        </w:rPr>
        <w:t>KPI</w:t>
      </w:r>
      <w:r>
        <w:rPr>
          <w:lang w:eastAsia="zh-TW"/>
        </w:rPr>
        <w:t>、</w:t>
      </w:r>
      <w:proofErr w:type="gramStart"/>
      <w:r>
        <w:rPr>
          <w:lang w:eastAsia="zh-TW"/>
        </w:rPr>
        <w:t>薪酬與資源</w:t>
      </w:r>
      <w:proofErr w:type="gramEnd"/>
      <w:r>
        <w:rPr>
          <w:lang w:eastAsia="zh-TW"/>
        </w:rPr>
        <w:t>配置之研究。研究稿。</w:t>
      </w:r>
    </w:p>
    <w:p w:rsidR="00182F3B" w:rsidRDefault="00137C0F">
      <w:pPr>
        <w:rPr>
          <w:lang w:eastAsia="zh-TW"/>
        </w:rPr>
      </w:pPr>
      <w:r>
        <w:rPr>
          <w:lang w:eastAsia="zh-TW"/>
        </w:rPr>
        <w:t>盧建旭（</w:t>
      </w:r>
      <w:r>
        <w:rPr>
          <w:lang w:eastAsia="zh-TW"/>
        </w:rPr>
        <w:t>2026i</w:t>
      </w:r>
      <w:r>
        <w:rPr>
          <w:lang w:eastAsia="zh-TW"/>
        </w:rPr>
        <w:t>）。翻轉工具論：</w:t>
      </w:r>
      <w:r>
        <w:rPr>
          <w:lang w:eastAsia="zh-TW"/>
        </w:rPr>
        <w:t>AI</w:t>
      </w:r>
      <w:r>
        <w:rPr>
          <w:lang w:eastAsia="zh-TW"/>
        </w:rPr>
        <w:t>治理下的大學公共行政課程規劃。研究稿。</w:t>
      </w:r>
    </w:p>
    <w:p w:rsidR="00182F3B" w:rsidRDefault="00137C0F">
      <w:pPr>
        <w:rPr>
          <w:lang w:eastAsia="zh-TW"/>
        </w:rPr>
      </w:pPr>
      <w:r>
        <w:rPr>
          <w:lang w:eastAsia="zh-TW"/>
        </w:rPr>
        <w:t>盧建旭（</w:t>
      </w:r>
      <w:r>
        <w:rPr>
          <w:lang w:eastAsia="zh-TW"/>
        </w:rPr>
        <w:t>2026j</w:t>
      </w:r>
      <w:r>
        <w:rPr>
          <w:lang w:eastAsia="zh-TW"/>
        </w:rPr>
        <w:t>）。不只是簽核：</w:t>
      </w:r>
      <w:r>
        <w:rPr>
          <w:lang w:eastAsia="zh-TW"/>
        </w:rPr>
        <w:t>AI</w:t>
      </w:r>
      <w:r>
        <w:rPr>
          <w:lang w:eastAsia="zh-TW"/>
        </w:rPr>
        <w:t>治理四大</w:t>
      </w:r>
      <w:r>
        <w:rPr>
          <w:lang w:eastAsia="zh-TW"/>
        </w:rPr>
        <w:t>核心價值的鏈式整合。研究稿。</w:t>
      </w:r>
    </w:p>
    <w:p w:rsidR="00182F3B" w:rsidRDefault="00137C0F">
      <w:pPr>
        <w:rPr>
          <w:lang w:eastAsia="zh-TW"/>
        </w:rPr>
      </w:pPr>
      <w:r>
        <w:rPr>
          <w:lang w:eastAsia="zh-TW"/>
        </w:rPr>
        <w:t>何</w:t>
      </w:r>
      <w:proofErr w:type="gramStart"/>
      <w:r>
        <w:rPr>
          <w:lang w:eastAsia="zh-TW"/>
        </w:rPr>
        <w:t>之</w:t>
      </w:r>
      <w:proofErr w:type="gramEnd"/>
      <w:r>
        <w:rPr>
          <w:lang w:eastAsia="zh-TW"/>
        </w:rPr>
        <w:t>行、游婷羽（</w:t>
      </w:r>
      <w:r>
        <w:rPr>
          <w:lang w:eastAsia="zh-TW"/>
        </w:rPr>
        <w:t>2026</w:t>
      </w:r>
      <w:r>
        <w:rPr>
          <w:lang w:eastAsia="zh-TW"/>
        </w:rPr>
        <w:t>）。演算法自動化決策之請求</w:t>
      </w:r>
      <w:proofErr w:type="gramStart"/>
      <w:r>
        <w:rPr>
          <w:lang w:eastAsia="zh-TW"/>
        </w:rPr>
        <w:t>解釋權初探</w:t>
      </w:r>
      <w:proofErr w:type="gramEnd"/>
      <w:r>
        <w:rPr>
          <w:lang w:eastAsia="zh-TW"/>
        </w:rPr>
        <w:t>：從歐盟</w:t>
      </w:r>
      <w:r>
        <w:rPr>
          <w:lang w:eastAsia="zh-TW"/>
        </w:rPr>
        <w:t xml:space="preserve"> GDPR </w:t>
      </w:r>
      <w:r>
        <w:rPr>
          <w:lang w:eastAsia="zh-TW"/>
        </w:rPr>
        <w:t>到</w:t>
      </w:r>
      <w:r>
        <w:rPr>
          <w:lang w:eastAsia="zh-TW"/>
        </w:rPr>
        <w:t xml:space="preserve"> AI Act</w:t>
      </w:r>
      <w:r>
        <w:rPr>
          <w:lang w:eastAsia="zh-TW"/>
        </w:rPr>
        <w:t>。《國立臺灣大學法學論叢》，</w:t>
      </w:r>
      <w:r>
        <w:rPr>
          <w:lang w:eastAsia="zh-TW"/>
        </w:rPr>
        <w:t>55</w:t>
      </w:r>
      <w:r>
        <w:rPr>
          <w:lang w:eastAsia="zh-TW"/>
        </w:rPr>
        <w:t>（</w:t>
      </w:r>
      <w:r>
        <w:rPr>
          <w:lang w:eastAsia="zh-TW"/>
        </w:rPr>
        <w:t>2</w:t>
      </w:r>
      <w:r>
        <w:rPr>
          <w:lang w:eastAsia="zh-TW"/>
        </w:rPr>
        <w:t>），</w:t>
      </w:r>
      <w:r>
        <w:rPr>
          <w:lang w:eastAsia="zh-TW"/>
        </w:rPr>
        <w:t>393</w:t>
      </w:r>
      <w:proofErr w:type="gramStart"/>
      <w:r>
        <w:rPr>
          <w:lang w:eastAsia="zh-TW"/>
        </w:rPr>
        <w:t>–</w:t>
      </w:r>
      <w:proofErr w:type="gramEnd"/>
      <w:r>
        <w:rPr>
          <w:lang w:eastAsia="zh-TW"/>
        </w:rPr>
        <w:t>469</w:t>
      </w:r>
      <w:r>
        <w:rPr>
          <w:lang w:eastAsia="zh-TW"/>
        </w:rPr>
        <w:t>。</w:t>
      </w:r>
    </w:p>
    <w:p w:rsidR="00182F3B" w:rsidRDefault="00137C0F">
      <w:pPr>
        <w:rPr>
          <w:lang w:eastAsia="zh-TW"/>
        </w:rPr>
      </w:pPr>
      <w:r>
        <w:rPr>
          <w:lang w:eastAsia="zh-TW"/>
        </w:rPr>
        <w:t>張志偉（</w:t>
      </w:r>
      <w:r>
        <w:rPr>
          <w:lang w:eastAsia="zh-TW"/>
        </w:rPr>
        <w:t>2025</w:t>
      </w:r>
      <w:r>
        <w:rPr>
          <w:lang w:eastAsia="zh-TW"/>
        </w:rPr>
        <w:t>）。自動化行政決定之容許性：從行政程序法及個資保護法制的觀察面向。《國立中正大學法學集刊》，</w:t>
      </w:r>
      <w:r>
        <w:rPr>
          <w:lang w:eastAsia="zh-TW"/>
        </w:rPr>
        <w:t>88</w:t>
      </w:r>
      <w:r>
        <w:rPr>
          <w:lang w:eastAsia="zh-TW"/>
        </w:rPr>
        <w:t>，</w:t>
      </w:r>
      <w:r>
        <w:rPr>
          <w:lang w:eastAsia="zh-TW"/>
        </w:rPr>
        <w:t>87</w:t>
      </w:r>
      <w:proofErr w:type="gramStart"/>
      <w:r>
        <w:rPr>
          <w:lang w:eastAsia="zh-TW"/>
        </w:rPr>
        <w:t>–</w:t>
      </w:r>
      <w:proofErr w:type="gramEnd"/>
      <w:r>
        <w:rPr>
          <w:lang w:eastAsia="zh-TW"/>
        </w:rPr>
        <w:t>174</w:t>
      </w:r>
      <w:r>
        <w:rPr>
          <w:lang w:eastAsia="zh-TW"/>
        </w:rPr>
        <w:t>。</w:t>
      </w:r>
    </w:p>
    <w:p w:rsidR="00182F3B" w:rsidRDefault="00137C0F">
      <w:pPr>
        <w:rPr>
          <w:lang w:eastAsia="zh-TW"/>
        </w:rPr>
      </w:pPr>
      <w:r>
        <w:rPr>
          <w:lang w:eastAsia="zh-TW"/>
        </w:rPr>
        <w:t>劉靜怡（</w:t>
      </w:r>
      <w:r>
        <w:rPr>
          <w:lang w:eastAsia="zh-TW"/>
        </w:rPr>
        <w:t>2025</w:t>
      </w:r>
      <w:r>
        <w:rPr>
          <w:lang w:eastAsia="zh-TW"/>
        </w:rPr>
        <w:t>）。科技正當法律程序的憲法意涵：美國判決與學說發展的檢視。《憲法解釋之理論與實務》第十二輯，</w:t>
      </w:r>
      <w:r>
        <w:rPr>
          <w:lang w:eastAsia="zh-TW"/>
        </w:rPr>
        <w:t>187</w:t>
      </w:r>
      <w:proofErr w:type="gramStart"/>
      <w:r>
        <w:rPr>
          <w:lang w:eastAsia="zh-TW"/>
        </w:rPr>
        <w:t>–</w:t>
      </w:r>
      <w:proofErr w:type="gramEnd"/>
      <w:r>
        <w:rPr>
          <w:lang w:eastAsia="zh-TW"/>
        </w:rPr>
        <w:t>235</w:t>
      </w:r>
      <w:r>
        <w:rPr>
          <w:lang w:eastAsia="zh-TW"/>
        </w:rPr>
        <w:t>。</w:t>
      </w:r>
    </w:p>
    <w:p w:rsidR="00182F3B" w:rsidRDefault="00137C0F">
      <w:pPr>
        <w:rPr>
          <w:lang w:eastAsia="zh-TW"/>
        </w:rPr>
      </w:pPr>
      <w:r>
        <w:rPr>
          <w:lang w:eastAsia="zh-TW"/>
        </w:rPr>
        <w:t>郭戎晉（</w:t>
      </w:r>
      <w:r>
        <w:rPr>
          <w:lang w:eastAsia="zh-TW"/>
        </w:rPr>
        <w:t>2020</w:t>
      </w:r>
      <w:r>
        <w:rPr>
          <w:lang w:eastAsia="zh-TW"/>
        </w:rPr>
        <w:t>）。論人工智慧技術應用、法律問題定位及監管立法趨勢。《成</w:t>
      </w:r>
      <w:r>
        <w:rPr>
          <w:lang w:eastAsia="zh-TW"/>
        </w:rPr>
        <w:t>大法學》，</w:t>
      </w:r>
      <w:r>
        <w:rPr>
          <w:lang w:eastAsia="zh-TW"/>
        </w:rPr>
        <w:t>39</w:t>
      </w:r>
      <w:r>
        <w:rPr>
          <w:lang w:eastAsia="zh-TW"/>
        </w:rPr>
        <w:t>。</w:t>
      </w:r>
    </w:p>
    <w:p w:rsidR="00182F3B" w:rsidRDefault="00137C0F">
      <w:pPr>
        <w:rPr>
          <w:lang w:eastAsia="zh-TW"/>
        </w:rPr>
      </w:pPr>
      <w:r>
        <w:rPr>
          <w:lang w:eastAsia="zh-TW"/>
        </w:rPr>
        <w:t>賴文智、王文君（</w:t>
      </w:r>
      <w:r>
        <w:rPr>
          <w:lang w:eastAsia="zh-TW"/>
        </w:rPr>
        <w:t>2026</w:t>
      </w:r>
      <w:r>
        <w:rPr>
          <w:lang w:eastAsia="zh-TW"/>
        </w:rPr>
        <w:t>）。臺灣</w:t>
      </w:r>
      <w:r>
        <w:rPr>
          <w:lang w:eastAsia="zh-TW"/>
        </w:rPr>
        <w:t xml:space="preserve"> AI </w:t>
      </w:r>
      <w:r>
        <w:rPr>
          <w:lang w:eastAsia="zh-TW"/>
        </w:rPr>
        <w:t>基本法的突破與困境。《會計研究月刊》，</w:t>
      </w:r>
      <w:r>
        <w:rPr>
          <w:lang w:eastAsia="zh-TW"/>
        </w:rPr>
        <w:t>485</w:t>
      </w:r>
      <w:r>
        <w:rPr>
          <w:lang w:eastAsia="zh-TW"/>
        </w:rPr>
        <w:t>，</w:t>
      </w:r>
      <w:r>
        <w:rPr>
          <w:lang w:eastAsia="zh-TW"/>
        </w:rPr>
        <w:t>84</w:t>
      </w:r>
      <w:r>
        <w:rPr>
          <w:lang w:eastAsia="zh-TW"/>
        </w:rPr>
        <w:t>。</w:t>
      </w:r>
    </w:p>
    <w:p w:rsidR="00182F3B" w:rsidRDefault="00137C0F">
      <w:pPr>
        <w:rPr>
          <w:lang w:eastAsia="zh-TW"/>
        </w:rPr>
      </w:pPr>
      <w:r>
        <w:rPr>
          <w:lang w:eastAsia="zh-TW"/>
        </w:rPr>
        <w:t>資策會科技法律研究所（無日期）。資策會科技法律研究所網站：個人資料保護與自動化決策法制資料。</w:t>
      </w:r>
      <w:r>
        <w:rPr>
          <w:lang w:eastAsia="zh-TW"/>
        </w:rPr>
        <w:t xml:space="preserve">2026 </w:t>
      </w:r>
      <w:r>
        <w:rPr>
          <w:lang w:eastAsia="zh-TW"/>
        </w:rPr>
        <w:t>年</w:t>
      </w:r>
      <w:r>
        <w:rPr>
          <w:lang w:eastAsia="zh-TW"/>
        </w:rPr>
        <w:t xml:space="preserve"> 8 </w:t>
      </w:r>
      <w:r>
        <w:rPr>
          <w:lang w:eastAsia="zh-TW"/>
        </w:rPr>
        <w:t>月</w:t>
      </w:r>
      <w:r>
        <w:rPr>
          <w:lang w:eastAsia="zh-TW"/>
        </w:rPr>
        <w:t xml:space="preserve"> 13 </w:t>
      </w:r>
      <w:r>
        <w:rPr>
          <w:lang w:eastAsia="zh-TW"/>
        </w:rPr>
        <w:t>日，取自</w:t>
      </w:r>
      <w:r>
        <w:rPr>
          <w:lang w:eastAsia="zh-TW"/>
        </w:rPr>
        <w:t xml:space="preserve"> https://stli.iii.org.tw/</w:t>
      </w:r>
    </w:p>
    <w:p w:rsidR="00182F3B" w:rsidRDefault="00137C0F">
      <w:pPr>
        <w:rPr>
          <w:lang w:eastAsia="zh-TW"/>
        </w:rPr>
      </w:pPr>
      <w:r>
        <w:rPr>
          <w:lang w:eastAsia="zh-TW"/>
        </w:rPr>
        <w:t>資策會科技法律研究所（</w:t>
      </w:r>
      <w:r>
        <w:rPr>
          <w:lang w:eastAsia="zh-TW"/>
        </w:rPr>
        <w:t>2025</w:t>
      </w:r>
      <w:r>
        <w:rPr>
          <w:lang w:eastAsia="zh-TW"/>
        </w:rPr>
        <w:t>）。歐盟第</w:t>
      </w:r>
      <w:r>
        <w:rPr>
          <w:lang w:eastAsia="zh-TW"/>
        </w:rPr>
        <w:t xml:space="preserve"> 29 </w:t>
      </w:r>
      <w:r>
        <w:rPr>
          <w:lang w:eastAsia="zh-TW"/>
        </w:rPr>
        <w:t>條工作小組發布「自動化個人決策和分析指引」處理個人資料自動化決策與資料剖析風險問題。取自</w:t>
      </w:r>
      <w:r>
        <w:rPr>
          <w:lang w:eastAsia="zh-TW"/>
        </w:rPr>
        <w:t xml:space="preserve"> https://stli.iii.org.tw/article-detail.as</w:t>
      </w:r>
      <w:r>
        <w:rPr>
          <w:lang w:eastAsia="zh-TW"/>
        </w:rPr>
        <w:t>px?d=7971&amp;no=64&amp;tp=1</w:t>
      </w:r>
    </w:p>
    <w:p w:rsidR="00182F3B" w:rsidRDefault="00137C0F">
      <w:pPr>
        <w:rPr>
          <w:lang w:eastAsia="zh-TW"/>
        </w:rPr>
      </w:pPr>
      <w:r>
        <w:rPr>
          <w:lang w:eastAsia="zh-TW"/>
        </w:rPr>
        <w:t>〔說明〕以上網路資料之引用悉以查閱當下之網頁內容為</w:t>
      </w:r>
      <w:proofErr w:type="gramStart"/>
      <w:r>
        <w:rPr>
          <w:lang w:eastAsia="zh-TW"/>
        </w:rPr>
        <w:t>準</w:t>
      </w:r>
      <w:proofErr w:type="gramEnd"/>
      <w:r>
        <w:rPr>
          <w:lang w:eastAsia="zh-TW"/>
        </w:rPr>
        <w:t>；正式投稿前建議另行核對各筆文獻之</w:t>
      </w:r>
      <w:proofErr w:type="gramStart"/>
      <w:r>
        <w:rPr>
          <w:lang w:eastAsia="zh-TW"/>
        </w:rPr>
        <w:t>期刊卷期</w:t>
      </w:r>
      <w:proofErr w:type="gramEnd"/>
      <w:r>
        <w:rPr>
          <w:lang w:eastAsia="zh-TW"/>
        </w:rPr>
        <w:t>、頁碼與網址是否仍然有效，網址若已變動或移除，</w:t>
      </w:r>
      <w:proofErr w:type="gramStart"/>
      <w:r>
        <w:rPr>
          <w:lang w:eastAsia="zh-TW"/>
        </w:rPr>
        <w:t>建議改</w:t>
      </w:r>
      <w:proofErr w:type="gramEnd"/>
      <w:r>
        <w:rPr>
          <w:lang w:eastAsia="zh-TW"/>
        </w:rPr>
        <w:t>附</w:t>
      </w:r>
      <w:r>
        <w:rPr>
          <w:lang w:eastAsia="zh-TW"/>
        </w:rPr>
        <w:t xml:space="preserve"> </w:t>
      </w:r>
      <w:proofErr w:type="spellStart"/>
      <w:r>
        <w:rPr>
          <w:lang w:eastAsia="zh-TW"/>
        </w:rPr>
        <w:t>Wayback</w:t>
      </w:r>
      <w:proofErr w:type="spellEnd"/>
      <w:r>
        <w:rPr>
          <w:lang w:eastAsia="zh-TW"/>
        </w:rPr>
        <w:t xml:space="preserve"> Machine </w:t>
      </w:r>
      <w:r>
        <w:rPr>
          <w:lang w:eastAsia="zh-TW"/>
        </w:rPr>
        <w:t>等網頁存檔連結。另本文所引</w:t>
      </w:r>
      <w:r>
        <w:rPr>
          <w:lang w:eastAsia="zh-TW"/>
        </w:rPr>
        <w:t xml:space="preserve"> 2025</w:t>
      </w:r>
      <w:r>
        <w:rPr>
          <w:lang w:eastAsia="zh-TW"/>
        </w:rPr>
        <w:t>、</w:t>
      </w:r>
      <w:r>
        <w:rPr>
          <w:lang w:eastAsia="zh-TW"/>
        </w:rPr>
        <w:t xml:space="preserve">2026 </w:t>
      </w:r>
      <w:r>
        <w:rPr>
          <w:lang w:eastAsia="zh-TW"/>
        </w:rPr>
        <w:t>年之期刊論文</w:t>
      </w:r>
      <w:proofErr w:type="gramStart"/>
      <w:r>
        <w:rPr>
          <w:lang w:eastAsia="zh-TW"/>
        </w:rPr>
        <w:t>（</w:t>
      </w:r>
      <w:proofErr w:type="gramEnd"/>
      <w:r>
        <w:rPr>
          <w:lang w:eastAsia="zh-TW"/>
        </w:rPr>
        <w:t>如何之行、游婷羽，</w:t>
      </w:r>
      <w:r>
        <w:rPr>
          <w:lang w:eastAsia="zh-TW"/>
        </w:rPr>
        <w:t>2026</w:t>
      </w:r>
      <w:r>
        <w:rPr>
          <w:lang w:eastAsia="zh-TW"/>
        </w:rPr>
        <w:t>；張志偉，</w:t>
      </w:r>
      <w:r>
        <w:rPr>
          <w:lang w:eastAsia="zh-TW"/>
        </w:rPr>
        <w:t>2025</w:t>
      </w:r>
      <w:r>
        <w:rPr>
          <w:lang w:eastAsia="zh-TW"/>
        </w:rPr>
        <w:t>；劉靜怡，</w:t>
      </w:r>
      <w:r>
        <w:rPr>
          <w:lang w:eastAsia="zh-TW"/>
        </w:rPr>
        <w:t>2025</w:t>
      </w:r>
      <w:r>
        <w:rPr>
          <w:lang w:eastAsia="zh-TW"/>
        </w:rPr>
        <w:t>；賴文智、王文君，</w:t>
      </w:r>
      <w:r>
        <w:rPr>
          <w:lang w:eastAsia="zh-TW"/>
        </w:rPr>
        <w:t xml:space="preserve">2026 </w:t>
      </w:r>
      <w:r>
        <w:rPr>
          <w:lang w:eastAsia="zh-TW"/>
        </w:rPr>
        <w:t>等</w:t>
      </w:r>
      <w:proofErr w:type="gramStart"/>
      <w:r>
        <w:rPr>
          <w:lang w:eastAsia="zh-TW"/>
        </w:rPr>
        <w:t>）</w:t>
      </w:r>
      <w:proofErr w:type="gramEnd"/>
      <w:r>
        <w:rPr>
          <w:lang w:eastAsia="zh-TW"/>
        </w:rPr>
        <w:t>，投稿前請逐一核實其正式出版狀態</w:t>
      </w:r>
      <w:r>
        <w:rPr>
          <w:lang w:eastAsia="zh-TW"/>
        </w:rPr>
        <w:t>——</w:t>
      </w:r>
      <w:r>
        <w:rPr>
          <w:lang w:eastAsia="zh-TW"/>
        </w:rPr>
        <w:t>是否已刊登、仍為排版中</w:t>
      </w:r>
      <w:proofErr w:type="gramStart"/>
      <w:r>
        <w:rPr>
          <w:lang w:eastAsia="zh-TW"/>
        </w:rPr>
        <w:t>或線上優</w:t>
      </w:r>
      <w:proofErr w:type="gramEnd"/>
      <w:r>
        <w:rPr>
          <w:lang w:eastAsia="zh-TW"/>
        </w:rPr>
        <w:t>先出版（</w:t>
      </w:r>
      <w:r>
        <w:rPr>
          <w:lang w:eastAsia="zh-TW"/>
        </w:rPr>
        <w:t>early access</w:t>
      </w:r>
      <w:r>
        <w:rPr>
          <w:lang w:eastAsia="zh-TW"/>
        </w:rPr>
        <w:t>），若屬研討會論文或</w:t>
      </w:r>
      <w:proofErr w:type="gramStart"/>
      <w:r>
        <w:rPr>
          <w:lang w:eastAsia="zh-TW"/>
        </w:rPr>
        <w:t>未刊</w:t>
      </w:r>
      <w:proofErr w:type="gramEnd"/>
      <w:r>
        <w:rPr>
          <w:lang w:eastAsia="zh-TW"/>
        </w:rPr>
        <w:t>稿，應於文</w:t>
      </w:r>
      <w:r>
        <w:rPr>
          <w:lang w:eastAsia="zh-TW"/>
        </w:rPr>
        <w:t>獻條目中明確標示，避免被審查者質疑引用未經同行審查之資料。</w:t>
      </w:r>
    </w:p>
    <w:p w:rsidR="00182F3B" w:rsidRDefault="00137C0F">
      <w:pPr>
        <w:rPr>
          <w:lang w:eastAsia="zh-TW"/>
        </w:rPr>
      </w:pPr>
      <w:r>
        <w:rPr>
          <w:lang w:eastAsia="zh-TW"/>
        </w:rPr>
        <w:t>國家人權委員會（</w:t>
      </w:r>
      <w:r>
        <w:rPr>
          <w:lang w:eastAsia="zh-TW"/>
        </w:rPr>
        <w:t>2025</w:t>
      </w:r>
      <w:r>
        <w:rPr>
          <w:lang w:eastAsia="zh-TW"/>
        </w:rPr>
        <w:t>）。臺灣人工智慧發展的人權治理意見書。</w:t>
      </w:r>
    </w:p>
    <w:p w:rsidR="00182F3B" w:rsidRDefault="00137C0F">
      <w:pPr>
        <w:rPr>
          <w:lang w:eastAsia="zh-TW"/>
        </w:rPr>
      </w:pPr>
      <w:r>
        <w:rPr>
          <w:lang w:eastAsia="zh-TW"/>
        </w:rPr>
        <w:t>數位發展部（</w:t>
      </w:r>
      <w:r>
        <w:rPr>
          <w:lang w:eastAsia="zh-TW"/>
        </w:rPr>
        <w:t>2026</w:t>
      </w:r>
      <w:r>
        <w:rPr>
          <w:lang w:eastAsia="zh-TW"/>
        </w:rPr>
        <w:t>）。人工智慧風險分類框架。</w:t>
      </w:r>
    </w:p>
    <w:p w:rsidR="00182F3B" w:rsidRDefault="00137C0F">
      <w:pPr>
        <w:rPr>
          <w:lang w:eastAsia="zh-TW"/>
        </w:rPr>
      </w:pPr>
      <w:r>
        <w:rPr>
          <w:lang w:eastAsia="zh-TW"/>
        </w:rPr>
        <w:lastRenderedPageBreak/>
        <w:t>人工智慧基本法（</w:t>
      </w:r>
      <w:r>
        <w:rPr>
          <w:lang w:eastAsia="zh-TW"/>
        </w:rPr>
        <w:t>2026</w:t>
      </w:r>
      <w:r>
        <w:rPr>
          <w:lang w:eastAsia="zh-TW"/>
        </w:rPr>
        <w:t>）。</w:t>
      </w:r>
    </w:p>
    <w:p w:rsidR="00182F3B" w:rsidRDefault="00137C0F">
      <w:pPr>
        <w:rPr>
          <w:lang w:eastAsia="zh-TW"/>
        </w:rPr>
      </w:pPr>
      <w:r>
        <w:rPr>
          <w:lang w:eastAsia="zh-TW"/>
        </w:rPr>
        <w:t>數位發展部（</w:t>
      </w:r>
      <w:r>
        <w:rPr>
          <w:lang w:eastAsia="zh-TW"/>
        </w:rPr>
        <w:t>2025</w:t>
      </w:r>
      <w:r>
        <w:rPr>
          <w:lang w:eastAsia="zh-TW"/>
        </w:rPr>
        <w:t>）。公部門人工智慧應用參考手冊。</w:t>
      </w:r>
    </w:p>
    <w:p w:rsidR="00182F3B" w:rsidRDefault="00137C0F">
      <w:pPr>
        <w:rPr>
          <w:lang w:eastAsia="zh-TW"/>
        </w:rPr>
      </w:pPr>
      <w:r>
        <w:rPr>
          <w:lang w:eastAsia="zh-TW"/>
        </w:rPr>
        <w:t>新北市政府（</w:t>
      </w:r>
      <w:r>
        <w:rPr>
          <w:lang w:eastAsia="zh-TW"/>
        </w:rPr>
        <w:t>2025</w:t>
      </w:r>
      <w:r>
        <w:rPr>
          <w:lang w:eastAsia="zh-TW"/>
        </w:rPr>
        <w:t>）。新北市政府使用人工智慧作業指引。</w:t>
      </w:r>
    </w:p>
    <w:p w:rsidR="00182F3B" w:rsidRDefault="00137C0F">
      <w:pPr>
        <w:rPr>
          <w:lang w:eastAsia="zh-TW"/>
        </w:rPr>
      </w:pPr>
      <w:r>
        <w:rPr>
          <w:lang w:eastAsia="zh-TW"/>
        </w:rPr>
        <w:t>審計部（</w:t>
      </w:r>
      <w:r>
        <w:rPr>
          <w:lang w:eastAsia="zh-TW"/>
        </w:rPr>
        <w:t>2024</w:t>
      </w:r>
      <w:r>
        <w:rPr>
          <w:lang w:eastAsia="zh-TW"/>
        </w:rPr>
        <w:t>）。法務部矯正署智慧監控系統執行情形審核意見。</w:t>
      </w:r>
    </w:p>
    <w:p w:rsidR="00182F3B" w:rsidRDefault="00137C0F">
      <w:pPr>
        <w:rPr>
          <w:lang w:eastAsia="zh-TW"/>
        </w:rPr>
      </w:pPr>
      <w:r>
        <w:rPr>
          <w:lang w:eastAsia="zh-TW"/>
        </w:rPr>
        <w:t>審計部（</w:t>
      </w:r>
      <w:r>
        <w:rPr>
          <w:lang w:eastAsia="zh-TW"/>
        </w:rPr>
        <w:t>2025</w:t>
      </w:r>
      <w:r>
        <w:rPr>
          <w:lang w:eastAsia="zh-TW"/>
        </w:rPr>
        <w:t>）。財政部關務署人工智慧輔助緝私系統執行情形審核意見。</w:t>
      </w:r>
    </w:p>
    <w:p w:rsidR="00182F3B" w:rsidRDefault="00137C0F">
      <w:pPr>
        <w:rPr>
          <w:lang w:eastAsia="zh-TW"/>
        </w:rPr>
      </w:pPr>
      <w:r>
        <w:rPr>
          <w:lang w:eastAsia="zh-TW"/>
        </w:rPr>
        <w:t>審計部（</w:t>
      </w:r>
      <w:r>
        <w:rPr>
          <w:lang w:eastAsia="zh-TW"/>
        </w:rPr>
        <w:t>2025</w:t>
      </w:r>
      <w:r>
        <w:rPr>
          <w:lang w:eastAsia="zh-TW"/>
        </w:rPr>
        <w:t>）。桃園市環保局人工智慧辨識設備採購與驗收執行情形審核意見。</w:t>
      </w:r>
    </w:p>
    <w:p w:rsidR="00182F3B" w:rsidRDefault="00137C0F">
      <w:pPr>
        <w:pStyle w:val="Heading2"/>
      </w:pPr>
      <w:proofErr w:type="spellStart"/>
      <w:r>
        <w:t>英文文獻</w:t>
      </w:r>
      <w:proofErr w:type="spellEnd"/>
    </w:p>
    <w:p w:rsidR="00182F3B" w:rsidRDefault="00137C0F">
      <w:r>
        <w:t>Bovens, M. (2007). Analysing and assessing accountability: A conceptual framework. European Law Journal, 13(4), 447–468.</w:t>
      </w:r>
    </w:p>
    <w:p w:rsidR="00182F3B" w:rsidRDefault="00137C0F">
      <w:r>
        <w:t>Carney, T. (2019). Robodebt illegality: The seven veils of failed guarantees of the rule of</w:t>
      </w:r>
      <w:r>
        <w:t xml:space="preserve"> law. Alternative Law Journal, 44(1), 4–10.</w:t>
      </w:r>
    </w:p>
    <w:p w:rsidR="00182F3B" w:rsidRDefault="00137C0F">
      <w:r>
        <w:t>Chouldechova, A., et al. (2018). A case study of algorithm-assisted decision making in child maltreatment hotline screening decisions. Proceedings of Machine Learning Research.</w:t>
      </w:r>
    </w:p>
    <w:p w:rsidR="00182F3B" w:rsidRDefault="00137C0F">
      <w:r>
        <w:t>District Court of The Hague. (2020)</w:t>
      </w:r>
      <w:r>
        <w:t>. Judgment in the SyRI case.</w:t>
      </w:r>
    </w:p>
    <w:p w:rsidR="00182F3B" w:rsidRDefault="00137C0F">
      <w:r>
        <w:t>Eubanks, V. (2018). Automating inequality. St. Martin’s Press.</w:t>
      </w:r>
    </w:p>
    <w:p w:rsidR="00182F3B" w:rsidRDefault="00137C0F">
      <w:r>
        <w:t>Jasanoff, S. (Ed.). (2004). States of knowledge: The co-production of science and social order. Routledge.</w:t>
      </w:r>
    </w:p>
    <w:p w:rsidR="00182F3B" w:rsidRDefault="00137C0F">
      <w:r>
        <w:t>Lawrence, C., Cui, I., &amp; Ho, D. E. (2023). The bureaucratic challenge to AI governance: An empirical assessment of implementation at U.S. federal agencies. Proceedings of the 2023 AAAI/ACM Conference on AI, Ethics, and Society (AIES '23), 606–617. https://doi.org/10.1145/3600211.3604701</w:t>
      </w:r>
    </w:p>
    <w:p w:rsidR="00182F3B" w:rsidRDefault="00137C0F">
      <w:r>
        <w:t xml:space="preserve">Lipsky, M. (1980). Street-level bureaucracy: Dilemmas of </w:t>
      </w:r>
      <w:r>
        <w:t>the individual in public services. Russell Sage Foundation.</w:t>
      </w:r>
    </w:p>
    <w:p w:rsidR="00182F3B" w:rsidRDefault="00137C0F">
      <w:r>
        <w:t>Royal Commission into the Robodebt Scheme. (2023). Report.</w:t>
      </w:r>
    </w:p>
    <w:p>
      <w:pPr>
        <w:pStyle w:val="Heading1"/>
      </w:pPr>
      <w:r>
        <w:t>附錄</w:t>
      </w:r>
    </w:p>
    <w:p>
      <w:r>
        <w:t>以下附錄表4、6、9、10、11為正文中已作文字摘要或指引之對照表原始版本，供讀者查核細節，內容與正文摘要一致，未新增資料；附錄表12則是本文新增的具體範例，用於說明表7證據項目在實務上可能的樣貌。</w:t>
      </w:r>
    </w:p>
    <w:p w:rsidR="00182F3B" w:rsidRDefault="00137C0F">
      <w:pPr>
        <w:rPr>
          <w:lang w:eastAsia="zh-TW"/>
        </w:rPr>
      </w:pPr>
      <w:r>
        <w:rPr>
          <w:b/>
          <w:sz w:val="20"/>
          <w:lang w:eastAsia="zh-TW"/>
        </w:rPr>
        <w:t>表</w:t>
      </w:r>
      <w:r>
        <w:rPr>
          <w:b/>
          <w:sz w:val="20"/>
          <w:lang w:eastAsia="zh-TW"/>
        </w:rPr>
        <w:t xml:space="preserve"> 4</w:t>
      </w:r>
      <w:r>
        <w:rPr>
          <w:b/>
          <w:sz w:val="20"/>
          <w:lang w:eastAsia="zh-TW"/>
        </w:rPr>
        <w:t xml:space="preserve">　第九至十六篇既有工具與第十七篇的承接關係</w:t>
      </w:r>
    </w:p>
    <w:tbl>
      <w:tblPr>
        <w:tblStyle w:val="TableGrid"/>
        <w:tblW w:w="0" w:type="auto"/>
        <w:jc w:val="center"/>
        <w:tblLook w:val="04A0" w:firstRow="1" w:lastRow="0" w:firstColumn="1" w:lastColumn="0" w:noHBand="0" w:noVBand="1"/>
      </w:tblPr>
      <w:tblGrid>
        <w:gridCol w:w="1728"/>
        <w:gridCol w:w="3096"/>
        <w:gridCol w:w="2880"/>
        <w:gridCol w:w="2232"/>
      </w:tblGrid>
      <w:tr w:rsidR="00182F3B">
        <w:trPr>
          <w:jc w:val="center"/>
        </w:trPr>
        <w:tc>
          <w:tcPr>
            <w:tcW w:w="1728"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既有成果</w:t>
            </w:r>
            <w:proofErr w:type="spellEnd"/>
          </w:p>
        </w:tc>
        <w:tc>
          <w:tcPr>
            <w:tcW w:w="3096"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已驗證／已操作的內容</w:t>
            </w:r>
          </w:p>
        </w:tc>
        <w:tc>
          <w:tcPr>
            <w:tcW w:w="288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第十七篇取用方式</w:t>
            </w:r>
            <w:proofErr w:type="spellEnd"/>
          </w:p>
        </w:tc>
        <w:tc>
          <w:tcPr>
            <w:tcW w:w="2232" w:type="dxa"/>
            <w:shd w:val="clear" w:color="auto" w:fill="D9EAF7"/>
            <w:vAlign w:val="center"/>
          </w:tcPr>
          <w:p w:rsidR="00182F3B" w:rsidRDefault="00137C0F">
            <w:pPr>
              <w:spacing w:before="40" w:after="40"/>
            </w:pPr>
            <w:r>
              <w:rPr>
                <w:rFonts w:ascii="Noto Sans CJK TC" w:eastAsia="Noto Sans CJK TC" w:hAnsi="Noto Sans CJK TC"/>
                <w:b/>
                <w:sz w:val="18"/>
              </w:rPr>
              <w:t>避免重複之處</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第九篇：專業異議能力</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以</w:t>
            </w:r>
            <w:r>
              <w:rPr>
                <w:rFonts w:ascii="Noto Sans CJK TC" w:eastAsia="Noto Sans CJK TC" w:hAnsi="Noto Sans CJK TC"/>
                <w:sz w:val="18"/>
                <w:lang w:eastAsia="zh-TW"/>
              </w:rPr>
              <w:t xml:space="preserve"> </w:t>
            </w:r>
            <w:proofErr w:type="spellStart"/>
            <w:r>
              <w:rPr>
                <w:rFonts w:ascii="Noto Sans CJK TC" w:eastAsia="Noto Sans CJK TC" w:hAnsi="Noto Sans CJK TC"/>
                <w:sz w:val="18"/>
                <w:lang w:eastAsia="zh-TW"/>
              </w:rPr>
              <w:t>Robodebt</w:t>
            </w:r>
            <w:proofErr w:type="spellEnd"/>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、荷蘭育兒津貼案與三個行政情境，檢驗資訊、權限、資源、保障四條件；提出可反駁條件。</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作為責任鏈與權威鏈的上線前能力證據；檢查是否能拒絕、暫停與異議。</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不重建四條件量表，不再把「是否有人簽名</w:t>
            </w:r>
            <w:r>
              <w:rPr>
                <w:rFonts w:ascii="Noto Sans CJK TC" w:eastAsia="Noto Sans CJK TC" w:hAnsi="Noto Sans CJK TC"/>
                <w:sz w:val="18"/>
                <w:lang w:eastAsia="zh-TW"/>
              </w:rPr>
              <w:t>」當控制證明。</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第十篇：三項控制</w:t>
            </w:r>
            <w:r>
              <w:rPr>
                <w:rFonts w:ascii="Noto Sans CJK TC" w:eastAsia="Noto Sans CJK TC" w:hAnsi="Noto Sans CJK TC"/>
                <w:sz w:val="18"/>
              </w:rPr>
              <w:lastRenderedPageBreak/>
              <w:t>權</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資訊權</w:t>
            </w:r>
            <w:r>
              <w:rPr>
                <w:rFonts w:ascii="Noto Sans CJK TC" w:eastAsia="Noto Sans CJK TC" w:hAnsi="Noto Sans CJK TC"/>
                <w:sz w:val="18"/>
                <w:lang w:eastAsia="zh-TW"/>
              </w:rPr>
              <w:t>→</w:t>
            </w:r>
            <w:r>
              <w:rPr>
                <w:rFonts w:ascii="Noto Sans CJK TC" w:eastAsia="Noto Sans CJK TC" w:hAnsi="Noto Sans CJK TC"/>
                <w:sz w:val="18"/>
                <w:lang w:eastAsia="zh-TW"/>
              </w:rPr>
              <w:t>稽核權</w:t>
            </w:r>
            <w:r>
              <w:rPr>
                <w:rFonts w:ascii="Noto Sans CJK TC" w:eastAsia="Noto Sans CJK TC" w:hAnsi="Noto Sans CJK TC"/>
                <w:sz w:val="18"/>
                <w:lang w:eastAsia="zh-TW"/>
              </w:rPr>
              <w:t>→</w:t>
            </w:r>
            <w:r>
              <w:rPr>
                <w:rFonts w:ascii="Noto Sans CJK TC" w:eastAsia="Noto Sans CJK TC" w:hAnsi="Noto Sans CJK TC"/>
                <w:sz w:val="18"/>
                <w:lang w:eastAsia="zh-TW"/>
              </w:rPr>
              <w:t>停止權的遞進結</w:t>
            </w:r>
            <w:r>
              <w:rPr>
                <w:rFonts w:ascii="Noto Sans CJK TC" w:eastAsia="Noto Sans CJK TC" w:hAnsi="Noto Sans CJK TC"/>
                <w:sz w:val="18"/>
                <w:lang w:eastAsia="zh-TW"/>
              </w:rPr>
              <w:lastRenderedPageBreak/>
              <w:t>構、</w:t>
            </w:r>
            <w:proofErr w:type="gramStart"/>
            <w:r>
              <w:rPr>
                <w:rFonts w:ascii="Noto Sans CJK TC" w:eastAsia="Noto Sans CJK TC" w:hAnsi="Noto Sans CJK TC"/>
                <w:sz w:val="18"/>
                <w:lang w:eastAsia="zh-TW"/>
              </w:rPr>
              <w:t>停止權悖論</w:t>
            </w:r>
            <w:proofErr w:type="gramEnd"/>
            <w:r>
              <w:rPr>
                <w:rFonts w:ascii="Noto Sans CJK TC" w:eastAsia="Noto Sans CJK TC" w:hAnsi="Noto Sans CJK TC"/>
                <w:sz w:val="18"/>
                <w:lang w:eastAsia="zh-TW"/>
              </w:rPr>
              <w:t>、雙層控制體系與回饋迴路。</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作為供應商與機關間</w:t>
            </w:r>
            <w:proofErr w:type="gramStart"/>
            <w:r>
              <w:rPr>
                <w:rFonts w:ascii="Noto Sans CJK TC" w:eastAsia="Noto Sans CJK TC" w:hAnsi="Noto Sans CJK TC"/>
                <w:sz w:val="18"/>
                <w:lang w:eastAsia="zh-TW"/>
              </w:rPr>
              <w:t>取得框定證</w:t>
            </w:r>
            <w:r>
              <w:rPr>
                <w:rFonts w:ascii="Noto Sans CJK TC" w:eastAsia="Noto Sans CJK TC" w:hAnsi="Noto Sans CJK TC"/>
                <w:sz w:val="18"/>
                <w:lang w:eastAsia="zh-TW"/>
              </w:rPr>
              <w:lastRenderedPageBreak/>
              <w:t>據</w:t>
            </w:r>
            <w:proofErr w:type="gramEnd"/>
            <w:r>
              <w:rPr>
                <w:rFonts w:ascii="Noto Sans CJK TC" w:eastAsia="Noto Sans CJK TC" w:hAnsi="Noto Sans CJK TC"/>
                <w:sz w:val="18"/>
                <w:lang w:eastAsia="zh-TW"/>
              </w:rPr>
              <w:t>、查核與退場能力的前提。</w:t>
            </w:r>
          </w:p>
        </w:tc>
        <w:tc>
          <w:tcPr>
            <w:tcW w:w="2232"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lastRenderedPageBreak/>
              <w:t>不</w:t>
            </w:r>
            <w:proofErr w:type="gramEnd"/>
            <w:r>
              <w:rPr>
                <w:rFonts w:ascii="Noto Sans CJK TC" w:eastAsia="Noto Sans CJK TC" w:hAnsi="Noto Sans CJK TC"/>
                <w:sz w:val="18"/>
                <w:lang w:eastAsia="zh-TW"/>
              </w:rPr>
              <w:t>重寫採購契約或三權條</w:t>
            </w:r>
            <w:r>
              <w:rPr>
                <w:rFonts w:ascii="Noto Sans CJK TC" w:eastAsia="Noto Sans CJK TC" w:hAnsi="Noto Sans CJK TC"/>
                <w:sz w:val="18"/>
                <w:lang w:eastAsia="zh-TW"/>
              </w:rPr>
              <w:lastRenderedPageBreak/>
              <w:t>款；只納入</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證據門檻。</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lastRenderedPageBreak/>
              <w:t>第十一篇：國家前瞻</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議題提案的</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、民主協商與七項治理審計。</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證明</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並不限於個案處分，也發生於議程與國家前瞻。</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不重作前瞻比較或六步協商流程。</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第十二、十三篇：身分與土地</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以「國家承認誰」與「誰詮釋土地歷史」展示資料真實不等於權利判斷正當。</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作為生活化的前</w:t>
            </w:r>
            <w:proofErr w:type="gramStart"/>
            <w:r>
              <w:rPr>
                <w:rFonts w:ascii="Noto Sans CJK TC" w:eastAsia="Noto Sans CJK TC" w:hAnsi="Noto Sans CJK TC"/>
                <w:sz w:val="18"/>
                <w:lang w:eastAsia="zh-TW"/>
              </w:rPr>
              <w:t>端框定</w:t>
            </w:r>
            <w:proofErr w:type="gramEnd"/>
            <w:r>
              <w:rPr>
                <w:rFonts w:ascii="Noto Sans CJK TC" w:eastAsia="Noto Sans CJK TC" w:hAnsi="Noto Sans CJK TC"/>
                <w:sz w:val="18"/>
                <w:lang w:eastAsia="zh-TW"/>
              </w:rPr>
              <w:t>例證：資料、歷史與資格如何被行政詮釋。</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不重作戶籍／地籍法制分析。</w:t>
            </w:r>
          </w:p>
        </w:tc>
      </w:tr>
      <w:tr w:rsidR="00182F3B">
        <w:trPr>
          <w:jc w:val="center"/>
        </w:trPr>
        <w:tc>
          <w:tcPr>
            <w:tcW w:w="1728" w:type="dxa"/>
            <w:vAlign w:val="center"/>
          </w:tcPr>
          <w:p w:rsidR="00182F3B" w:rsidRDefault="00137C0F">
            <w:pPr>
              <w:spacing w:before="40" w:after="40"/>
              <w:rPr>
                <w:lang w:eastAsia="zh-TW"/>
              </w:rPr>
            </w:pPr>
            <w:r>
              <w:rPr>
                <w:rFonts w:ascii="Noto Sans CJK TC" w:eastAsia="Noto Sans CJK TC" w:hAnsi="Noto Sans CJK TC"/>
                <w:sz w:val="18"/>
                <w:lang w:eastAsia="zh-TW"/>
              </w:rPr>
              <w:t>第十四篇：組織壓力測試</w:t>
            </w:r>
          </w:p>
        </w:tc>
        <w:tc>
          <w:tcPr>
            <w:tcW w:w="3096" w:type="dxa"/>
            <w:vAlign w:val="center"/>
          </w:tcPr>
          <w:p w:rsidR="00182F3B" w:rsidRDefault="00137C0F">
            <w:pPr>
              <w:spacing w:before="40" w:after="40"/>
            </w:pPr>
            <w:proofErr w:type="spellStart"/>
            <w:r>
              <w:rPr>
                <w:rFonts w:ascii="Noto Sans CJK TC" w:eastAsia="Noto Sans CJK TC" w:hAnsi="Noto Sans CJK TC"/>
                <w:sz w:val="18"/>
              </w:rPr>
              <w:t>SyRI</w:t>
            </w:r>
            <w:r>
              <w:rPr>
                <w:rFonts w:ascii="Noto Sans CJK TC" w:eastAsia="Noto Sans CJK TC" w:hAnsi="Noto Sans CJK TC"/>
                <w:sz w:val="18"/>
              </w:rPr>
              <w:t>、</w:t>
            </w:r>
            <w:r>
              <w:rPr>
                <w:rFonts w:ascii="Noto Sans CJK TC" w:eastAsia="Noto Sans CJK TC" w:hAnsi="Noto Sans CJK TC"/>
                <w:sz w:val="18"/>
              </w:rPr>
              <w:t>Robodebt</w:t>
            </w:r>
            <w:r>
              <w:rPr>
                <w:rFonts w:ascii="Noto Sans CJK TC" w:eastAsia="Noto Sans CJK TC" w:hAnsi="Noto Sans CJK TC"/>
                <w:sz w:val="18"/>
              </w:rPr>
              <w:t>、</w:t>
            </w:r>
            <w:r>
              <w:rPr>
                <w:rFonts w:ascii="Noto Sans CJK TC" w:eastAsia="Noto Sans CJK TC" w:hAnsi="Noto Sans CJK TC"/>
                <w:sz w:val="18"/>
              </w:rPr>
              <w:t>PredPol</w:t>
            </w:r>
            <w:proofErr w:type="spellEnd"/>
            <w:r>
              <w:rPr>
                <w:rFonts w:ascii="Noto Sans CJK TC" w:eastAsia="Noto Sans CJK TC" w:hAnsi="Noto Sans CJK TC"/>
                <w:sz w:val="18"/>
              </w:rPr>
              <w:t xml:space="preserve"> </w:t>
            </w:r>
            <w:proofErr w:type="spellStart"/>
            <w:r>
              <w:rPr>
                <w:rFonts w:ascii="Noto Sans CJK TC" w:eastAsia="Noto Sans CJK TC" w:hAnsi="Noto Sans CJK TC"/>
                <w:sz w:val="18"/>
              </w:rPr>
              <w:t>的組織、溝通、</w:t>
            </w:r>
            <w:r>
              <w:rPr>
                <w:rFonts w:ascii="Noto Sans CJK TC" w:eastAsia="Noto Sans CJK TC" w:hAnsi="Noto Sans CJK TC"/>
                <w:sz w:val="18"/>
              </w:rPr>
              <w:t>KPI</w:t>
            </w:r>
            <w:r>
              <w:rPr>
                <w:rFonts w:ascii="Noto Sans CJK TC" w:eastAsia="Noto Sans CJK TC" w:hAnsi="Noto Sans CJK TC"/>
                <w:sz w:val="18"/>
              </w:rPr>
              <w:t>、薪酬與資源配置分析</w:t>
            </w:r>
            <w:proofErr w:type="spellEnd"/>
            <w:r>
              <w:rPr>
                <w:rFonts w:ascii="Noto Sans CJK TC" w:eastAsia="Noto Sans CJK TC" w:hAnsi="Noto Sans CJK TC"/>
                <w:sz w:val="18"/>
              </w:rPr>
              <w:t>。</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補足跨科室審查不是新增會簽，而是組織能力與資源配置問題。</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不重作組織變革模型。</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第十五篇：公共行政教育</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一案到底：</w:t>
            </w:r>
            <w:r>
              <w:rPr>
                <w:rFonts w:ascii="Noto Sans CJK TC" w:eastAsia="Noto Sans CJK TC" w:hAnsi="Noto Sans CJK TC"/>
                <w:sz w:val="18"/>
                <w:lang w:eastAsia="zh-TW"/>
              </w:rPr>
              <w:t>25</w:t>
            </w:r>
            <w:r>
              <w:rPr>
                <w:rFonts w:ascii="Noto Sans CJK TC" w:eastAsia="Noto Sans CJK TC" w:hAnsi="Noto Sans CJK TC"/>
                <w:sz w:val="18"/>
                <w:lang w:eastAsia="zh-TW"/>
              </w:rPr>
              <w:t>座標</w:t>
            </w:r>
            <w:r>
              <w:rPr>
                <w:rFonts w:ascii="Noto Sans CJK TC" w:eastAsia="Noto Sans CJK TC" w:hAnsi="Noto Sans CJK TC"/>
                <w:sz w:val="18"/>
                <w:lang w:eastAsia="zh-TW"/>
              </w:rPr>
              <w:t>→P1</w:t>
            </w:r>
            <w:proofErr w:type="gramStart"/>
            <w:r>
              <w:rPr>
                <w:rFonts w:ascii="Noto Sans CJK TC" w:eastAsia="Noto Sans CJK TC" w:hAnsi="Noto Sans CJK TC"/>
                <w:sz w:val="18"/>
                <w:lang w:eastAsia="zh-TW"/>
              </w:rPr>
              <w:t>–</w:t>
            </w:r>
            <w:proofErr w:type="gramEnd"/>
            <w:r>
              <w:rPr>
                <w:rFonts w:ascii="Noto Sans CJK TC" w:eastAsia="Noto Sans CJK TC" w:hAnsi="Noto Sans CJK TC"/>
                <w:sz w:val="18"/>
                <w:lang w:eastAsia="zh-TW"/>
              </w:rPr>
              <w:t>P3→</w:t>
            </w:r>
            <w:r>
              <w:rPr>
                <w:rFonts w:ascii="Noto Sans CJK TC" w:eastAsia="Noto Sans CJK TC" w:hAnsi="Noto Sans CJK TC"/>
                <w:sz w:val="18"/>
                <w:lang w:eastAsia="zh-TW"/>
              </w:rPr>
              <w:t>四鏈</w:t>
            </w:r>
            <w:r>
              <w:rPr>
                <w:rFonts w:ascii="Noto Sans CJK TC" w:eastAsia="Noto Sans CJK TC" w:hAnsi="Noto Sans CJK TC"/>
                <w:sz w:val="18"/>
                <w:lang w:eastAsia="zh-TW"/>
              </w:rPr>
              <w:t>→</w:t>
            </w:r>
            <w:r>
              <w:rPr>
                <w:rFonts w:ascii="Noto Sans CJK TC" w:eastAsia="Noto Sans CJK TC" w:hAnsi="Noto Sans CJK TC"/>
                <w:sz w:val="18"/>
                <w:lang w:eastAsia="zh-TW"/>
              </w:rPr>
              <w:t>七項治理審計；資料字典、四鏈追蹤表。</w:t>
            </w:r>
          </w:p>
        </w:tc>
        <w:tc>
          <w:tcPr>
            <w:tcW w:w="2880"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採</w:t>
            </w:r>
            <w:proofErr w:type="gramEnd"/>
            <w:r>
              <w:rPr>
                <w:rFonts w:ascii="Noto Sans CJK TC" w:eastAsia="Noto Sans CJK TC" w:hAnsi="Noto Sans CJK TC"/>
                <w:sz w:val="18"/>
                <w:lang w:eastAsia="zh-TW"/>
              </w:rPr>
              <w:t>為</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的共同語言與跨專業訓練原型。</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不把教育評量誤作實務績效量表。</w:t>
            </w:r>
          </w:p>
        </w:tc>
      </w:tr>
      <w:tr w:rsidR="00182F3B">
        <w:trPr>
          <w:jc w:val="center"/>
        </w:trPr>
        <w:tc>
          <w:tcPr>
            <w:tcW w:w="1728" w:type="dxa"/>
            <w:vAlign w:val="center"/>
          </w:tcPr>
          <w:p w:rsidR="00182F3B" w:rsidRDefault="00137C0F">
            <w:pPr>
              <w:spacing w:before="40" w:after="40"/>
            </w:pPr>
            <w:proofErr w:type="spellStart"/>
            <w:r>
              <w:rPr>
                <w:rFonts w:ascii="Noto Sans CJK TC" w:eastAsia="Noto Sans CJK TC" w:hAnsi="Noto Sans CJK TC"/>
                <w:sz w:val="18"/>
              </w:rPr>
              <w:t>第十六篇：價值整合</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AFST</w:t>
            </w:r>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SyRI</w:t>
            </w:r>
            <w:proofErr w:type="spellEnd"/>
            <w:r>
              <w:rPr>
                <w:rFonts w:ascii="Noto Sans CJK TC" w:eastAsia="Noto Sans CJK TC" w:hAnsi="Noto Sans CJK TC"/>
                <w:sz w:val="18"/>
                <w:lang w:eastAsia="zh-TW"/>
              </w:rPr>
              <w:t>、</w:t>
            </w:r>
            <w:proofErr w:type="spellStart"/>
            <w:r>
              <w:rPr>
                <w:rFonts w:ascii="Noto Sans CJK TC" w:eastAsia="Noto Sans CJK TC" w:hAnsi="Noto Sans CJK TC"/>
                <w:sz w:val="18"/>
                <w:lang w:eastAsia="zh-TW"/>
              </w:rPr>
              <w:t>Robodebt</w:t>
            </w:r>
            <w:proofErr w:type="spellEnd"/>
            <w:r>
              <w:rPr>
                <w:rFonts w:ascii="Noto Sans CJK TC" w:eastAsia="Noto Sans CJK TC" w:hAnsi="Noto Sans CJK TC"/>
                <w:sz w:val="18"/>
                <w:lang w:eastAsia="zh-TW"/>
              </w:rPr>
              <w:t xml:space="preserve"> </w:t>
            </w:r>
            <w:r>
              <w:rPr>
                <w:rFonts w:ascii="Noto Sans CJK TC" w:eastAsia="Noto Sans CJK TC" w:hAnsi="Noto Sans CJK TC"/>
                <w:sz w:val="18"/>
                <w:lang w:eastAsia="zh-TW"/>
              </w:rPr>
              <w:t>的既有</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w:t>
            </w:r>
            <w:r>
              <w:rPr>
                <w:rFonts w:ascii="Noto Sans CJK TC" w:eastAsia="Noto Sans CJK TC" w:hAnsi="Noto Sans CJK TC"/>
                <w:sz w:val="18"/>
                <w:lang w:eastAsia="zh-TW"/>
              </w:rPr>
              <w:t xml:space="preserve">C1 </w:t>
            </w:r>
            <w:r>
              <w:rPr>
                <w:rFonts w:ascii="Noto Sans CJK TC" w:eastAsia="Noto Sans CJK TC" w:hAnsi="Noto Sans CJK TC"/>
                <w:sz w:val="18"/>
                <w:lang w:eastAsia="zh-TW"/>
              </w:rPr>
              <w:t>結果再解讀；</w:t>
            </w:r>
            <w:proofErr w:type="gramStart"/>
            <w:r>
              <w:rPr>
                <w:rFonts w:ascii="Noto Sans CJK TC" w:eastAsia="Noto Sans CJK TC" w:hAnsi="Noto Sans CJK TC"/>
                <w:sz w:val="18"/>
                <w:lang w:eastAsia="zh-TW"/>
              </w:rPr>
              <w:t>覆核錯位</w:t>
            </w:r>
            <w:proofErr w:type="gramEnd"/>
            <w:r>
              <w:rPr>
                <w:rFonts w:ascii="Noto Sans CJK TC" w:eastAsia="Noto Sans CJK TC" w:hAnsi="Noto Sans CJK TC"/>
                <w:sz w:val="18"/>
                <w:lang w:eastAsia="zh-TW"/>
              </w:rPr>
              <w:t>、技術不可解釋、舉證倒置；</w:t>
            </w: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暫定。</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作為三種失效型態與價值溢出診斷的直接證據。</w:t>
            </w:r>
          </w:p>
        </w:tc>
        <w:tc>
          <w:tcPr>
            <w:tcW w:w="2232" w:type="dxa"/>
            <w:vAlign w:val="center"/>
          </w:tcPr>
          <w:p w:rsidR="00182F3B" w:rsidRDefault="00137C0F">
            <w:pPr>
              <w:spacing w:before="40" w:after="40"/>
            </w:pPr>
            <w:r>
              <w:rPr>
                <w:rFonts w:ascii="Noto Sans CJK TC" w:eastAsia="Noto Sans CJK TC" w:hAnsi="Noto Sans CJK TC"/>
                <w:sz w:val="18"/>
              </w:rPr>
              <w:t>C1-13</w:t>
            </w:r>
            <w:r>
              <w:rPr>
                <w:rFonts w:ascii="Noto Sans CJK TC" w:eastAsia="Noto Sans CJK TC" w:hAnsi="Noto Sans CJK TC"/>
                <w:sz w:val="18"/>
              </w:rPr>
              <w:t>（待校準）</w:t>
            </w:r>
            <w:r>
              <w:rPr>
                <w:rFonts w:ascii="Noto Sans CJK TC" w:eastAsia="Noto Sans CJK TC" w:hAnsi="Noto Sans CJK TC"/>
                <w:sz w:val="18"/>
              </w:rPr>
              <w:t xml:space="preserve"> </w:t>
            </w:r>
            <w:proofErr w:type="spellStart"/>
            <w:r>
              <w:rPr>
                <w:rFonts w:ascii="Noto Sans CJK TC" w:eastAsia="Noto Sans CJK TC" w:hAnsi="Noto Sans CJK TC"/>
                <w:sz w:val="18"/>
              </w:rPr>
              <w:t>不計入正式</w:t>
            </w:r>
            <w:proofErr w:type="spellEnd"/>
            <w:r>
              <w:rPr>
                <w:rFonts w:ascii="Noto Sans CJK TC" w:eastAsia="Noto Sans CJK TC" w:hAnsi="Noto Sans CJK TC"/>
                <w:sz w:val="18"/>
              </w:rPr>
              <w:t xml:space="preserve"> C1 </w:t>
            </w:r>
            <w:proofErr w:type="spellStart"/>
            <w:r>
              <w:rPr>
                <w:rFonts w:ascii="Noto Sans CJK TC" w:eastAsia="Noto Sans CJK TC" w:hAnsi="Noto Sans CJK TC"/>
                <w:sz w:val="18"/>
              </w:rPr>
              <w:t>平均，仍待既定</w:t>
            </w:r>
            <w:proofErr w:type="spellEnd"/>
            <w:r>
              <w:rPr>
                <w:rFonts w:ascii="Noto Sans CJK TC" w:eastAsia="Noto Sans CJK TC" w:hAnsi="Noto Sans CJK TC"/>
                <w:sz w:val="18"/>
              </w:rPr>
              <w:t xml:space="preserve"> Delphi </w:t>
            </w:r>
            <w:r>
              <w:rPr>
                <w:rFonts w:ascii="Noto Sans CJK TC" w:eastAsia="Noto Sans CJK TC" w:hAnsi="Noto Sans CJK TC"/>
                <w:sz w:val="18"/>
              </w:rPr>
              <w:t>校準。</w:t>
            </w:r>
          </w:p>
        </w:tc>
      </w:tr>
    </w:tbl>
    <w:p w:rsidR="00182F3B" w:rsidRDefault="00137C0F">
      <w:pPr>
        <w:rPr>
          <w:lang w:eastAsia="zh-TW"/>
        </w:rPr>
      </w:pPr>
      <w:r>
        <w:rPr>
          <w:b/>
          <w:sz w:val="20"/>
          <w:lang w:eastAsia="zh-TW"/>
        </w:rPr>
        <w:t>表</w:t>
      </w:r>
      <w:r>
        <w:rPr>
          <w:b/>
          <w:sz w:val="20"/>
          <w:lang w:eastAsia="zh-TW"/>
        </w:rPr>
        <w:t xml:space="preserve"> 6</w:t>
      </w:r>
      <w:r>
        <w:rPr>
          <w:b/>
          <w:sz w:val="20"/>
          <w:lang w:eastAsia="zh-TW"/>
        </w:rPr>
        <w:t xml:space="preserve">　國際公部門</w:t>
      </w:r>
      <w:r>
        <w:rPr>
          <w:b/>
          <w:sz w:val="20"/>
          <w:lang w:eastAsia="zh-TW"/>
        </w:rPr>
        <w:t xml:space="preserve"> AI </w:t>
      </w:r>
      <w:r>
        <w:rPr>
          <w:b/>
          <w:sz w:val="20"/>
          <w:lang w:eastAsia="zh-TW"/>
        </w:rPr>
        <w:t>制度的現行性檢核與</w:t>
      </w:r>
      <w:r>
        <w:rPr>
          <w:b/>
          <w:sz w:val="20"/>
          <w:lang w:eastAsia="zh-TW"/>
        </w:rPr>
        <w:t xml:space="preserve"> OAC </w:t>
      </w:r>
      <w:r>
        <w:rPr>
          <w:b/>
          <w:sz w:val="20"/>
          <w:lang w:eastAsia="zh-TW"/>
        </w:rPr>
        <w:t>對照</w:t>
      </w:r>
    </w:p>
    <w:tbl>
      <w:tblPr>
        <w:tblStyle w:val="TableGrid"/>
        <w:tblW w:w="0" w:type="auto"/>
        <w:jc w:val="center"/>
        <w:tblLook w:val="04A0" w:firstRow="1" w:lastRow="0" w:firstColumn="1" w:lastColumn="0" w:noHBand="0" w:noVBand="1"/>
      </w:tblPr>
      <w:tblGrid>
        <w:gridCol w:w="1521"/>
        <w:gridCol w:w="2874"/>
        <w:gridCol w:w="2805"/>
        <w:gridCol w:w="2780"/>
      </w:tblGrid>
      <w:tr w:rsidR="00182F3B">
        <w:trPr>
          <w:jc w:val="center"/>
        </w:trPr>
        <w:tc>
          <w:tcPr>
            <w:tcW w:w="158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國家／制度</w:t>
            </w:r>
            <w:proofErr w:type="spellEnd"/>
          </w:p>
        </w:tc>
        <w:tc>
          <w:tcPr>
            <w:tcW w:w="3096"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截至</w:t>
            </w:r>
            <w:r>
              <w:rPr>
                <w:rFonts w:ascii="Noto Sans CJK TC" w:eastAsia="Noto Sans CJK TC" w:hAnsi="Noto Sans CJK TC"/>
                <w:b/>
                <w:sz w:val="18"/>
                <w:lang w:eastAsia="zh-TW"/>
              </w:rPr>
              <w:t xml:space="preserve"> 2026 </w:t>
            </w:r>
            <w:r>
              <w:rPr>
                <w:rFonts w:ascii="Noto Sans CJK TC" w:eastAsia="Noto Sans CJK TC" w:hAnsi="Noto Sans CJK TC"/>
                <w:b/>
                <w:sz w:val="18"/>
                <w:lang w:eastAsia="zh-TW"/>
              </w:rPr>
              <w:t>年</w:t>
            </w:r>
            <w:r>
              <w:rPr>
                <w:rFonts w:ascii="Noto Sans CJK TC" w:eastAsia="Noto Sans CJK TC" w:hAnsi="Noto Sans CJK TC"/>
                <w:b/>
                <w:sz w:val="18"/>
                <w:lang w:eastAsia="zh-TW"/>
              </w:rPr>
              <w:t xml:space="preserve"> 8 </w:t>
            </w:r>
            <w:r>
              <w:rPr>
                <w:rFonts w:ascii="Noto Sans CJK TC" w:eastAsia="Noto Sans CJK TC" w:hAnsi="Noto Sans CJK TC"/>
                <w:b/>
                <w:sz w:val="18"/>
                <w:lang w:eastAsia="zh-TW"/>
              </w:rPr>
              <w:t>月的現行性與適用範圍</w:t>
            </w:r>
          </w:p>
        </w:tc>
        <w:tc>
          <w:tcPr>
            <w:tcW w:w="3024"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已運作的核心機制</w:t>
            </w:r>
            <w:proofErr w:type="spellEnd"/>
          </w:p>
        </w:tc>
        <w:tc>
          <w:tcPr>
            <w:tcW w:w="2952" w:type="dxa"/>
            <w:shd w:val="clear" w:color="auto" w:fill="D9EAF7"/>
            <w:vAlign w:val="center"/>
          </w:tcPr>
          <w:p w:rsidR="00182F3B" w:rsidRDefault="00137C0F">
            <w:pPr>
              <w:spacing w:before="40" w:after="40"/>
            </w:pPr>
            <w:r>
              <w:rPr>
                <w:rFonts w:ascii="Noto Sans CJK TC" w:eastAsia="Noto Sans CJK TC" w:hAnsi="Noto Sans CJK TC"/>
                <w:b/>
                <w:sz w:val="18"/>
              </w:rPr>
              <w:t>第十七篇的精確借鏡</w:t>
            </w:r>
          </w:p>
        </w:tc>
      </w:tr>
      <w:tr w:rsidR="00182F3B">
        <w:trPr>
          <w:jc w:val="center"/>
        </w:trPr>
        <w:tc>
          <w:tcPr>
            <w:tcW w:w="1584" w:type="dxa"/>
            <w:vAlign w:val="center"/>
          </w:tcPr>
          <w:p w:rsidR="00182F3B" w:rsidRDefault="00137C0F">
            <w:pPr>
              <w:spacing w:before="40" w:after="40"/>
            </w:pPr>
            <w:r>
              <w:rPr>
                <w:rFonts w:ascii="Noto Sans CJK TC" w:eastAsia="Noto Sans CJK TC" w:hAnsi="Noto Sans CJK TC"/>
                <w:sz w:val="18"/>
              </w:rPr>
              <w:t>歐盟：</w:t>
            </w:r>
            <w:r>
              <w:rPr>
                <w:rFonts w:ascii="Noto Sans CJK TC" w:eastAsia="Noto Sans CJK TC" w:hAnsi="Noto Sans CJK TC"/>
                <w:sz w:val="18"/>
              </w:rPr>
              <w:t>EU AI Act</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有效但分階段施行；多數高風險系統義務尚未全面適用。</w:t>
            </w:r>
            <w:r>
              <w:rPr>
                <w:rFonts w:ascii="Noto Sans CJK TC" w:eastAsia="Noto Sans CJK TC" w:hAnsi="Noto Sans CJK TC"/>
                <w:sz w:val="18"/>
                <w:lang w:eastAsia="zh-TW"/>
              </w:rPr>
              <w:t xml:space="preserve">FRIA </w:t>
            </w:r>
            <w:r>
              <w:rPr>
                <w:rFonts w:ascii="Noto Sans CJK TC" w:eastAsia="Noto Sans CJK TC" w:hAnsi="Noto Sans CJK TC"/>
                <w:sz w:val="18"/>
                <w:lang w:eastAsia="zh-TW"/>
              </w:rPr>
              <w:t>適用於特定高風險系統的公法機關</w:t>
            </w:r>
            <w:r>
              <w:rPr>
                <w:rFonts w:ascii="Noto Sans CJK TC" w:eastAsia="Noto Sans CJK TC" w:hAnsi="Noto Sans CJK TC"/>
                <w:sz w:val="18"/>
                <w:lang w:eastAsia="zh-TW"/>
              </w:rPr>
              <w:lastRenderedPageBreak/>
              <w:t>／公共服務部</w:t>
            </w:r>
            <w:proofErr w:type="gramStart"/>
            <w:r>
              <w:rPr>
                <w:rFonts w:ascii="Noto Sans CJK TC" w:eastAsia="Noto Sans CJK TC" w:hAnsi="Noto Sans CJK TC"/>
                <w:sz w:val="18"/>
                <w:lang w:eastAsia="zh-TW"/>
              </w:rPr>
              <w:t>署者</w:t>
            </w:r>
            <w:proofErr w:type="gramEnd"/>
            <w:r>
              <w:rPr>
                <w:rFonts w:ascii="Noto Sans CJK TC" w:eastAsia="Noto Sans CJK TC" w:hAnsi="Noto Sans CJK TC"/>
                <w:sz w:val="18"/>
                <w:lang w:eastAsia="zh-TW"/>
              </w:rPr>
              <w:t>。</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風險管理、資料治理、技術文件、紀錄、人類監督；</w:t>
            </w:r>
            <w:r>
              <w:rPr>
                <w:rFonts w:ascii="Noto Sans CJK TC" w:eastAsia="Noto Sans CJK TC" w:hAnsi="Noto Sans CJK TC"/>
                <w:sz w:val="18"/>
                <w:lang w:eastAsia="zh-TW"/>
              </w:rPr>
              <w:t xml:space="preserve">FRIA </w:t>
            </w:r>
            <w:r>
              <w:rPr>
                <w:rFonts w:ascii="Noto Sans CJK TC" w:eastAsia="Noto Sans CJK TC" w:hAnsi="Noto Sans CJK TC"/>
                <w:sz w:val="18"/>
                <w:lang w:eastAsia="zh-TW"/>
              </w:rPr>
              <w:t>說明使用脈絡、受影響群體、風險、</w:t>
            </w:r>
            <w:r>
              <w:rPr>
                <w:rFonts w:ascii="Noto Sans CJK TC" w:eastAsia="Noto Sans CJK TC" w:hAnsi="Noto Sans CJK TC"/>
                <w:sz w:val="18"/>
                <w:lang w:eastAsia="zh-TW"/>
              </w:rPr>
              <w:lastRenderedPageBreak/>
              <w:t>申訴與減緩。</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OAC </w:t>
            </w:r>
            <w:r>
              <w:rPr>
                <w:rFonts w:ascii="Noto Sans CJK TC" w:eastAsia="Noto Sans CJK TC" w:hAnsi="Noto Sans CJK TC"/>
                <w:sz w:val="18"/>
                <w:lang w:eastAsia="zh-TW"/>
              </w:rPr>
              <w:t>把符合性資料與</w:t>
            </w:r>
            <w:r>
              <w:rPr>
                <w:rFonts w:ascii="Noto Sans CJK TC" w:eastAsia="Noto Sans CJK TC" w:hAnsi="Noto Sans CJK TC"/>
                <w:sz w:val="18"/>
                <w:lang w:eastAsia="zh-TW"/>
              </w:rPr>
              <w:t xml:space="preserve"> FRIA </w:t>
            </w:r>
            <w:r>
              <w:rPr>
                <w:rFonts w:ascii="Noto Sans CJK TC" w:eastAsia="Noto Sans CJK TC" w:hAnsi="Noto Sans CJK TC"/>
                <w:sz w:val="18"/>
                <w:lang w:eastAsia="zh-TW"/>
              </w:rPr>
              <w:t>結論接入機關的採購、業務、法制、覆寫及退場決定。</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加拿大：</w:t>
            </w:r>
            <w:r>
              <w:rPr>
                <w:rFonts w:ascii="Noto Sans CJK TC" w:eastAsia="Noto Sans CJK TC" w:hAnsi="Noto Sans CJK TC"/>
                <w:sz w:val="18"/>
              </w:rPr>
              <w:t>Directive</w:t>
            </w:r>
            <w:proofErr w:type="spellEnd"/>
            <w:r>
              <w:rPr>
                <w:rFonts w:ascii="Noto Sans CJK TC" w:eastAsia="Noto Sans CJK TC" w:hAnsi="Noto Sans CJK TC"/>
                <w:sz w:val="18"/>
              </w:rPr>
              <w:t xml:space="preserve"> on ADM</w:t>
            </w:r>
            <w:r>
              <w:rPr>
                <w:rFonts w:ascii="Noto Sans CJK TC" w:eastAsia="Noto Sans CJK TC" w:hAnsi="Noto Sans CJK TC"/>
                <w:sz w:val="18"/>
              </w:rPr>
              <w:t>／</w:t>
            </w:r>
            <w:r>
              <w:rPr>
                <w:rFonts w:ascii="Noto Sans CJK TC" w:eastAsia="Noto Sans CJK TC" w:hAnsi="Noto Sans CJK TC"/>
                <w:sz w:val="18"/>
              </w:rPr>
              <w:t>AIA</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現行聯邦指令；</w:t>
            </w:r>
            <w:r>
              <w:rPr>
                <w:rFonts w:ascii="Noto Sans CJK TC" w:eastAsia="Noto Sans CJK TC" w:hAnsi="Noto Sans CJK TC"/>
                <w:sz w:val="18"/>
                <w:lang w:eastAsia="zh-TW"/>
              </w:rPr>
              <w:t xml:space="preserve">2025 </w:t>
            </w:r>
            <w:r>
              <w:rPr>
                <w:rFonts w:ascii="Noto Sans CJK TC" w:eastAsia="Noto Sans CJK TC" w:hAnsi="Noto Sans CJK TC"/>
                <w:sz w:val="18"/>
                <w:lang w:eastAsia="zh-TW"/>
              </w:rPr>
              <w:t>年版本要求既有系統至</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 xml:space="preserve">2026 </w:t>
            </w:r>
            <w:r>
              <w:rPr>
                <w:rFonts w:ascii="Noto Sans CJK TC" w:eastAsia="Noto Sans CJK TC" w:hAnsi="Noto Sans CJK TC"/>
                <w:sz w:val="18"/>
                <w:lang w:eastAsia="zh-TW"/>
              </w:rPr>
              <w:t>年</w:t>
            </w:r>
            <w:r>
              <w:rPr>
                <w:rFonts w:ascii="Noto Sans CJK TC" w:eastAsia="Noto Sans CJK TC" w:hAnsi="Noto Sans CJK TC"/>
                <w:sz w:val="18"/>
                <w:lang w:eastAsia="zh-TW"/>
              </w:rPr>
              <w:t xml:space="preserve"> 6 </w:t>
            </w:r>
            <w:r>
              <w:rPr>
                <w:rFonts w:ascii="Noto Sans CJK TC" w:eastAsia="Noto Sans CJK TC" w:hAnsi="Noto Sans CJK TC"/>
                <w:sz w:val="18"/>
                <w:lang w:eastAsia="zh-TW"/>
              </w:rPr>
              <w:t>月完成調整。適用於聯邦機關之自動化行政決定。</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設計初期及正式上線前各一次</w:t>
            </w:r>
            <w:r>
              <w:rPr>
                <w:rFonts w:ascii="Noto Sans CJK TC" w:eastAsia="Noto Sans CJK TC" w:hAnsi="Noto Sans CJK TC"/>
                <w:sz w:val="18"/>
                <w:lang w:eastAsia="zh-TW"/>
              </w:rPr>
              <w:t xml:space="preserve"> AIA</w:t>
            </w:r>
            <w:r>
              <w:rPr>
                <w:rFonts w:ascii="Noto Sans CJK TC" w:eastAsia="Noto Sans CJK TC" w:hAnsi="Noto Sans CJK TC"/>
                <w:sz w:val="18"/>
                <w:lang w:eastAsia="zh-TW"/>
              </w:rPr>
              <w:t>；四級分級、法律與隱私諮詢、分級同儕審查、公開、監測與更新。</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以其兩階段</w:t>
            </w:r>
            <w:r>
              <w:rPr>
                <w:rFonts w:ascii="Noto Sans CJK TC" w:eastAsia="Noto Sans CJK TC" w:hAnsi="Noto Sans CJK TC"/>
                <w:sz w:val="18"/>
                <w:lang w:eastAsia="zh-TW"/>
              </w:rPr>
              <w:t xml:space="preserve"> AIA </w:t>
            </w:r>
            <w:r>
              <w:rPr>
                <w:rFonts w:ascii="Noto Sans CJK TC" w:eastAsia="Noto Sans CJK TC" w:hAnsi="Noto Sans CJK TC"/>
                <w:sz w:val="18"/>
                <w:lang w:eastAsia="zh-TW"/>
              </w:rPr>
              <w:t>與比例原則為基礎，再加入個案異議觸發</w:t>
            </w:r>
            <w:r>
              <w:rPr>
                <w:rFonts w:ascii="Noto Sans CJK TC" w:eastAsia="Noto Sans CJK TC" w:hAnsi="Noto Sans CJK TC"/>
                <w:sz w:val="18"/>
                <w:lang w:eastAsia="zh-TW"/>
              </w:rPr>
              <w:t xml:space="preserve"> P1 </w:t>
            </w:r>
            <w:proofErr w:type="gramStart"/>
            <w:r>
              <w:rPr>
                <w:rFonts w:ascii="Noto Sans CJK TC" w:eastAsia="Noto Sans CJK TC" w:hAnsi="Noto Sans CJK TC"/>
                <w:sz w:val="18"/>
                <w:lang w:eastAsia="zh-TW"/>
              </w:rPr>
              <w:t>框定重檢</w:t>
            </w:r>
            <w:proofErr w:type="gramEnd"/>
            <w:r>
              <w:rPr>
                <w:rFonts w:ascii="Noto Sans CJK TC" w:eastAsia="Noto Sans CJK TC" w:hAnsi="Noto Sans CJK TC"/>
                <w:sz w:val="18"/>
                <w:lang w:eastAsia="zh-TW"/>
              </w:rPr>
              <w:t>。</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美國：</w:t>
            </w:r>
            <w:r>
              <w:rPr>
                <w:rFonts w:ascii="Noto Sans CJK TC" w:eastAsia="Noto Sans CJK TC" w:hAnsi="Noto Sans CJK TC"/>
                <w:sz w:val="18"/>
              </w:rPr>
              <w:t>OMB</w:t>
            </w:r>
            <w:proofErr w:type="spellEnd"/>
            <w:r>
              <w:rPr>
                <w:rFonts w:ascii="Noto Sans CJK TC" w:eastAsia="Noto Sans CJK TC" w:hAnsi="Noto Sans CJK TC"/>
                <w:sz w:val="18"/>
              </w:rPr>
              <w:t xml:space="preserve"> M-25-21</w:t>
            </w:r>
            <w:r>
              <w:rPr>
                <w:rFonts w:ascii="Noto Sans CJK TC" w:eastAsia="Noto Sans CJK TC" w:hAnsi="Noto Sans CJK TC"/>
                <w:sz w:val="18"/>
              </w:rPr>
              <w:t>／</w:t>
            </w:r>
            <w:r>
              <w:rPr>
                <w:rFonts w:ascii="Noto Sans CJK TC" w:eastAsia="Noto Sans CJK TC" w:hAnsi="Noto Sans CJK TC"/>
                <w:sz w:val="18"/>
              </w:rPr>
              <w:t>M-25-22</w:t>
            </w:r>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M-25-21 </w:t>
            </w:r>
            <w:r>
              <w:rPr>
                <w:rFonts w:ascii="Noto Sans CJK TC" w:eastAsia="Noto Sans CJK TC" w:hAnsi="Noto Sans CJK TC"/>
                <w:sz w:val="18"/>
                <w:lang w:eastAsia="zh-TW"/>
              </w:rPr>
              <w:t>與</w:t>
            </w:r>
            <w:r>
              <w:rPr>
                <w:rFonts w:ascii="Noto Sans CJK TC" w:eastAsia="Noto Sans CJK TC" w:hAnsi="Noto Sans CJK TC"/>
                <w:sz w:val="18"/>
                <w:lang w:eastAsia="zh-TW"/>
              </w:rPr>
              <w:t xml:space="preserve"> M-25-22 </w:t>
            </w:r>
            <w:r>
              <w:rPr>
                <w:rFonts w:ascii="Noto Sans CJK TC" w:eastAsia="Noto Sans CJK TC" w:hAnsi="Noto Sans CJK TC"/>
                <w:sz w:val="18"/>
                <w:lang w:eastAsia="zh-TW"/>
              </w:rPr>
              <w:t>為現行聯邦</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使用及採購指引，已取代</w:t>
            </w:r>
            <w:r>
              <w:rPr>
                <w:rFonts w:ascii="Noto Sans CJK TC" w:eastAsia="Noto Sans CJK TC" w:hAnsi="Noto Sans CJK TC"/>
                <w:sz w:val="18"/>
                <w:lang w:eastAsia="zh-TW"/>
              </w:rPr>
              <w:t xml:space="preserve"> M-24-10</w:t>
            </w:r>
            <w:r>
              <w:rPr>
                <w:rFonts w:ascii="Noto Sans CJK TC" w:eastAsia="Noto Sans CJK TC" w:hAnsi="Noto Sans CJK TC"/>
                <w:sz w:val="18"/>
                <w:lang w:eastAsia="zh-TW"/>
              </w:rPr>
              <w:t>。適用範圍與國安等例外依備忘錄規定。</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高影響</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的最低風險管理、停止使用安排、持續測試與監測；契約中的資料權利、來源紀錄、供應商效能</w:t>
            </w:r>
            <w:r>
              <w:rPr>
                <w:rFonts w:ascii="Noto Sans CJK TC" w:eastAsia="Noto Sans CJK TC" w:hAnsi="Noto Sans CJK TC"/>
                <w:sz w:val="18"/>
                <w:lang w:eastAsia="zh-TW"/>
              </w:rPr>
              <w:t>與鎖定風險。</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保留「無法適當減緩即停止」的斷路器邏輯，轉為跨科室、可檢驗的</w:t>
            </w:r>
            <w:r>
              <w:rPr>
                <w:rFonts w:ascii="Noto Sans CJK TC" w:eastAsia="Noto Sans CJK TC" w:hAnsi="Noto Sans CJK TC"/>
                <w:sz w:val="18"/>
                <w:lang w:eastAsia="zh-TW"/>
              </w:rPr>
              <w:t xml:space="preserve"> Go</w:t>
            </w:r>
            <w:r>
              <w:rPr>
                <w:rFonts w:ascii="Noto Sans CJK TC" w:eastAsia="Noto Sans CJK TC" w:hAnsi="Noto Sans CJK TC"/>
                <w:sz w:val="18"/>
                <w:lang w:eastAsia="zh-TW"/>
              </w:rPr>
              <w:t>／</w:t>
            </w:r>
            <w:r>
              <w:rPr>
                <w:rFonts w:ascii="Noto Sans CJK TC" w:eastAsia="Noto Sans CJK TC" w:hAnsi="Noto Sans CJK TC"/>
                <w:sz w:val="18"/>
                <w:lang w:eastAsia="zh-TW"/>
              </w:rPr>
              <w:t>Conditional</w:t>
            </w:r>
            <w:r>
              <w:rPr>
                <w:rFonts w:ascii="Noto Sans CJK TC" w:eastAsia="Noto Sans CJK TC" w:hAnsi="Noto Sans CJK TC"/>
                <w:sz w:val="18"/>
                <w:lang w:eastAsia="zh-TW"/>
              </w:rPr>
              <w:t>／</w:t>
            </w:r>
            <w:r>
              <w:rPr>
                <w:rFonts w:ascii="Noto Sans CJK TC" w:eastAsia="Noto Sans CJK TC" w:hAnsi="Noto Sans CJK TC"/>
                <w:sz w:val="18"/>
                <w:lang w:eastAsia="zh-TW"/>
              </w:rPr>
              <w:t>No-Go</w:t>
            </w:r>
            <w:r>
              <w:rPr>
                <w:rFonts w:ascii="Noto Sans CJK TC" w:eastAsia="Noto Sans CJK TC" w:hAnsi="Noto Sans CJK TC"/>
                <w:sz w:val="18"/>
                <w:lang w:eastAsia="zh-TW"/>
              </w:rPr>
              <w:t>。</w:t>
            </w:r>
          </w:p>
        </w:tc>
      </w:tr>
      <w:tr w:rsidR="00182F3B">
        <w:trPr>
          <w:jc w:val="center"/>
        </w:trPr>
        <w:tc>
          <w:tcPr>
            <w:tcW w:w="1584" w:type="dxa"/>
            <w:vAlign w:val="center"/>
          </w:tcPr>
          <w:p w:rsidR="00182F3B" w:rsidRDefault="00137C0F">
            <w:pPr>
              <w:spacing w:before="40" w:after="40"/>
            </w:pPr>
            <w:proofErr w:type="spellStart"/>
            <w:r>
              <w:rPr>
                <w:rFonts w:ascii="Noto Sans CJK TC" w:eastAsia="Noto Sans CJK TC" w:hAnsi="Noto Sans CJK TC"/>
                <w:sz w:val="18"/>
              </w:rPr>
              <w:t>英國：</w:t>
            </w:r>
            <w:r>
              <w:rPr>
                <w:rFonts w:ascii="Noto Sans CJK TC" w:eastAsia="Noto Sans CJK TC" w:hAnsi="Noto Sans CJK TC"/>
                <w:sz w:val="18"/>
              </w:rPr>
              <w:t>ATRS</w:t>
            </w:r>
            <w:proofErr w:type="spellEnd"/>
          </w:p>
        </w:tc>
        <w:tc>
          <w:tcPr>
            <w:tcW w:w="3096" w:type="dxa"/>
            <w:vAlign w:val="center"/>
          </w:tcPr>
          <w:p w:rsidR="00182F3B" w:rsidRDefault="00137C0F">
            <w:pPr>
              <w:spacing w:before="40" w:after="40"/>
              <w:rPr>
                <w:lang w:eastAsia="zh-TW"/>
              </w:rPr>
            </w:pPr>
            <w:r>
              <w:rPr>
                <w:rFonts w:ascii="Noto Sans CJK TC" w:eastAsia="Noto Sans CJK TC" w:hAnsi="Noto Sans CJK TC"/>
                <w:sz w:val="18"/>
                <w:lang w:eastAsia="zh-TW"/>
              </w:rPr>
              <w:t>現行且對政府部門及特定直接提供公共／第一線服務的</w:t>
            </w:r>
            <w:r>
              <w:rPr>
                <w:rFonts w:ascii="Noto Sans CJK TC" w:eastAsia="Noto Sans CJK TC" w:hAnsi="Noto Sans CJK TC"/>
                <w:sz w:val="18"/>
                <w:lang w:eastAsia="zh-TW"/>
              </w:rPr>
              <w:t xml:space="preserve"> ALB</w:t>
            </w:r>
            <w:r>
              <w:rPr>
                <w:rFonts w:ascii="Noto Sans CJK TC" w:eastAsia="Noto Sans CJK TC" w:hAnsi="Noto Sans CJK TC"/>
                <w:sz w:val="18"/>
                <w:lang w:eastAsia="zh-TW"/>
              </w:rPr>
              <w:t>，於具重大公共效果的決策工具範圍內強制適用；其他公部門屬建議採用。</w:t>
            </w:r>
          </w:p>
        </w:tc>
        <w:tc>
          <w:tcPr>
            <w:tcW w:w="3024" w:type="dxa"/>
            <w:vAlign w:val="center"/>
          </w:tcPr>
          <w:p w:rsidR="00182F3B" w:rsidRDefault="00137C0F">
            <w:pPr>
              <w:spacing w:before="40" w:after="40"/>
              <w:rPr>
                <w:lang w:eastAsia="zh-TW"/>
              </w:rPr>
            </w:pPr>
            <w:r>
              <w:rPr>
                <w:rFonts w:ascii="Noto Sans CJK TC" w:eastAsia="Noto Sans CJK TC" w:hAnsi="Noto Sans CJK TC"/>
                <w:sz w:val="18"/>
                <w:lang w:eastAsia="zh-TW"/>
              </w:rPr>
              <w:t>標準化、公開的演算法透明紀錄；中央登錄與單一窗口協調。</w:t>
            </w:r>
          </w:p>
        </w:tc>
        <w:tc>
          <w:tcPr>
            <w:tcW w:w="2952" w:type="dxa"/>
            <w:vAlign w:val="center"/>
          </w:tcPr>
          <w:p w:rsidR="00182F3B" w:rsidRDefault="00137C0F">
            <w:pPr>
              <w:spacing w:before="40" w:after="40"/>
              <w:rPr>
                <w:lang w:eastAsia="zh-TW"/>
              </w:rPr>
            </w:pPr>
            <w:r>
              <w:rPr>
                <w:rFonts w:ascii="Noto Sans CJK TC" w:eastAsia="Noto Sans CJK TC" w:hAnsi="Noto Sans CJK TC"/>
                <w:sz w:val="18"/>
                <w:lang w:eastAsia="zh-TW"/>
              </w:rPr>
              <w:t>將對外揭露文件作為理由鏈證據，而不是把公開本身當成上線許可。</w:t>
            </w:r>
          </w:p>
        </w:tc>
      </w:tr>
    </w:tbl>
    <w:p w:rsidR="00182F3B" w:rsidRDefault="00137C0F">
      <w:pPr>
        <w:rPr>
          <w:lang w:eastAsia="zh-TW"/>
        </w:rPr>
      </w:pPr>
      <w:r>
        <w:rPr>
          <w:b/>
          <w:sz w:val="20"/>
          <w:lang w:eastAsia="zh-TW"/>
        </w:rPr>
        <w:t>表</w:t>
      </w:r>
      <w:r>
        <w:rPr>
          <w:b/>
          <w:sz w:val="20"/>
          <w:lang w:eastAsia="zh-TW"/>
        </w:rPr>
        <w:t xml:space="preserve"> 9</w:t>
      </w:r>
      <w:r>
        <w:rPr>
          <w:b/>
          <w:sz w:val="20"/>
          <w:lang w:eastAsia="zh-TW"/>
        </w:rPr>
        <w:t xml:space="preserve">　</w:t>
      </w:r>
      <w:r>
        <w:rPr>
          <w:b/>
          <w:sz w:val="20"/>
          <w:lang w:eastAsia="zh-TW"/>
        </w:rPr>
        <w:t xml:space="preserve">OAC </w:t>
      </w:r>
      <w:r>
        <w:rPr>
          <w:b/>
          <w:sz w:val="20"/>
          <w:lang w:eastAsia="zh-TW"/>
        </w:rPr>
        <w:t>嵌入既有行政介面及試行／退場觸發條件</w:t>
      </w:r>
    </w:p>
    <w:tbl>
      <w:tblPr>
        <w:tblStyle w:val="TableGrid"/>
        <w:tblW w:w="0" w:type="auto"/>
        <w:jc w:val="center"/>
        <w:tblLook w:val="04A0" w:firstRow="1" w:lastRow="0" w:firstColumn="1" w:lastColumn="0" w:noHBand="0" w:noVBand="1"/>
      </w:tblPr>
      <w:tblGrid>
        <w:gridCol w:w="1656"/>
        <w:gridCol w:w="3528"/>
        <w:gridCol w:w="4248"/>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治理鏈</w:t>
            </w:r>
            <w:proofErr w:type="spellEnd"/>
          </w:p>
        </w:tc>
        <w:tc>
          <w:tcPr>
            <w:tcW w:w="3528" w:type="dxa"/>
            <w:shd w:val="clear" w:color="auto" w:fill="D9EAF7"/>
            <w:vAlign w:val="center"/>
          </w:tcPr>
          <w:p w:rsidR="00182F3B" w:rsidRDefault="00137C0F">
            <w:pPr>
              <w:spacing w:before="40" w:after="40"/>
            </w:pPr>
            <w:r>
              <w:rPr>
                <w:rFonts w:ascii="Noto Sans CJK TC" w:eastAsia="Noto Sans CJK TC" w:hAnsi="Noto Sans CJK TC"/>
                <w:b/>
                <w:sz w:val="18"/>
              </w:rPr>
              <w:t>嵌入既有行政介面</w:t>
            </w:r>
          </w:p>
        </w:tc>
        <w:tc>
          <w:tcPr>
            <w:tcW w:w="4248" w:type="dxa"/>
            <w:shd w:val="clear" w:color="auto" w:fill="D9EAF7"/>
            <w:vAlign w:val="center"/>
          </w:tcPr>
          <w:p w:rsidR="00182F3B" w:rsidRDefault="00137C0F">
            <w:pPr>
              <w:spacing w:before="40" w:after="40"/>
              <w:rPr>
                <w:lang w:eastAsia="zh-TW"/>
              </w:rPr>
            </w:pPr>
            <w:r>
              <w:rPr>
                <w:rFonts w:ascii="Noto Sans CJK TC" w:eastAsia="Noto Sans CJK TC" w:hAnsi="Noto Sans CJK TC"/>
                <w:b/>
                <w:sz w:val="18"/>
                <w:lang w:eastAsia="zh-TW"/>
              </w:rPr>
              <w:t>試行／退場的直接觸發條件</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情境建構鏈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需求規格、風險評估、資料／模型變更審查、必要時的利害關係人諮詢。</w:t>
            </w:r>
          </w:p>
        </w:tc>
        <w:tc>
          <w:tcPr>
            <w:tcW w:w="4248"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框定邏輯</w:t>
            </w:r>
            <w:proofErr w:type="gramEnd"/>
            <w:r>
              <w:rPr>
                <w:rFonts w:ascii="Noto Sans CJK TC" w:eastAsia="Noto Sans CJK TC" w:hAnsi="Noto Sans CJK TC"/>
                <w:sz w:val="18"/>
                <w:lang w:eastAsia="zh-TW"/>
              </w:rPr>
              <w:t>不可重建；高暴露案未能交代受影響者或一線知識如何被納入；</w:t>
            </w:r>
            <w:r>
              <w:rPr>
                <w:rFonts w:ascii="Noto Sans CJK TC" w:eastAsia="Noto Sans CJK TC" w:hAnsi="Noto Sans CJK TC"/>
                <w:sz w:val="18"/>
                <w:lang w:eastAsia="zh-TW"/>
              </w:rPr>
              <w:t>C1-13</w:t>
            </w:r>
            <w:r>
              <w:rPr>
                <w:rFonts w:ascii="Noto Sans CJK TC" w:eastAsia="Noto Sans CJK TC" w:hAnsi="Noto Sans CJK TC"/>
                <w:sz w:val="18"/>
                <w:lang w:eastAsia="zh-TW"/>
              </w:rPr>
              <w:t>（待校準）</w:t>
            </w:r>
            <w:r>
              <w:rPr>
                <w:rFonts w:ascii="Noto Sans CJK TC" w:eastAsia="Noto Sans CJK TC" w:hAnsi="Noto Sans CJK TC"/>
                <w:sz w:val="18"/>
                <w:lang w:eastAsia="zh-TW"/>
              </w:rPr>
              <w:t xml:space="preserve"> </w:t>
            </w:r>
            <w:r>
              <w:rPr>
                <w:rFonts w:ascii="Noto Sans CJK TC" w:eastAsia="Noto Sans CJK TC" w:hAnsi="Noto Sans CJK TC"/>
                <w:sz w:val="18"/>
                <w:lang w:eastAsia="zh-TW"/>
              </w:rPr>
              <w:t>的初步說明責任未具備。</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權威鏈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上線核准、權責表、業務流程與人工備援設計。</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無拒絕採納或升級權；系統實質取代法定裁量；無人能下達暫停。</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理由鏈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驗收、個案理由範本、法制審查。</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技術文件無法轉為可連結法定要件、個案事實與行政判斷的理由。</w:t>
            </w:r>
          </w:p>
        </w:tc>
      </w:tr>
      <w:tr w:rsidR="00182F3B">
        <w:trPr>
          <w:jc w:val="center"/>
        </w:trPr>
        <w:tc>
          <w:tcPr>
            <w:tcW w:w="1656" w:type="dxa"/>
            <w:vAlign w:val="center"/>
          </w:tcPr>
          <w:p w:rsidR="00182F3B" w:rsidRDefault="00137C0F">
            <w:pPr>
              <w:spacing w:before="40" w:after="40"/>
            </w:pPr>
            <w:proofErr w:type="spellStart"/>
            <w:r>
              <w:rPr>
                <w:rFonts w:ascii="Noto Sans CJK TC" w:eastAsia="Noto Sans CJK TC" w:hAnsi="Noto Sans CJK TC"/>
                <w:sz w:val="18"/>
              </w:rPr>
              <w:t>責任鏈</w:t>
            </w:r>
            <w:proofErr w:type="spellEnd"/>
          </w:p>
        </w:tc>
        <w:tc>
          <w:tcPr>
            <w:tcW w:w="3528" w:type="dxa"/>
            <w:vAlign w:val="center"/>
          </w:tcPr>
          <w:p w:rsidR="00182F3B" w:rsidRDefault="00137C0F">
            <w:pPr>
              <w:spacing w:before="40" w:after="40"/>
              <w:rPr>
                <w:lang w:eastAsia="zh-TW"/>
              </w:rPr>
            </w:pPr>
            <w:r>
              <w:rPr>
                <w:rFonts w:ascii="Noto Sans CJK TC" w:eastAsia="Noto Sans CJK TC" w:hAnsi="Noto Sans CJK TC"/>
                <w:sz w:val="18"/>
                <w:lang w:eastAsia="zh-TW"/>
              </w:rPr>
              <w:t>申訴、內控、內部稽核、版本管理與退場計畫。</w:t>
            </w:r>
          </w:p>
        </w:tc>
        <w:tc>
          <w:tcPr>
            <w:tcW w:w="4248" w:type="dxa"/>
            <w:vAlign w:val="center"/>
          </w:tcPr>
          <w:p w:rsidR="00182F3B" w:rsidRDefault="00137C0F">
            <w:pPr>
              <w:spacing w:before="40" w:after="40"/>
              <w:rPr>
                <w:lang w:eastAsia="zh-TW"/>
              </w:rPr>
            </w:pPr>
            <w:r>
              <w:rPr>
                <w:rFonts w:ascii="Noto Sans CJK TC" w:eastAsia="Noto Sans CJK TC" w:hAnsi="Noto Sans CJK TC"/>
                <w:sz w:val="18"/>
                <w:lang w:eastAsia="zh-TW"/>
              </w:rPr>
              <w:t>異議無法回饋前端；必要補正逾期；停止與退場能力不可實際行使。</w:t>
            </w:r>
          </w:p>
        </w:tc>
      </w:tr>
    </w:tbl>
    <w:p w:rsidR="00182F3B" w:rsidRDefault="00137C0F">
      <w:pPr>
        <w:spacing w:before="120" w:after="60"/>
        <w:jc w:val="center"/>
        <w:rPr>
          <w:lang w:eastAsia="zh-TW"/>
        </w:rPr>
      </w:pPr>
      <w:r>
        <w:rPr>
          <w:rFonts w:ascii="Noto Sans CJK TC" w:eastAsia="Noto Sans CJK TC" w:hAnsi="Noto Sans CJK TC"/>
          <w:b/>
          <w:sz w:val="20"/>
          <w:lang w:eastAsia="zh-TW"/>
        </w:rPr>
        <w:t>表</w:t>
      </w:r>
      <w:r>
        <w:rPr>
          <w:rFonts w:ascii="Noto Sans CJK TC" w:eastAsia="Noto Sans CJK TC" w:hAnsi="Noto Sans CJK TC"/>
          <w:b/>
          <w:sz w:val="20"/>
          <w:lang w:eastAsia="zh-TW"/>
        </w:rPr>
        <w:t xml:space="preserve"> 10</w:t>
      </w:r>
      <w:r>
        <w:rPr>
          <w:rFonts w:ascii="Noto Sans CJK TC" w:eastAsia="Noto Sans CJK TC" w:hAnsi="Noto Sans CJK TC"/>
          <w:b/>
          <w:sz w:val="20"/>
          <w:lang w:eastAsia="zh-TW"/>
        </w:rPr>
        <w:t xml:space="preserve">　臺灣</w:t>
      </w:r>
      <w:r>
        <w:rPr>
          <w:rFonts w:ascii="Noto Sans CJK TC" w:eastAsia="Noto Sans CJK TC" w:hAnsi="Noto Sans CJK TC"/>
          <w:b/>
          <w:sz w:val="20"/>
          <w:lang w:eastAsia="zh-TW"/>
        </w:rPr>
        <w:t xml:space="preserve"> AI </w:t>
      </w:r>
      <w:r>
        <w:rPr>
          <w:rFonts w:ascii="Noto Sans CJK TC" w:eastAsia="Noto Sans CJK TC" w:hAnsi="Noto Sans CJK TC"/>
          <w:b/>
          <w:sz w:val="20"/>
          <w:lang w:eastAsia="zh-TW"/>
        </w:rPr>
        <w:t>行政決定生命週期觀察隊列</w:t>
      </w:r>
    </w:p>
    <w:tbl>
      <w:tblPr>
        <w:tblStyle w:val="TableGrid"/>
        <w:tblW w:w="0" w:type="auto"/>
        <w:jc w:val="center"/>
        <w:tblLook w:val="04A0" w:firstRow="1" w:lastRow="0" w:firstColumn="1" w:lastColumn="0" w:noHBand="0" w:noVBand="1"/>
      </w:tblPr>
      <w:tblGrid>
        <w:gridCol w:w="1370"/>
        <w:gridCol w:w="2163"/>
        <w:gridCol w:w="2226"/>
        <w:gridCol w:w="2269"/>
        <w:gridCol w:w="1952"/>
      </w:tblGrid>
      <w:tr w:rsidR="00182F3B">
        <w:trPr>
          <w:jc w:val="center"/>
        </w:trPr>
        <w:tc>
          <w:tcPr>
            <w:tcW w:w="1656"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層級</w:t>
            </w:r>
            <w:proofErr w:type="spellEnd"/>
          </w:p>
        </w:tc>
        <w:tc>
          <w:tcPr>
            <w:tcW w:w="2736" w:type="dxa"/>
            <w:shd w:val="clear" w:color="auto" w:fill="D9EAF7"/>
            <w:vAlign w:val="center"/>
          </w:tcPr>
          <w:p w:rsidR="00182F3B" w:rsidRDefault="00137C0F">
            <w:pPr>
              <w:spacing w:before="40" w:after="40"/>
            </w:pPr>
            <w:r>
              <w:rPr>
                <w:rFonts w:ascii="Noto Sans CJK TC" w:eastAsia="Noto Sans CJK TC" w:hAnsi="Noto Sans CJK TC"/>
                <w:b/>
                <w:sz w:val="18"/>
              </w:rPr>
              <w:t>機關／系統</w:t>
            </w:r>
          </w:p>
        </w:tc>
        <w:tc>
          <w:tcPr>
            <w:tcW w:w="2808" w:type="dxa"/>
            <w:shd w:val="clear" w:color="auto" w:fill="D9EAF7"/>
            <w:vAlign w:val="center"/>
          </w:tcPr>
          <w:p w:rsidR="00182F3B" w:rsidRDefault="00137C0F">
            <w:pPr>
              <w:spacing w:before="40" w:after="40"/>
            </w:pPr>
            <w:r>
              <w:rPr>
                <w:rFonts w:ascii="Noto Sans CJK TC" w:eastAsia="Noto Sans CJK TC" w:hAnsi="Noto Sans CJK TC"/>
                <w:b/>
                <w:sz w:val="18"/>
              </w:rPr>
              <w:t>公開可確認狀態</w:t>
            </w:r>
          </w:p>
        </w:tc>
        <w:tc>
          <w:tcPr>
            <w:tcW w:w="2880" w:type="dxa"/>
            <w:shd w:val="clear" w:color="auto" w:fill="D9EAF7"/>
            <w:vAlign w:val="center"/>
          </w:tcPr>
          <w:p w:rsidR="00182F3B" w:rsidRDefault="00137C0F">
            <w:pPr>
              <w:spacing w:before="40" w:after="40"/>
            </w:pPr>
            <w:r>
              <w:rPr>
                <w:rFonts w:ascii="Noto Sans CJK TC" w:eastAsia="Noto Sans CJK TC" w:hAnsi="Noto Sans CJK TC"/>
                <w:b/>
                <w:sz w:val="18"/>
              </w:rPr>
              <w:t xml:space="preserve">OAC </w:t>
            </w:r>
            <w:r>
              <w:rPr>
                <w:rFonts w:ascii="Noto Sans CJK TC" w:eastAsia="Noto Sans CJK TC" w:hAnsi="Noto Sans CJK TC"/>
                <w:b/>
                <w:sz w:val="18"/>
              </w:rPr>
              <w:t>的研究任務</w:t>
            </w:r>
          </w:p>
        </w:tc>
        <w:tc>
          <w:tcPr>
            <w:tcW w:w="2448" w:type="dxa"/>
            <w:shd w:val="clear" w:color="auto" w:fill="D9EAF7"/>
            <w:vAlign w:val="center"/>
          </w:tcPr>
          <w:p w:rsidR="00182F3B" w:rsidRDefault="00137C0F">
            <w:pPr>
              <w:spacing w:before="40" w:after="40"/>
            </w:pPr>
            <w:r>
              <w:rPr>
                <w:rFonts w:ascii="Noto Sans CJK TC" w:eastAsia="Noto Sans CJK TC" w:hAnsi="Noto Sans CJK TC"/>
                <w:b/>
                <w:sz w:val="18"/>
              </w:rPr>
              <w:t>證據狀態</w:t>
            </w:r>
          </w:p>
        </w:tc>
      </w:tr>
      <w:tr w:rsidR="00182F3B">
        <w:trPr>
          <w:jc w:val="center"/>
        </w:trPr>
        <w:tc>
          <w:tcPr>
            <w:tcW w:w="1656" w:type="dxa"/>
            <w:vAlign w:val="center"/>
          </w:tcPr>
          <w:p w:rsidR="00182F3B" w:rsidRDefault="00137C0F">
            <w:pPr>
              <w:spacing w:before="40" w:after="40"/>
            </w:pPr>
            <w:r>
              <w:rPr>
                <w:rFonts w:ascii="Noto Sans CJK TC" w:eastAsia="Noto Sans CJK TC" w:hAnsi="Noto Sans CJK TC"/>
                <w:sz w:val="18"/>
              </w:rPr>
              <w:t>擬議主案：已上線</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宜蘭縣政府地政處及宜蘭、羅東地政事務所：</w:t>
            </w:r>
            <w:r>
              <w:rPr>
                <w:rFonts w:ascii="Noto Sans CJK TC" w:eastAsia="Noto Sans CJK TC" w:hAnsi="Noto Sans CJK TC"/>
                <w:sz w:val="18"/>
                <w:lang w:eastAsia="zh-TW"/>
              </w:rPr>
              <w:lastRenderedPageBreak/>
              <w:t xml:space="preserve">AI </w:t>
            </w:r>
            <w:r>
              <w:rPr>
                <w:rFonts w:ascii="Noto Sans CJK TC" w:eastAsia="Noto Sans CJK TC" w:hAnsi="Noto Sans CJK TC"/>
                <w:sz w:val="18"/>
                <w:lang w:eastAsia="zh-TW"/>
              </w:rPr>
              <w:t>人臉辨識與印鑑數位比對。</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縣府公告自</w:t>
            </w:r>
            <w:r>
              <w:rPr>
                <w:rFonts w:ascii="Noto Sans CJK TC" w:eastAsia="Noto Sans CJK TC" w:hAnsi="Noto Sans CJK TC"/>
                <w:sz w:val="18"/>
                <w:lang w:eastAsia="zh-TW"/>
              </w:rPr>
              <w:t xml:space="preserve"> 2024 </w:t>
            </w:r>
            <w:r>
              <w:rPr>
                <w:rFonts w:ascii="Noto Sans CJK TC" w:eastAsia="Noto Sans CJK TC" w:hAnsi="Noto Sans CJK TC"/>
                <w:sz w:val="18"/>
                <w:lang w:eastAsia="zh-TW"/>
              </w:rPr>
              <w:t>年</w:t>
            </w:r>
            <w:r>
              <w:rPr>
                <w:rFonts w:ascii="Noto Sans CJK TC" w:eastAsia="Noto Sans CJK TC" w:hAnsi="Noto Sans CJK TC"/>
                <w:sz w:val="18"/>
                <w:lang w:eastAsia="zh-TW"/>
              </w:rPr>
              <w:t xml:space="preserve"> 5 </w:t>
            </w:r>
            <w:r>
              <w:rPr>
                <w:rFonts w:ascii="Noto Sans CJK TC" w:eastAsia="Noto Sans CJK TC" w:hAnsi="Noto Sans CJK TC"/>
                <w:sz w:val="18"/>
                <w:lang w:eastAsia="zh-TW"/>
              </w:rPr>
              <w:t>月</w:t>
            </w:r>
            <w:r>
              <w:rPr>
                <w:rFonts w:ascii="Noto Sans CJK TC" w:eastAsia="Noto Sans CJK TC" w:hAnsi="Noto Sans CJK TC"/>
                <w:sz w:val="18"/>
                <w:lang w:eastAsia="zh-TW"/>
              </w:rPr>
              <w:t xml:space="preserve"> 1 </w:t>
            </w:r>
            <w:r>
              <w:rPr>
                <w:rFonts w:ascii="Noto Sans CJK TC" w:eastAsia="Noto Sans CJK TC" w:hAnsi="Noto Sans CJK TC"/>
                <w:sz w:val="18"/>
                <w:lang w:eastAsia="zh-TW"/>
              </w:rPr>
              <w:t>日起導入，輔助不動產</w:t>
            </w:r>
            <w:r>
              <w:rPr>
                <w:rFonts w:ascii="Noto Sans CJK TC" w:eastAsia="Noto Sans CJK TC" w:hAnsi="Noto Sans CJK TC"/>
                <w:sz w:val="18"/>
                <w:lang w:eastAsia="zh-TW"/>
              </w:rPr>
              <w:lastRenderedPageBreak/>
              <w:t>權利登記身分與印鑑審查。</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回溯檢驗</w:t>
            </w:r>
            <w:r>
              <w:rPr>
                <w:rFonts w:ascii="Noto Sans CJK TC" w:eastAsia="Noto Sans CJK TC" w:hAnsi="Noto Sans CJK TC"/>
                <w:sz w:val="18"/>
                <w:lang w:eastAsia="zh-TW"/>
              </w:rPr>
              <w:t xml:space="preserve"> P1 </w:t>
            </w:r>
            <w:proofErr w:type="gramStart"/>
            <w:r>
              <w:rPr>
                <w:rFonts w:ascii="Noto Sans CJK TC" w:eastAsia="Noto Sans CJK TC" w:hAnsi="Noto Sans CJK TC"/>
                <w:sz w:val="18"/>
                <w:lang w:eastAsia="zh-TW"/>
              </w:rPr>
              <w:t>框定</w:t>
            </w:r>
            <w:proofErr w:type="gramEnd"/>
            <w:r>
              <w:rPr>
                <w:rFonts w:ascii="Noto Sans CJK TC" w:eastAsia="Noto Sans CJK TC" w:hAnsi="Noto Sans CJK TC"/>
                <w:sz w:val="18"/>
                <w:lang w:eastAsia="zh-TW"/>
              </w:rPr>
              <w:t>、人工覆寫、理由告知、申訴／</w:t>
            </w:r>
            <w:r>
              <w:rPr>
                <w:rFonts w:ascii="Noto Sans CJK TC" w:eastAsia="Noto Sans CJK TC" w:hAnsi="Noto Sans CJK TC"/>
                <w:sz w:val="18"/>
                <w:lang w:eastAsia="zh-TW"/>
              </w:rPr>
              <w:lastRenderedPageBreak/>
              <w:t>救濟、版本變更與時間成熟度。</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公開資料僅能確認導入與機關主張；效</w:t>
            </w:r>
            <w:r>
              <w:rPr>
                <w:rFonts w:ascii="Noto Sans CJK TC" w:eastAsia="Noto Sans CJK TC" w:hAnsi="Noto Sans CJK TC"/>
                <w:sz w:val="18"/>
                <w:lang w:eastAsia="zh-TW"/>
              </w:rPr>
              <w:lastRenderedPageBreak/>
              <w:t>益、</w:t>
            </w:r>
            <w:proofErr w:type="gramStart"/>
            <w:r>
              <w:rPr>
                <w:rFonts w:ascii="Noto Sans CJK TC" w:eastAsia="Noto Sans CJK TC" w:hAnsi="Noto Sans CJK TC"/>
                <w:sz w:val="18"/>
                <w:lang w:eastAsia="zh-TW"/>
              </w:rPr>
              <w:t>誤攔、</w:t>
            </w:r>
            <w:proofErr w:type="gramEnd"/>
            <w:r>
              <w:rPr>
                <w:rFonts w:ascii="Noto Sans CJK TC" w:eastAsia="Noto Sans CJK TC" w:hAnsi="Noto Sans CJK TC"/>
                <w:sz w:val="18"/>
                <w:lang w:eastAsia="zh-TW"/>
              </w:rPr>
              <w:t>申訴及救濟</w:t>
            </w:r>
            <w:proofErr w:type="gramStart"/>
            <w:r>
              <w:rPr>
                <w:rFonts w:ascii="Noto Sans CJK TC" w:eastAsia="Noto Sans CJK TC" w:hAnsi="Noto Sans CJK TC"/>
                <w:sz w:val="18"/>
                <w:lang w:eastAsia="zh-TW"/>
              </w:rPr>
              <w:t>結果均未證</w:t>
            </w:r>
            <w:proofErr w:type="gramEnd"/>
            <w:r>
              <w:rPr>
                <w:rFonts w:ascii="Noto Sans CJK TC" w:eastAsia="Noto Sans CJK TC" w:hAnsi="Noto Sans CJK TC"/>
                <w:sz w:val="18"/>
                <w:lang w:eastAsia="zh-TW"/>
              </w:rPr>
              <w:t>實。</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反面回溯案：失效後檢討</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法務部矯正署：智慧監控／智慧監獄。</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審計指出介面整合與告警範圍未妥評估，部分系統或告警功能已停止／關閉。</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回溯檢驗</w:t>
            </w:r>
            <w:r>
              <w:rPr>
                <w:rFonts w:ascii="Noto Sans CJK TC" w:eastAsia="Noto Sans CJK TC" w:hAnsi="Noto Sans CJK TC"/>
                <w:sz w:val="18"/>
                <w:lang w:eastAsia="zh-TW"/>
              </w:rPr>
              <w:t xml:space="preserve"> OAC </w:t>
            </w:r>
            <w:r>
              <w:rPr>
                <w:rFonts w:ascii="Noto Sans CJK TC" w:eastAsia="Noto Sans CJK TC" w:hAnsi="Noto Sans CJK TC"/>
                <w:sz w:val="18"/>
                <w:lang w:eastAsia="zh-TW"/>
              </w:rPr>
              <w:t>是否能在部署前辨識整合、告警負荷、人工承接與停止能力不足。</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具有外部審計證據；涉及收容人與戒護資料，後續研究須有嚴格倫理與資料限制。</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前瞻候補：建置／待驗收</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新竹市：土地登記</w:t>
            </w:r>
            <w:r>
              <w:rPr>
                <w:rFonts w:ascii="Noto Sans CJK TC" w:eastAsia="Noto Sans CJK TC" w:hAnsi="Noto Sans CJK TC"/>
                <w:sz w:val="18"/>
                <w:lang w:eastAsia="zh-TW"/>
              </w:rPr>
              <w:t xml:space="preserve"> AI </w:t>
            </w:r>
            <w:proofErr w:type="gramStart"/>
            <w:r>
              <w:rPr>
                <w:rFonts w:ascii="Noto Sans CJK TC" w:eastAsia="Noto Sans CJK TC" w:hAnsi="Noto Sans CJK TC"/>
                <w:sz w:val="18"/>
                <w:lang w:eastAsia="zh-TW"/>
              </w:rPr>
              <w:t>協審系統</w:t>
            </w:r>
            <w:proofErr w:type="gramEnd"/>
            <w:r>
              <w:rPr>
                <w:rFonts w:ascii="Noto Sans CJK TC" w:eastAsia="Noto Sans CJK TC" w:hAnsi="Noto Sans CJK TC"/>
                <w:sz w:val="18"/>
                <w:lang w:eastAsia="zh-TW"/>
              </w:rPr>
              <w:t>。</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市府公開說明已啟動建置；其全面上線、實際功能與效果須以後續文件確認。</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在部署前檢查問題定義、資料</w:t>
            </w:r>
            <w:r>
              <w:rPr>
                <w:rFonts w:ascii="Noto Sans CJK TC" w:eastAsia="Noto Sans CJK TC" w:hAnsi="Noto Sans CJK TC"/>
                <w:sz w:val="18"/>
                <w:lang w:eastAsia="zh-TW"/>
              </w:rPr>
              <w:t>邊界、人工覆核、理由與退場安排。</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目前僅能作前瞻觀察，不得宣稱已上線或有效。</w:t>
            </w:r>
          </w:p>
        </w:tc>
      </w:tr>
      <w:tr w:rsidR="00182F3B">
        <w:trPr>
          <w:jc w:val="center"/>
        </w:trPr>
        <w:tc>
          <w:tcPr>
            <w:tcW w:w="1656" w:type="dxa"/>
            <w:vAlign w:val="center"/>
          </w:tcPr>
          <w:p w:rsidR="00182F3B" w:rsidRDefault="00137C0F">
            <w:pPr>
              <w:spacing w:before="40" w:after="40"/>
              <w:rPr>
                <w:lang w:eastAsia="zh-TW"/>
              </w:rPr>
            </w:pPr>
            <w:r>
              <w:rPr>
                <w:rFonts w:ascii="Noto Sans CJK TC" w:eastAsia="Noto Sans CJK TC" w:hAnsi="Noto Sans CJK TC"/>
                <w:sz w:val="18"/>
                <w:lang w:eastAsia="zh-TW"/>
              </w:rPr>
              <w:t>第二階段比較：成熟運作</w:t>
            </w:r>
          </w:p>
        </w:tc>
        <w:tc>
          <w:tcPr>
            <w:tcW w:w="2736" w:type="dxa"/>
            <w:vAlign w:val="center"/>
          </w:tcPr>
          <w:p w:rsidR="00182F3B" w:rsidRDefault="00137C0F">
            <w:pPr>
              <w:spacing w:before="40" w:after="40"/>
              <w:rPr>
                <w:lang w:eastAsia="zh-TW"/>
              </w:rPr>
            </w:pPr>
            <w:r>
              <w:rPr>
                <w:rFonts w:ascii="Noto Sans CJK TC" w:eastAsia="Noto Sans CJK TC" w:hAnsi="Noto Sans CJK TC"/>
                <w:sz w:val="18"/>
                <w:lang w:eastAsia="zh-TW"/>
              </w:rPr>
              <w:t>財政部財政資訊中心／國稅機關：智慧選查。</w:t>
            </w:r>
          </w:p>
        </w:tc>
        <w:tc>
          <w:tcPr>
            <w:tcW w:w="2808" w:type="dxa"/>
            <w:vAlign w:val="center"/>
          </w:tcPr>
          <w:p w:rsidR="00182F3B" w:rsidRDefault="00137C0F">
            <w:pPr>
              <w:spacing w:before="40" w:after="40"/>
              <w:rPr>
                <w:lang w:eastAsia="zh-TW"/>
              </w:rPr>
            </w:pPr>
            <w:r>
              <w:rPr>
                <w:rFonts w:ascii="Noto Sans CJK TC" w:eastAsia="Noto Sans CJK TC" w:hAnsi="Noto Sans CJK TC"/>
                <w:sz w:val="18"/>
                <w:lang w:eastAsia="zh-TW"/>
              </w:rPr>
              <w:t>官方說明各類選查模型自</w:t>
            </w:r>
            <w:r>
              <w:rPr>
                <w:rFonts w:ascii="Noto Sans CJK TC" w:eastAsia="Noto Sans CJK TC" w:hAnsi="Noto Sans CJK TC"/>
                <w:sz w:val="18"/>
                <w:lang w:eastAsia="zh-TW"/>
              </w:rPr>
              <w:t xml:space="preserve"> 2022 </w:t>
            </w:r>
            <w:r>
              <w:rPr>
                <w:rFonts w:ascii="Noto Sans CJK TC" w:eastAsia="Noto Sans CJK TC" w:hAnsi="Noto Sans CJK TC"/>
                <w:sz w:val="18"/>
                <w:lang w:eastAsia="zh-TW"/>
              </w:rPr>
              <w:t>年起陸續上線，輔助人工查審。</w:t>
            </w:r>
          </w:p>
        </w:tc>
        <w:tc>
          <w:tcPr>
            <w:tcW w:w="2880" w:type="dxa"/>
            <w:vAlign w:val="center"/>
          </w:tcPr>
          <w:p w:rsidR="00182F3B" w:rsidRDefault="00137C0F">
            <w:pPr>
              <w:spacing w:before="40" w:after="40"/>
              <w:rPr>
                <w:lang w:eastAsia="zh-TW"/>
              </w:rPr>
            </w:pPr>
            <w:r>
              <w:rPr>
                <w:rFonts w:ascii="Noto Sans CJK TC" w:eastAsia="Noto Sans CJK TC" w:hAnsi="Noto Sans CJK TC"/>
                <w:sz w:val="18"/>
                <w:lang w:eastAsia="zh-TW"/>
              </w:rPr>
              <w:t>檢驗高資料密度環境中</w:t>
            </w:r>
            <w:r>
              <w:rPr>
                <w:rFonts w:ascii="Noto Sans CJK TC" w:eastAsia="Noto Sans CJK TC" w:hAnsi="Noto Sans CJK TC"/>
                <w:sz w:val="18"/>
                <w:lang w:eastAsia="zh-TW"/>
              </w:rPr>
              <w:t xml:space="preserve"> P1 </w:t>
            </w:r>
            <w:r>
              <w:rPr>
                <w:rFonts w:ascii="Noto Sans CJK TC" w:eastAsia="Noto Sans CJK TC" w:hAnsi="Noto Sans CJK TC"/>
                <w:sz w:val="18"/>
                <w:lang w:eastAsia="zh-TW"/>
              </w:rPr>
              <w:t>風險特徵、</w:t>
            </w:r>
            <w:r>
              <w:rPr>
                <w:rFonts w:ascii="Noto Sans CJK TC" w:eastAsia="Noto Sans CJK TC" w:hAnsi="Noto Sans CJK TC"/>
                <w:sz w:val="18"/>
                <w:lang w:eastAsia="zh-TW"/>
              </w:rPr>
              <w:t xml:space="preserve">P2 </w:t>
            </w:r>
            <w:r>
              <w:rPr>
                <w:rFonts w:ascii="Noto Sans CJK TC" w:eastAsia="Noto Sans CJK TC" w:hAnsi="Noto Sans CJK TC"/>
                <w:sz w:val="18"/>
                <w:lang w:eastAsia="zh-TW"/>
              </w:rPr>
              <w:t>人工審查與稅捐救濟的傳導。</w:t>
            </w:r>
          </w:p>
        </w:tc>
        <w:tc>
          <w:tcPr>
            <w:tcW w:w="2448" w:type="dxa"/>
            <w:vAlign w:val="center"/>
          </w:tcPr>
          <w:p w:rsidR="00182F3B" w:rsidRDefault="00137C0F">
            <w:pPr>
              <w:spacing w:before="40" w:after="40"/>
              <w:rPr>
                <w:lang w:eastAsia="zh-TW"/>
              </w:rPr>
            </w:pPr>
            <w:r>
              <w:rPr>
                <w:rFonts w:ascii="Noto Sans CJK TC" w:eastAsia="Noto Sans CJK TC" w:hAnsi="Noto Sans CJK TC"/>
                <w:sz w:val="18"/>
                <w:lang w:eastAsia="zh-TW"/>
              </w:rPr>
              <w:t>已有官方成效資料，但模型、個案與救濟資料敏感，進入門檻較高。</w:t>
            </w:r>
          </w:p>
        </w:tc>
      </w:tr>
    </w:tbl>
    <w:p w:rsidR="00182F3B" w:rsidRDefault="00137C0F">
      <w:pPr>
        <w:spacing w:before="120" w:after="60"/>
        <w:jc w:val="center"/>
        <w:rPr>
          <w:lang w:eastAsia="zh-TW"/>
        </w:rPr>
      </w:pPr>
      <w:r>
        <w:rPr>
          <w:rFonts w:ascii="Noto Sans CJK TC" w:eastAsia="Noto Sans CJK TC" w:hAnsi="Noto Sans CJK TC"/>
          <w:b/>
          <w:sz w:val="20"/>
          <w:lang w:eastAsia="zh-TW"/>
        </w:rPr>
        <w:t>表 11　宜蘭擬議主案的結果觀察構面與判讀界線</w:t>
      </w:r>
      <w:r>
        <w:rPr>
          <w:rFonts w:ascii="Noto Sans CJK TC" w:eastAsia="Noto Sans CJK TC" w:hAnsi="Noto Sans CJK TC"/>
          <w:b/>
          <w:sz w:val="20"/>
          <w:lang w:eastAsia="zh-TW"/>
        </w:rPr>
      </w:r>
      <w:r>
        <w:rPr>
          <w:rFonts w:ascii="Noto Sans CJK TC" w:eastAsia="Noto Sans CJK TC" w:hAnsi="Noto Sans CJK TC"/>
          <w:b/>
          <w:sz w:val="20"/>
          <w:lang w:eastAsia="zh-TW"/>
        </w:rPr>
      </w:r>
      <w:proofErr w:type="gramStart"/>
      <w:r>
        <w:rPr>
          <w:rFonts w:ascii="Noto Sans CJK TC" w:eastAsia="Noto Sans CJK TC" w:hAnsi="Noto Sans CJK TC"/>
          <w:b/>
          <w:sz w:val="20"/>
          <w:lang w:eastAsia="zh-TW"/>
        </w:rPr>
      </w:r>
      <w:proofErr w:type="gramEnd"/>
      <w:r>
        <w:rPr>
          <w:rFonts w:ascii="Noto Sans CJK TC" w:eastAsia="Noto Sans CJK TC" w:hAnsi="Noto Sans CJK TC"/>
          <w:b/>
          <w:sz w:val="20"/>
          <w:lang w:eastAsia="zh-TW"/>
        </w:rPr>
      </w:r>
    </w:p>
    <w:tbl>
      <w:tblPr>
        <w:tblStyle w:val="TableGrid"/>
        <w:tblW w:w="0" w:type="auto"/>
        <w:jc w:val="center"/>
        <w:tblLook w:val="04A0" w:firstRow="1" w:lastRow="0" w:firstColumn="1" w:lastColumn="0" w:noHBand="0" w:noVBand="1"/>
      </w:tblPr>
      <w:tblGrid>
        <w:gridCol w:w="1800"/>
        <w:gridCol w:w="3672"/>
        <w:gridCol w:w="2232"/>
        <w:gridCol w:w="2016"/>
        <w:gridCol w:w="2016"/>
      </w:tblGrid>
      <w:tr w:rsidR="00182F3B">
        <w:trPr>
          <w:jc w:val="center"/>
        </w:trPr>
        <w:tc>
          <w:tcPr>
            <w:tcW w:w="1800" w:type="dxa"/>
            <w:shd w:val="clear" w:color="auto" w:fill="D9EAF7"/>
            <w:vAlign w:val="center"/>
          </w:tcPr>
          <w:p w:rsidR="00182F3B" w:rsidRDefault="00137C0F">
            <w:pPr>
              <w:spacing w:before="40" w:after="40"/>
            </w:pPr>
            <w:proofErr w:type="spellStart"/>
            <w:r>
              <w:rPr>
                <w:rFonts w:ascii="Noto Sans CJK TC" w:eastAsia="Noto Sans CJK TC" w:hAnsi="Noto Sans CJK TC"/>
                <w:b/>
                <w:sz w:val="18"/>
              </w:rPr>
              <w:t>結果構面</w:t>
            </w:r>
            <w:proofErr w:type="spellEnd"/>
          </w:p>
        </w:tc>
        <w:tc>
          <w:tcPr>
            <w:tcW w:w="3672" w:type="dxa"/>
            <w:shd w:val="clear" w:color="auto" w:fill="D9EAF7"/>
            <w:vAlign w:val="center"/>
          </w:tcPr>
          <w:p w:rsidR="00182F3B" w:rsidRDefault="00137C0F">
            <w:pPr>
              <w:spacing w:before="40" w:after="40"/>
            </w:pPr>
            <w:r>
              <w:rPr>
                <w:rFonts w:ascii="Noto Sans CJK TC" w:eastAsia="Noto Sans CJK TC" w:hAnsi="Noto Sans CJK TC"/>
                <w:b/>
                <w:sz w:val="18"/>
              </w:rPr>
              <w:t>導入前後所需資料</w:t>
            </w:r>
          </w:p>
        </w:tc>
        <w:tc>
          <w:tcPr>
            <w:tcW w:w="2232" w:type="dxa"/>
            <w:shd w:val="clear" w:color="auto" w:fill="D9EAF7"/>
            <w:vAlign w:val="center"/>
          </w:tcPr>
          <w:p w:rsidR="00182F3B" w:rsidRDefault="00137C0F">
            <w:pPr>
              <w:spacing w:before="40" w:after="40"/>
            </w:pPr>
            <w:r>
              <w:rPr>
                <w:rFonts w:ascii="Noto Sans CJK TC" w:eastAsia="Noto Sans CJK TC" w:hAnsi="Noto Sans CJK TC"/>
                <w:b/>
                <w:sz w:val="18"/>
              </w:rPr>
              <w:t>可支持的判斷</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不可直接推出的結論</w:t>
            </w:r>
          </w:p>
        </w:tc>
        <w:tc>
          <w:tcPr>
            <w:tcW w:w="2016" w:type="dxa"/>
            <w:shd w:val="clear" w:color="auto" w:fill="D9EAF7"/>
            <w:vAlign w:val="center"/>
          </w:tcPr>
          <w:p w:rsidR="00182F3B" w:rsidRDefault="00137C0F">
            <w:pPr>
              <w:spacing w:before="40" w:after="40"/>
            </w:pPr>
            <w:r>
              <w:rPr>
                <w:rFonts w:ascii="Noto Sans CJK TC" w:eastAsia="Noto Sans CJK TC" w:hAnsi="Noto Sans CJK TC"/>
                <w:b/>
                <w:sz w:val="18"/>
              </w:rPr>
              <w:t xml:space="preserve">目前公開資料能確認的範圍</w:t>
            </w:r>
          </w:p>
        </w:tc>
      </w:tr>
      <w:tr w:rsidR="00182F3B">
        <w:trPr>
          <w:jc w:val="center"/>
        </w:trPr>
        <w:tc>
          <w:tcPr>
            <w:tcW w:w="1800" w:type="dxa"/>
            <w:vAlign w:val="center"/>
          </w:tcPr>
          <w:p w:rsidR="00182F3B" w:rsidRDefault="00137C0F">
            <w:pPr>
              <w:spacing w:before="40" w:after="40"/>
            </w:pPr>
            <w:r>
              <w:rPr>
                <w:rFonts w:ascii="Noto Sans CJK TC" w:eastAsia="Noto Sans CJK TC" w:hAnsi="Noto Sans CJK TC"/>
                <w:sz w:val="18"/>
              </w:rPr>
              <w:t>真偽冒與誤攔</w:t>
            </w:r>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每月登記量、</w:t>
            </w: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異常提示、人工確認真／偽冒、</w:t>
            </w:r>
            <w:proofErr w:type="gramStart"/>
            <w:r>
              <w:rPr>
                <w:rFonts w:ascii="Noto Sans CJK TC" w:eastAsia="Noto Sans CJK TC" w:hAnsi="Noto Sans CJK TC"/>
                <w:sz w:val="18"/>
                <w:lang w:eastAsia="zh-TW"/>
              </w:rPr>
              <w:t>誤攔與</w:t>
            </w:r>
            <w:proofErr w:type="gramEnd"/>
            <w:r>
              <w:rPr>
                <w:rFonts w:ascii="Noto Sans CJK TC" w:eastAsia="Noto Sans CJK TC" w:hAnsi="Noto Sans CJK TC"/>
                <w:sz w:val="18"/>
                <w:lang w:eastAsia="zh-TW"/>
              </w:rPr>
              <w:t>補件件數、處理天數。</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系統是否降低偽冒風險，並控制錯誤攔阻與延滯。</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僅憑</w:t>
            </w:r>
            <w:r>
              <w:rPr>
                <w:rFonts w:ascii="Noto Sans CJK TC" w:eastAsia="Noto Sans CJK TC" w:hAnsi="Noto Sans CJK TC"/>
                <w:sz w:val="18"/>
                <w:lang w:eastAsia="zh-TW"/>
              </w:rPr>
              <w:t xml:space="preserve"> AI </w:t>
            </w:r>
            <w:r>
              <w:rPr>
                <w:rFonts w:ascii="Noto Sans CJK TC" w:eastAsia="Noto Sans CJK TC" w:hAnsi="Noto Sans CJK TC"/>
                <w:sz w:val="18"/>
                <w:lang w:eastAsia="zh-TW"/>
              </w:rPr>
              <w:t>提示或攔阻數增加，不能證明更安全。</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公開資料僅能確認系統已上線及機關公告的功能；異常提示、確認與補件數字均未公開。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人工裁量</w:t>
            </w:r>
            <w:proofErr w:type="spellEnd"/>
          </w:p>
        </w:tc>
        <w:tc>
          <w:tcPr>
            <w:tcW w:w="3672" w:type="dxa"/>
            <w:vAlign w:val="center"/>
          </w:tcPr>
          <w:p w:rsidR="00182F3B" w:rsidRDefault="00137C0F">
            <w:pPr>
              <w:spacing w:before="40" w:after="40"/>
              <w:rPr>
                <w:lang w:eastAsia="zh-TW"/>
              </w:rPr>
            </w:pPr>
            <w:proofErr w:type="gramStart"/>
            <w:r>
              <w:rPr>
                <w:rFonts w:ascii="Noto Sans CJK TC" w:eastAsia="Noto Sans CJK TC" w:hAnsi="Noto Sans CJK TC"/>
                <w:sz w:val="18"/>
                <w:lang w:eastAsia="zh-TW"/>
              </w:rPr>
              <w:t>承辦人覆寫</w:t>
            </w:r>
            <w:proofErr w:type="gramEnd"/>
            <w:r>
              <w:rPr>
                <w:rFonts w:ascii="Noto Sans CJK TC" w:eastAsia="Noto Sans CJK TC" w:hAnsi="Noto Sans CJK TC"/>
                <w:sz w:val="18"/>
                <w:lang w:eastAsia="zh-TW"/>
              </w:rPr>
              <w:t>、升級、改採人工程序及其理</w:t>
            </w:r>
            <w:r>
              <w:rPr>
                <w:rFonts w:ascii="Noto Sans CJK TC" w:eastAsia="Noto Sans CJK TC" w:hAnsi="Noto Sans CJK TC"/>
                <w:sz w:val="18"/>
                <w:lang w:eastAsia="zh-TW"/>
              </w:rPr>
              <w:lastRenderedPageBreak/>
              <w:t>由；業務量與處理時間。</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P2 </w:t>
            </w:r>
            <w:r>
              <w:rPr>
                <w:rFonts w:ascii="Noto Sans CJK TC" w:eastAsia="Noto Sans CJK TC" w:hAnsi="Noto Sans CJK TC"/>
                <w:sz w:val="18"/>
                <w:lang w:eastAsia="zh-TW"/>
              </w:rPr>
              <w:t>是否仍保留，及第九</w:t>
            </w:r>
            <w:r>
              <w:rPr>
                <w:rFonts w:ascii="Noto Sans CJK TC" w:eastAsia="Noto Sans CJK TC" w:hAnsi="Noto Sans CJK TC"/>
                <w:sz w:val="18"/>
                <w:lang w:eastAsia="zh-TW"/>
              </w:rPr>
              <w:lastRenderedPageBreak/>
              <w:t>篇異議能力是否可行。</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有人工簽名不等於有實</w:t>
            </w:r>
            <w:r>
              <w:rPr>
                <w:rFonts w:ascii="Noto Sans CJK TC" w:eastAsia="Noto Sans CJK TC" w:hAnsi="Noto Sans CJK TC"/>
                <w:sz w:val="18"/>
                <w:lang w:eastAsia="zh-TW"/>
              </w:rPr>
              <w:lastRenderedPageBreak/>
              <w:t>質覆核。</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lastRenderedPageBreak/>
              <w:t xml:space="preserve">公開資料僅能確認人工覆核程序存在於作業規範；實際覆寫率與處理時間未公開。</w:t>
            </w:r>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lastRenderedPageBreak/>
              <w:t>異議與救濟</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現場陳情、書面申訴、補件爭議、登記更正、訴願、行政訴訟及結果。</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爭議是否下降且可</w:t>
            </w:r>
            <w:proofErr w:type="gramStart"/>
            <w:r>
              <w:rPr>
                <w:rFonts w:ascii="Noto Sans CJK TC" w:eastAsia="Noto Sans CJK TC" w:hAnsi="Noto Sans CJK TC"/>
                <w:sz w:val="18"/>
                <w:lang w:eastAsia="zh-TW"/>
              </w:rPr>
              <w:t>爭執性未被</w:t>
            </w:r>
            <w:proofErr w:type="gramEnd"/>
            <w:r>
              <w:rPr>
                <w:rFonts w:ascii="Noto Sans CJK TC" w:eastAsia="Noto Sans CJK TC" w:hAnsi="Noto Sans CJK TC"/>
                <w:sz w:val="18"/>
                <w:lang w:eastAsia="zh-TW"/>
              </w:rPr>
              <w:t>壓低。</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正式</w:t>
            </w:r>
            <w:proofErr w:type="gramStart"/>
            <w:r>
              <w:rPr>
                <w:rFonts w:ascii="Noto Sans CJK TC" w:eastAsia="Noto Sans CJK TC" w:hAnsi="Noto Sans CJK TC"/>
                <w:sz w:val="18"/>
                <w:lang w:eastAsia="zh-TW"/>
              </w:rPr>
              <w:t>訴願少</w:t>
            </w:r>
            <w:proofErr w:type="gramEnd"/>
            <w:r>
              <w:rPr>
                <w:rFonts w:ascii="Noto Sans CJK TC" w:eastAsia="Noto Sans CJK TC" w:hAnsi="Noto Sans CJK TC"/>
                <w:sz w:val="18"/>
                <w:lang w:eastAsia="zh-TW"/>
              </w:rPr>
              <w:t>，不等於前端爭議不存在。</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公開資料僅能確認申訴管道存在；實際案件量、爭執結果與處理時限未公開。</w:t>
            </w:r>
            <w:proofErr w:type="gramStart"/>
            <w:proofErr w:type="gramEnd"/>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可近性與公平</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AI </w:t>
            </w:r>
            <w:r>
              <w:rPr>
                <w:rFonts w:ascii="Noto Sans CJK TC" w:eastAsia="Noto Sans CJK TC" w:hAnsi="Noto Sans CJK TC"/>
                <w:sz w:val="18"/>
                <w:lang w:eastAsia="zh-TW"/>
              </w:rPr>
              <w:t>介入與理由告知方式；代書、老舊證件、外貌變化等去識別化分組結果；民眾與第一線訪談。</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特定群體是否承受較高異常、</w:t>
            </w:r>
            <w:proofErr w:type="gramStart"/>
            <w:r>
              <w:rPr>
                <w:rFonts w:ascii="Noto Sans CJK TC" w:eastAsia="Noto Sans CJK TC" w:hAnsi="Noto Sans CJK TC"/>
                <w:sz w:val="18"/>
                <w:lang w:eastAsia="zh-TW"/>
              </w:rPr>
              <w:t>延滯或救濟</w:t>
            </w:r>
            <w:proofErr w:type="gramEnd"/>
            <w:r>
              <w:rPr>
                <w:rFonts w:ascii="Noto Sans CJK TC" w:eastAsia="Noto Sans CJK TC" w:hAnsi="Noto Sans CJK TC"/>
                <w:sz w:val="18"/>
                <w:lang w:eastAsia="zh-TW"/>
              </w:rPr>
              <w:t>成本。</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平均表現良好，不等於各</w:t>
            </w:r>
            <w:proofErr w:type="gramStart"/>
            <w:r>
              <w:rPr>
                <w:rFonts w:ascii="Noto Sans CJK TC" w:eastAsia="Noto Sans CJK TC" w:hAnsi="Noto Sans CJK TC"/>
                <w:sz w:val="18"/>
                <w:lang w:eastAsia="zh-TW"/>
              </w:rPr>
              <w:t>群體均受公平</w:t>
            </w:r>
            <w:proofErr w:type="gramEnd"/>
            <w:r>
              <w:rPr>
                <w:rFonts w:ascii="Noto Sans CJK TC" w:eastAsia="Noto Sans CJK TC" w:hAnsi="Noto Sans CJK TC"/>
                <w:sz w:val="18"/>
                <w:lang w:eastAsia="zh-TW"/>
              </w:rPr>
              <w:t>對待。</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目前無公開的分組統計；本欄所需的去識別化比較尚待取得原始資料。</w:t>
            </w:r>
            <w:proofErr w:type="gramStart"/>
            <w:proofErr w:type="gramEnd"/>
          </w:p>
        </w:tc>
      </w:tr>
      <w:tr w:rsidR="00182F3B">
        <w:trPr>
          <w:jc w:val="center"/>
        </w:trPr>
        <w:tc>
          <w:tcPr>
            <w:tcW w:w="1800" w:type="dxa"/>
            <w:vAlign w:val="center"/>
          </w:tcPr>
          <w:p w:rsidR="00182F3B" w:rsidRDefault="00137C0F">
            <w:pPr>
              <w:spacing w:before="40" w:after="40"/>
            </w:pPr>
            <w:proofErr w:type="spellStart"/>
            <w:r>
              <w:rPr>
                <w:rFonts w:ascii="Noto Sans CJK TC" w:eastAsia="Noto Sans CJK TC" w:hAnsi="Noto Sans CJK TC"/>
                <w:sz w:val="18"/>
              </w:rPr>
              <w:t>回饋與版本</w:t>
            </w:r>
            <w:proofErr w:type="spellEnd"/>
          </w:p>
        </w:tc>
        <w:tc>
          <w:tcPr>
            <w:tcW w:w="3672" w:type="dxa"/>
            <w:vAlign w:val="center"/>
          </w:tcPr>
          <w:p w:rsidR="00182F3B" w:rsidRDefault="00137C0F">
            <w:pPr>
              <w:spacing w:before="40" w:after="40"/>
              <w:rPr>
                <w:lang w:eastAsia="zh-TW"/>
              </w:rPr>
            </w:pPr>
            <w:r>
              <w:rPr>
                <w:rFonts w:ascii="Noto Sans CJK TC" w:eastAsia="Noto Sans CJK TC" w:hAnsi="Noto Sans CJK TC"/>
                <w:sz w:val="18"/>
                <w:lang w:eastAsia="zh-TW"/>
              </w:rPr>
              <w:t>異常案件是否回饋</w:t>
            </w:r>
            <w:r>
              <w:rPr>
                <w:rFonts w:ascii="Noto Sans CJK TC" w:eastAsia="Noto Sans CJK TC" w:hAnsi="Noto Sans CJK TC"/>
                <w:sz w:val="18"/>
                <w:lang w:eastAsia="zh-TW"/>
              </w:rPr>
              <w:t xml:space="preserve"> P1</w:t>
            </w:r>
            <w:r>
              <w:rPr>
                <w:rFonts w:ascii="Noto Sans CJK TC" w:eastAsia="Noto Sans CJK TC" w:hAnsi="Noto Sans CJK TC"/>
                <w:sz w:val="18"/>
                <w:lang w:eastAsia="zh-TW"/>
              </w:rPr>
              <w:t>；模型／</w:t>
            </w:r>
            <w:proofErr w:type="gramStart"/>
            <w:r>
              <w:rPr>
                <w:rFonts w:ascii="Noto Sans CJK TC" w:eastAsia="Noto Sans CJK TC" w:hAnsi="Noto Sans CJK TC"/>
                <w:sz w:val="18"/>
                <w:lang w:eastAsia="zh-TW"/>
              </w:rPr>
              <w:t>閾</w:t>
            </w:r>
            <w:proofErr w:type="gramEnd"/>
            <w:r>
              <w:rPr>
                <w:rFonts w:ascii="Noto Sans CJK TC" w:eastAsia="Noto Sans CJK TC" w:hAnsi="Noto Sans CJK TC"/>
                <w:sz w:val="18"/>
                <w:lang w:eastAsia="zh-TW"/>
              </w:rPr>
              <w:t>值／流程版本、變更理由、再驗收與停止紀錄。</w:t>
            </w:r>
          </w:p>
        </w:tc>
        <w:tc>
          <w:tcPr>
            <w:tcW w:w="2232" w:type="dxa"/>
            <w:vAlign w:val="center"/>
          </w:tcPr>
          <w:p w:rsidR="00182F3B" w:rsidRDefault="00137C0F">
            <w:pPr>
              <w:spacing w:before="40" w:after="40"/>
              <w:rPr>
                <w:lang w:eastAsia="zh-TW"/>
              </w:rPr>
            </w:pPr>
            <w:r>
              <w:rPr>
                <w:rFonts w:ascii="Noto Sans CJK TC" w:eastAsia="Noto Sans CJK TC" w:hAnsi="Noto Sans CJK TC"/>
                <w:sz w:val="18"/>
                <w:lang w:eastAsia="zh-TW"/>
              </w:rPr>
              <w:t>責任鏈能否回到情境</w:t>
            </w:r>
            <w:proofErr w:type="gramStart"/>
            <w:r>
              <w:rPr>
                <w:rFonts w:ascii="Noto Sans CJK TC" w:eastAsia="Noto Sans CJK TC" w:hAnsi="Noto Sans CJK TC"/>
                <w:sz w:val="18"/>
                <w:lang w:eastAsia="zh-TW"/>
              </w:rPr>
              <w:t>建構鏈</w:t>
            </w:r>
            <w:proofErr w:type="gramEnd"/>
            <w:r>
              <w:rPr>
                <w:rFonts w:ascii="Noto Sans CJK TC" w:eastAsia="Noto Sans CJK TC" w:hAnsi="Noto Sans CJK TC"/>
                <w:sz w:val="18"/>
                <w:lang w:eastAsia="zh-TW"/>
              </w:rPr>
              <w:t>。</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「持續改善」的口頭說法不等於有可追溯修正。</w:t>
            </w:r>
          </w:p>
        </w:tc>
        <w:tc>
          <w:tcPr>
            <w:tcW w:w="2016" w:type="dxa"/>
            <w:vAlign w:val="center"/>
          </w:tcPr>
          <w:p w:rsidR="00182F3B" w:rsidRDefault="00137C0F">
            <w:pPr>
              <w:spacing w:before="40" w:after="40"/>
              <w:rPr>
                <w:lang w:eastAsia="zh-TW"/>
              </w:rPr>
            </w:pPr>
            <w:r>
              <w:rPr>
                <w:rFonts w:ascii="Noto Sans CJK TC" w:eastAsia="Noto Sans CJK TC" w:hAnsi="Noto Sans CJK TC"/>
                <w:sz w:val="18"/>
                <w:lang w:eastAsia="zh-TW"/>
              </w:rPr>
              <w:t xml:space="preserve">公開資料僅能確認機關設有版本更新機制；個案回饋是否連動 P1 修正未公開。</w:t>
            </w:r>
          </w:p>
        </w:tc>
      </w:tr>
    </w:tbl>
    <w:p>
      <w:pPr/>
      <w:r>
        <w:rPr>
          <w:b/>
          <w:sz w:val="20"/>
        </w:rPr>
        <w:t xml:space="preserve">表 12　情境建構鏈最低證據的具體範例（以地政 AI 印鑑比對為例）</w:t>
      </w:r>
    </w:p>
    <w:p>
      <w:r>
        <w:t xml:space="preserve">以下範例為說明性質，非既有系統之真實文件；實務落地時應由業務單位與供應商依個案調整內容，範例本身不構成任何機關已具備此等文件之推論。</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600"/>
        <w:gridCol w:w="3875"/>
        <w:gridCol w:w="3875"/>
      </w:tblGrid>
      <w:tr>
        <w:tc>
          <w:tcPr>
            <w:tcW w:w="1600" w:type="dxa"/>
            <w:shd w:val="clear" w:color="auto" w:fill="D9D9D9"/>
          </w:tcPr>
          <w:p>
            <w:r>
              <w:rPr>
                <w:b/>
              </w:rPr>
              <w:t xml:space="preserve">證據項目</w:t>
            </w:r>
          </w:p>
        </w:tc>
        <w:tc>
          <w:tcPr>
            <w:tcW w:w="3875" w:type="dxa"/>
            <w:shd w:val="clear" w:color="auto" w:fill="D9D9D9"/>
          </w:tcPr>
          <w:p>
            <w:r>
              <w:rPr>
                <w:b/>
              </w:rPr>
              <w:t xml:space="preserve">可重建的紀錄範例</w:t>
            </w:r>
          </w:p>
        </w:tc>
        <w:tc>
          <w:tcPr>
            <w:tcW w:w="3875" w:type="dxa"/>
            <w:shd w:val="clear" w:color="auto" w:fill="D9D9D9"/>
          </w:tcPr>
          <w:p>
            <w:r>
              <w:rPr>
                <w:b/>
              </w:rPr>
              <w:t xml:space="preserve">不可重建的常見狀況</w:t>
            </w:r>
          </w:p>
        </w:tc>
      </w:tr>
      <w:tr>
        <w:tc>
          <w:tcPr>
            <w:tcW w:w="1600" w:type="dxa"/>
          </w:tcPr>
          <w:p>
            <w:r>
              <w:t xml:space="preserve">問題定義</w:t>
            </w:r>
          </w:p>
        </w:tc>
        <w:tc>
          <w:tcPr>
            <w:tcW w:w="3875" w:type="dxa"/>
          </w:tcPr>
          <w:p>
            <w:r>
              <w:t xml:space="preserve">需求規格書載明：「比對送件人印鑑與地政機關留存印鑑之相似度，輔助承辦人判斷是否需加派人工複驗」，並附上級核准與適用範圍。</w:t>
            </w:r>
          </w:p>
        </w:tc>
        <w:tc>
          <w:tcPr>
            <w:tcW w:w="3875" w:type="dxa"/>
          </w:tcPr>
          <w:p>
            <w:r>
              <w:t xml:space="preserve">只有「導入 AI 輔助審查」一句話，未載明比對對象、判斷目的與適用範圍。</w:t>
            </w:r>
          </w:p>
        </w:tc>
      </w:tr>
      <w:tr>
        <w:tc>
          <w:tcPr>
            <w:tcW w:w="1600" w:type="dxa"/>
          </w:tcPr>
          <w:p>
            <w:r>
              <w:t xml:space="preserve">資料邊界</w:t>
            </w:r>
          </w:p>
        </w:tc>
        <w:tc>
          <w:tcPr>
            <w:tcW w:w="3875" w:type="dxa"/>
          </w:tcPr>
          <w:p>
            <w:r>
              <w:t xml:space="preserve">資料字典載明：比對僅使用留存印鑑影像與送件印鑑影像，不納入身分證影像、指紋或其他生物特徵。</w:t>
            </w:r>
          </w:p>
        </w:tc>
        <w:tc>
          <w:tcPr>
            <w:tcW w:w="3875" w:type="dxa"/>
          </w:tcPr>
          <w:p>
            <w:r>
              <w:t xml:space="preserve">資料來源與納入範圍僅存在於廠商系統文件，機關承辦人無法列出實際使用欄位。</w:t>
            </w:r>
          </w:p>
        </w:tc>
      </w:tr>
      <w:tr>
        <w:tc>
          <w:tcPr>
            <w:tcW w:w="1600" w:type="dxa"/>
          </w:tcPr>
          <w:p>
            <w:r>
              <w:t xml:space="preserve">代理變項與閾值理由</w:t>
            </w:r>
          </w:p>
        </w:tc>
        <w:tc>
          <w:tcPr>
            <w:tcW w:w="3875" w:type="dxa"/>
          </w:tcPr>
          <w:p>
            <w:r>
              <w:t xml:space="preserve">文件說明：相似度低於 70% 轉人工複驗；70% 之依據為試辦期間之抽樣覆核結果，並附上限與下限的敏感度測試。</w:t>
            </w:r>
          </w:p>
        </w:tc>
        <w:tc>
          <w:tcPr>
            <w:tcW w:w="3875" w:type="dxa"/>
          </w:tcPr>
          <w:p>
            <w:r>
              <w:t xml:space="preserve">只知道「系統判斷為異常」，無法說明 70% 這個數字從何而來，也無法追溯是否曾經調整。</w:t>
            </w:r>
          </w:p>
        </w:tc>
      </w:tr>
      <w:tr>
        <w:tc>
          <w:tcPr>
            <w:tcW w:w="1600" w:type="dxa"/>
          </w:tcPr>
          <w:p>
            <w:r>
              <w:t xml:space="preserve">版本／變更紀錄</w:t>
            </w:r>
          </w:p>
        </w:tc>
        <w:tc>
          <w:tcPr>
            <w:tcW w:w="3875" w:type="dxa"/>
          </w:tcPr>
          <w:p>
            <w:r>
              <w:t xml:space="preserve">變更紀錄載明每次調整比對演算法或閾值的日期、原因、核准人與異動前後差異。</w:t>
            </w:r>
          </w:p>
        </w:tc>
        <w:tc>
          <w:tcPr>
            <w:tcW w:w="3875" w:type="dxa"/>
          </w:tcPr>
          <w:p>
            <w:r>
              <w:t xml:space="preserve">系統版本已更新多次，但機關手上沒有任何版本紀錄或異動說明。</w:t>
            </w:r>
          </w:p>
        </w:tc>
      </w:tr>
    </w:tbl>
    <w:p>
      <w:r>
        <w:br w:type="page"/>
      </w:r>
    </w:p>
    <w:p/>
    <w:p/>
    <w:p/>
    <w:p/>
    <w:p>
      <w:pPr>
        <w:jc w:val="center"/>
      </w:pPr>
      <w:r>
        <w:rPr>
          <w:rFonts w:ascii="標楷體" w:hAnsi="標楷體" w:eastAsia="標楷體"/>
          <w:b/>
          <w:color w:val="1F4E79"/>
          <w:sz w:val="32"/>
        </w:rPr>
        <w:t>附錄三</w:t>
      </w:r>
    </w:p>
    <w:p>
      <w:pPr>
        <w:jc w:val="center"/>
      </w:pPr>
      <w:r>
        <w:rPr>
          <w:rFonts w:ascii="標楷體" w:hAnsi="標楷體" w:eastAsia="標楷體"/>
          <w:b/>
          <w:sz w:val="44"/>
        </w:rPr>
        <w:t>誰有權把別人的研究餵給政府AI？</w:t>
      </w:r>
    </w:p>
    <w:p>
      <w:pPr>
        <w:jc w:val="center"/>
      </w:pPr>
      <w:r>
        <w:rPr>
          <w:rFonts w:ascii="標楷體" w:hAnsi="標楷體" w:eastAsia="標楷體"/>
          <w:b w:val="0"/>
          <w:sz w:val="26"/>
        </w:rPr>
        <w:t>生成式AI、資料履歷與公共授權治理——臺灣事前治理能力的壓力測試（研究稿第十八篇）</w:t>
      </w:r>
    </w:p>
    <w:p/>
    <w:p>
      <w:pPr>
        <w:jc w:val="center"/>
      </w:pPr>
      <w:r>
        <w:rPr>
          <w:rFonts w:ascii="標楷體" w:hAnsi="標楷體" w:eastAsia="標楷體"/>
          <w:b w:val="0"/>
          <w:sz w:val="24"/>
        </w:rPr>
        <w:t>盧建旭（Lancelot Lu）</w:t>
      </w:r>
    </w:p>
    <w:p/>
    <w:p/>
    <w:p>
      <w:r>
        <w:rPr>
          <w:rFonts w:ascii="標楷體" w:hAnsi="標楷體" w:eastAsia="標楷體"/>
          <w:b/>
          <w:sz w:val="25"/>
        </w:rPr>
        <w:t>與第六章的對應關係：</w:t>
      </w:r>
    </w:p>
    <w:p>
      <w:pPr>
        <w:ind w:firstLine="480"/>
      </w:pPr>
      <w:r>
        <w:rPr>
          <w:rFonts w:ascii="標楷體" w:hAnsi="標楷體" w:eastAsia="標楷體"/>
          <w:b w:val="0"/>
          <w:sz w:val="24"/>
        </w:rPr>
        <w:t>本文聚焦政府以生成式AI／RAG系統使用第三人研究成果時的權利來源、授權範圍與停止責任，提出「公共AI權利來源證據審查模組」。可與正文第六節「陽光四法與利益迴避」及「多手問題」概念對讀，示範資料權利治理中的行政責任分工與斷裂。</w:t>
      </w:r>
    </w:p>
    <w:p>
      <w:r>
        <w:br w:type="page"/>
      </w:r>
    </w:p>
    <w:p w:rsidR="002841A5" w:rsidRDefault="00233BBF">
      <w:pPr>
        <w:spacing w:before="1440" w:after="240"/>
        <w:jc w:val="center"/>
        <w:rPr>
          <w:lang w:eastAsia="zh-TW"/>
        </w:rPr>
      </w:pPr>
      <w:r>
        <w:rPr>
          <w:b/>
          <w:color w:val="0B2545"/>
          <w:sz w:val="48"/>
          <w:lang w:eastAsia="zh-TW"/>
        </w:rPr>
        <w:t>誰</w:t>
      </w:r>
      <w:proofErr w:type="gramStart"/>
      <w:r>
        <w:rPr>
          <w:b/>
          <w:color w:val="0B2545"/>
          <w:sz w:val="48"/>
          <w:lang w:eastAsia="zh-TW"/>
        </w:rPr>
        <w:t>有權把別人</w:t>
      </w:r>
      <w:proofErr w:type="gramEnd"/>
      <w:r>
        <w:rPr>
          <w:b/>
          <w:color w:val="0B2545"/>
          <w:sz w:val="48"/>
          <w:lang w:eastAsia="zh-TW"/>
        </w:rPr>
        <w:t>的研究</w:t>
      </w:r>
      <w:proofErr w:type="gramStart"/>
      <w:r>
        <w:rPr>
          <w:b/>
          <w:color w:val="0B2545"/>
          <w:sz w:val="48"/>
          <w:lang w:eastAsia="zh-TW"/>
        </w:rPr>
        <w:t>餵</w:t>
      </w:r>
      <w:proofErr w:type="gramEnd"/>
      <w:r>
        <w:rPr>
          <w:b/>
          <w:color w:val="0B2545"/>
          <w:sz w:val="48"/>
          <w:lang w:eastAsia="zh-TW"/>
        </w:rPr>
        <w:t>給政府</w:t>
      </w:r>
      <w:r>
        <w:rPr>
          <w:b/>
          <w:color w:val="0B2545"/>
          <w:sz w:val="48"/>
          <w:lang w:eastAsia="zh-TW"/>
        </w:rPr>
        <w:t>AI</w:t>
      </w:r>
      <w:r>
        <w:rPr>
          <w:b/>
          <w:color w:val="0B2545"/>
          <w:sz w:val="48"/>
          <w:lang w:eastAsia="zh-TW"/>
        </w:rPr>
        <w:t>？</w:t>
      </w:r>
    </w:p>
    <w:p w:rsidR="002841A5" w:rsidRDefault="00233BBF">
      <w:pPr>
        <w:spacing w:after="840"/>
        <w:jc w:val="center"/>
        <w:rPr>
          <w:color w:val="2F4F6E"/>
          <w:sz w:val="26"/>
          <w:lang w:eastAsia="zh-TW"/>
        </w:rPr>
      </w:pPr>
      <w:r>
        <w:rPr>
          <w:color w:val="2F4F6E"/>
          <w:sz w:val="26"/>
          <w:lang w:eastAsia="zh-TW"/>
        </w:rPr>
        <w:t>生成式</w:t>
      </w:r>
      <w:r>
        <w:rPr>
          <w:color w:val="2F4F6E"/>
          <w:sz w:val="26"/>
          <w:lang w:eastAsia="zh-TW"/>
        </w:rPr>
        <w:t>AI</w:t>
      </w:r>
      <w:r>
        <w:rPr>
          <w:color w:val="2F4F6E"/>
          <w:sz w:val="26"/>
          <w:lang w:eastAsia="zh-TW"/>
        </w:rPr>
        <w:t>、資料履歷與公共授權治理</w:t>
      </w:r>
      <w:proofErr w:type="gramStart"/>
      <w:r>
        <w:rPr>
          <w:color w:val="2F4F6E"/>
          <w:sz w:val="26"/>
          <w:lang w:eastAsia="zh-TW"/>
        </w:rPr>
        <w:t>──</w:t>
      </w:r>
      <w:proofErr w:type="gramEnd"/>
      <w:r>
        <w:rPr>
          <w:color w:val="2F4F6E"/>
          <w:sz w:val="26"/>
          <w:lang w:eastAsia="zh-TW"/>
        </w:rPr>
        <w:t>臺灣事前治理能力的壓力測試</w:t>
      </w:r>
      <w:r>
        <w:rPr>
          <w:color w:val="2F4F6E"/>
          <w:sz w:val="26"/>
          <w:lang w:eastAsia="zh-TW"/>
        </w:rPr>
        <w:br/>
      </w:r>
      <w:r>
        <w:rPr>
          <w:color w:val="2F4F6E"/>
          <w:sz w:val="26"/>
          <w:lang w:eastAsia="zh-TW"/>
        </w:rPr>
        <w:t>第十八篇</w:t>
      </w:r>
      <w:proofErr w:type="gramStart"/>
      <w:r>
        <w:rPr>
          <w:color w:val="2F4F6E"/>
          <w:sz w:val="26"/>
          <w:lang w:eastAsia="zh-TW"/>
        </w:rPr>
        <w:t>｜</w:t>
      </w:r>
      <w:proofErr w:type="gramEnd"/>
      <w:r>
        <w:rPr>
          <w:color w:val="2F4F6E"/>
          <w:sz w:val="26"/>
          <w:lang w:eastAsia="zh-TW"/>
        </w:rPr>
        <w:t>正文草稿第一版</w:t>
      </w:r>
    </w:p>
    <w:p w:rsidR="00233BBF" w:rsidRDefault="00233BBF">
      <w:pPr>
        <w:spacing w:after="840"/>
        <w:jc w:val="center"/>
        <w:rPr>
          <w:lang w:eastAsia="zh-TW"/>
        </w:rPr>
      </w:pPr>
      <w:r>
        <w:rPr>
          <w:rFonts w:hint="eastAsia"/>
          <w:lang w:eastAsia="zh-TW"/>
        </w:rPr>
        <w:t>盧建旭</w:t>
      </w:r>
    </w:p>
    <w:p w:rsidR="002841A5" w:rsidRDefault="00233BBF">
      <w:pPr>
        <w:pStyle w:val="Heading1"/>
        <w:rPr>
          <w:lang w:eastAsia="zh-TW"/>
        </w:rPr>
      </w:pPr>
      <w:bookmarkStart w:id="2" w:name="_GoBack"/>
      <w:r>
        <w:rPr>
          <w:rFonts w:ascii="微軟正黑體" w:eastAsia="微軟正黑體" w:hAnsi="微軟正黑體"/>
          <w:lang w:eastAsia="zh-TW"/>
        </w:rPr>
        <w:t>摘要</w:t>
      </w:r>
    </w:p>
    <w:p w:rsidR="002841A5" w:rsidRDefault="00233BBF">
      <w:pPr>
        <w:rPr>
          <w:lang w:eastAsia="zh-TW"/>
        </w:rPr>
      </w:pPr>
      <w:r>
        <w:rPr>
          <w:lang w:eastAsia="zh-TW"/>
        </w:rPr>
        <w:t>地方政府導入生成式</w:t>
      </w:r>
      <w:r>
        <w:rPr>
          <w:lang w:eastAsia="zh-TW"/>
        </w:rPr>
        <w:t>AI</w:t>
      </w:r>
      <w:r>
        <w:rPr>
          <w:lang w:eastAsia="zh-TW"/>
        </w:rPr>
        <w:t>，往往從一個看似單純的行政需求開始：把既有報告、網頁文章、簡報、</w:t>
      </w:r>
      <w:r>
        <w:rPr>
          <w:lang w:eastAsia="zh-TW"/>
        </w:rPr>
        <w:t>FAQ</w:t>
      </w:r>
      <w:r>
        <w:rPr>
          <w:lang w:eastAsia="zh-TW"/>
        </w:rPr>
        <w:t>與開放資料整合起來，協助承辦人快速回覆民眾。然而，當這些內容被切塊、向量化並放入檢索增強生成（</w:t>
      </w:r>
      <w:r>
        <w:rPr>
          <w:lang w:eastAsia="zh-TW"/>
        </w:rPr>
        <w:t>RAG</w:t>
      </w:r>
      <w:r>
        <w:rPr>
          <w:lang w:eastAsia="zh-TW"/>
        </w:rPr>
        <w:t>）系統後，原本</w:t>
      </w:r>
      <w:proofErr w:type="gramStart"/>
      <w:r>
        <w:rPr>
          <w:lang w:eastAsia="zh-TW"/>
        </w:rPr>
        <w:t>清楚的</w:t>
      </w:r>
      <w:proofErr w:type="gramEnd"/>
      <w:r>
        <w:rPr>
          <w:lang w:eastAsia="zh-TW"/>
        </w:rPr>
        <w:t>作者、來源、授權範圍與使用脈絡，可能逐步失去辨識性。等到作者發現自己的獨特論述被系統反覆改寫、卻未見姓名、連結或授權時，機關才第一次問：這些資料有權利人嗎？誰同意使用？誰可以把它停下來？</w:t>
      </w:r>
    </w:p>
    <w:p w:rsidR="002841A5" w:rsidRDefault="00233BBF">
      <w:pPr>
        <w:rPr>
          <w:lang w:eastAsia="zh-TW"/>
        </w:rPr>
      </w:pPr>
      <w:r>
        <w:rPr>
          <w:lang w:eastAsia="zh-TW"/>
        </w:rPr>
        <w:t>本文不將問題化約為「</w:t>
      </w:r>
      <w:r>
        <w:rPr>
          <w:lang w:eastAsia="zh-TW"/>
        </w:rPr>
        <w:t>AI</w:t>
      </w:r>
      <w:r>
        <w:rPr>
          <w:lang w:eastAsia="zh-TW"/>
        </w:rPr>
        <w:t>是否具有著作權」或「訓練資料是否合理使用」的抽象爭論，而以公共行政觀點，檢驗政府是否具備</w:t>
      </w:r>
      <w:r>
        <w:rPr>
          <w:lang w:eastAsia="zh-TW"/>
        </w:rPr>
        <w:t>在爭議發生以前確認權利來源、限定使用範圍與指定停止責任人的能力。文章承接第十篇的資訊權、稽核權與停止權，以及第十七篇的鏈式營運驗收標準（</w:t>
      </w:r>
      <w:r>
        <w:rPr>
          <w:lang w:eastAsia="zh-TW"/>
        </w:rPr>
        <w:t>OAC</w:t>
      </w:r>
      <w:r>
        <w:rPr>
          <w:lang w:eastAsia="zh-TW"/>
        </w:rPr>
        <w:t>），提出「公共</w:t>
      </w:r>
      <w:r>
        <w:rPr>
          <w:lang w:eastAsia="zh-TW"/>
        </w:rPr>
        <w:t>AI</w:t>
      </w:r>
      <w:r>
        <w:rPr>
          <w:lang w:eastAsia="zh-TW"/>
        </w:rPr>
        <w:t>權利來源證據審查模組」。本文以地方政府政策研究與公共問答</w:t>
      </w:r>
      <w:r>
        <w:rPr>
          <w:lang w:eastAsia="zh-TW"/>
        </w:rPr>
        <w:t>AI</w:t>
      </w:r>
      <w:r>
        <w:rPr>
          <w:lang w:eastAsia="zh-TW"/>
        </w:rPr>
        <w:t>助理的模擬情境為壓力測試案例，並與中國大陸的生成式</w:t>
      </w:r>
      <w:r>
        <w:rPr>
          <w:lang w:eastAsia="zh-TW"/>
        </w:rPr>
        <w:t>AI</w:t>
      </w:r>
      <w:r>
        <w:rPr>
          <w:lang w:eastAsia="zh-TW"/>
        </w:rPr>
        <w:t>服務治理作比較。核心問題是：臺灣</w:t>
      </w:r>
      <w:r>
        <w:rPr>
          <w:lang w:eastAsia="zh-TW"/>
        </w:rPr>
        <w:t>AI</w:t>
      </w:r>
      <w:r>
        <w:rPr>
          <w:lang w:eastAsia="zh-TW"/>
        </w:rPr>
        <w:t>治理究竟有沒有能力避免「出事後才開始治理」？</w:t>
      </w:r>
    </w:p>
    <w:p w:rsidR="002841A5" w:rsidRDefault="00233BBF">
      <w:pPr>
        <w:rPr>
          <w:lang w:eastAsia="zh-TW"/>
        </w:rPr>
      </w:pPr>
      <w:r>
        <w:rPr>
          <w:lang w:eastAsia="zh-TW"/>
        </w:rPr>
        <w:lastRenderedPageBreak/>
        <w:t>關鍵詞：生成式</w:t>
      </w:r>
      <w:r>
        <w:rPr>
          <w:lang w:eastAsia="zh-TW"/>
        </w:rPr>
        <w:t>AI</w:t>
      </w:r>
      <w:r>
        <w:rPr>
          <w:lang w:eastAsia="zh-TW"/>
        </w:rPr>
        <w:t>、</w:t>
      </w:r>
      <w:r>
        <w:rPr>
          <w:lang w:eastAsia="zh-TW"/>
        </w:rPr>
        <w:t>RAG</w:t>
      </w:r>
      <w:r>
        <w:rPr>
          <w:lang w:eastAsia="zh-TW"/>
        </w:rPr>
        <w:t>、資料履歷、著作權、公共授權、事前治理、行政責任鏈</w:t>
      </w:r>
    </w:p>
    <w:bookmarkEnd w:id="2"/>
    <w:p w:rsidR="002841A5" w:rsidRDefault="00233BBF">
      <w:pPr>
        <w:pStyle w:val="Heading1"/>
        <w:rPr>
          <w:lang w:eastAsia="zh-TW"/>
        </w:rPr>
      </w:pPr>
      <w:r>
        <w:rPr>
          <w:rFonts w:ascii="微軟正黑體" w:eastAsia="微軟正黑體" w:hAnsi="微軟正黑體"/>
          <w:lang w:eastAsia="zh-TW"/>
        </w:rPr>
        <w:t>一、閱讀定位：本文處理的不是一般性的</w:t>
      </w:r>
      <w:r>
        <w:rPr>
          <w:rFonts w:ascii="微軟正黑體" w:eastAsia="微軟正黑體" w:hAnsi="微軟正黑體"/>
          <w:lang w:eastAsia="zh-TW"/>
        </w:rPr>
        <w:t>AI</w:t>
      </w:r>
      <w:r>
        <w:rPr>
          <w:rFonts w:ascii="微軟正黑體" w:eastAsia="微軟正黑體" w:hAnsi="微軟正黑體"/>
          <w:lang w:eastAsia="zh-TW"/>
        </w:rPr>
        <w:t>著作權問題</w:t>
      </w:r>
    </w:p>
    <w:p w:rsidR="002841A5" w:rsidRDefault="00233BBF">
      <w:pPr>
        <w:rPr>
          <w:lang w:eastAsia="zh-TW"/>
        </w:rPr>
      </w:pPr>
      <w:r>
        <w:rPr>
          <w:lang w:eastAsia="zh-TW"/>
        </w:rPr>
        <w:t>生成式</w:t>
      </w:r>
      <w:r>
        <w:rPr>
          <w:lang w:eastAsia="zh-TW"/>
        </w:rPr>
        <w:t>AI</w:t>
      </w:r>
      <w:r>
        <w:rPr>
          <w:lang w:eastAsia="zh-TW"/>
        </w:rPr>
        <w:t>引發的智慧財產權</w:t>
      </w:r>
      <w:r>
        <w:rPr>
          <w:lang w:eastAsia="zh-TW"/>
        </w:rPr>
        <w:t>爭議很多：有人討論模型訓練是否構成合理使用，有人討論</w:t>
      </w:r>
      <w:r>
        <w:rPr>
          <w:lang w:eastAsia="zh-TW"/>
        </w:rPr>
        <w:t>AI</w:t>
      </w:r>
      <w:r>
        <w:rPr>
          <w:lang w:eastAsia="zh-TW"/>
        </w:rPr>
        <w:t>產出是否可受著作權保護，也有人關注專利、營業秘密與平台責任。這些問題都重要，但政府機關的</w:t>
      </w:r>
      <w:proofErr w:type="gramStart"/>
      <w:r>
        <w:rPr>
          <w:lang w:eastAsia="zh-TW"/>
        </w:rPr>
        <w:t>困難另</w:t>
      </w:r>
      <w:proofErr w:type="gramEnd"/>
      <w:r>
        <w:rPr>
          <w:lang w:eastAsia="zh-TW"/>
        </w:rPr>
        <w:t>有一層。政府不是單純使用者；它以公共預算採購系統，以行政權力整合資料，並可能將</w:t>
      </w:r>
      <w:r>
        <w:rPr>
          <w:lang w:eastAsia="zh-TW"/>
        </w:rPr>
        <w:t>AI</w:t>
      </w:r>
      <w:r>
        <w:rPr>
          <w:lang w:eastAsia="zh-TW"/>
        </w:rPr>
        <w:t>輸出直接用於公共服務、政策說明甚至行政決定。</w:t>
      </w:r>
    </w:p>
    <w:p w:rsidR="002841A5" w:rsidRDefault="00233BBF">
      <w:pPr>
        <w:rPr>
          <w:lang w:eastAsia="zh-TW"/>
        </w:rPr>
      </w:pPr>
      <w:r>
        <w:rPr>
          <w:sz w:val="20"/>
          <w:lang w:eastAsia="zh-TW"/>
        </w:rPr>
        <w:t>因此，本文的問題很窄，也很具體：當政府把第三人的研究成果、文章、簡報、圖像或資料放入生成式</w:t>
      </w:r>
      <w:r>
        <w:rPr>
          <w:sz w:val="20"/>
          <w:lang w:eastAsia="zh-TW"/>
        </w:rPr>
        <w:t>AI</w:t>
      </w:r>
      <w:r>
        <w:rPr>
          <w:sz w:val="20"/>
          <w:lang w:eastAsia="zh-TW"/>
        </w:rPr>
        <w:t>系統時，是否能提出足以支撐該使用的權利來源證據？本文所稱的「權利來源」，不是一張泛稱的授權同意書，而是能具體說明誰創作了什麼、誰有權決定使用</w:t>
      </w:r>
      <w:r>
        <w:rPr>
          <w:sz w:val="20"/>
          <w:lang w:eastAsia="zh-TW"/>
        </w:rPr>
        <w:t>、政府可把它用到哪一步，以及出現疑義時誰可停止的證據鏈。</w:t>
      </w:r>
      <w:r>
        <w:rPr>
          <w:sz w:val="20"/>
          <w:lang w:eastAsia="zh-TW"/>
        </w:rPr>
        <w:t xml:space="preserve"> </w:t>
      </w:r>
      <w:r>
        <w:rPr>
          <w:sz w:val="20"/>
          <w:lang w:eastAsia="zh-TW"/>
        </w:rPr>
        <w:t>對標題「誰有權」的直接回答是：沒有任何單位僅因看得到、持有或取得資料，就當然有</w:t>
      </w:r>
      <w:proofErr w:type="gramStart"/>
      <w:r>
        <w:rPr>
          <w:sz w:val="20"/>
          <w:lang w:eastAsia="zh-TW"/>
        </w:rPr>
        <w:t>權把它餵</w:t>
      </w:r>
      <w:proofErr w:type="gramEnd"/>
      <w:r>
        <w:rPr>
          <w:sz w:val="20"/>
          <w:lang w:eastAsia="zh-TW"/>
        </w:rPr>
        <w:t>進政府</w:t>
      </w:r>
      <w:r>
        <w:rPr>
          <w:sz w:val="20"/>
          <w:lang w:eastAsia="zh-TW"/>
        </w:rPr>
        <w:t>AI</w:t>
      </w:r>
      <w:r>
        <w:rPr>
          <w:sz w:val="20"/>
          <w:lang w:eastAsia="zh-TW"/>
        </w:rPr>
        <w:t>；權限必須由可驗證的來源、用途與處理範圍共同構成。</w:t>
      </w:r>
    </w:p>
    <w:p w:rsidR="002841A5" w:rsidRDefault="00233BBF">
      <w:pPr>
        <w:rPr>
          <w:lang w:eastAsia="zh-TW"/>
        </w:rPr>
      </w:pPr>
      <w:r>
        <w:rPr>
          <w:lang w:eastAsia="zh-TW"/>
        </w:rPr>
        <w:t>本文承接第十篇與第十七篇，但不重建其全部架構。第十篇處理政府對供應商的資訊權、稽核權與停止權；第十七篇的</w:t>
      </w:r>
      <w:r>
        <w:rPr>
          <w:lang w:eastAsia="zh-TW"/>
        </w:rPr>
        <w:t>OAC</w:t>
      </w:r>
      <w:r>
        <w:rPr>
          <w:lang w:eastAsia="zh-TW"/>
        </w:rPr>
        <w:t>處理系統能否上線。本文則補上一個專門模組：當</w:t>
      </w:r>
      <w:r>
        <w:rPr>
          <w:lang w:eastAsia="zh-TW"/>
        </w:rPr>
        <w:t>OAC</w:t>
      </w:r>
      <w:r>
        <w:rPr>
          <w:lang w:eastAsia="zh-TW"/>
        </w:rPr>
        <w:t>評估「能不能上線」時，必須能回答「所用的這些內容，有沒有權利可以這樣用」。</w:t>
      </w:r>
    </w:p>
    <w:p w:rsidR="002841A5" w:rsidRDefault="00233BBF">
      <w:pPr>
        <w:rPr>
          <w:lang w:eastAsia="zh-TW"/>
        </w:rPr>
      </w:pPr>
      <w:r>
        <w:rPr>
          <w:lang w:eastAsia="zh-TW"/>
        </w:rPr>
        <w:t>本文也明確排除幾個範圍。它不是完整的著作權法教科書；不以疫苗分子、軍事</w:t>
      </w:r>
      <w:r>
        <w:rPr>
          <w:lang w:eastAsia="zh-TW"/>
        </w:rPr>
        <w:t>技術或高危險生技作主案例；也</w:t>
      </w:r>
      <w:proofErr w:type="gramStart"/>
      <w:r>
        <w:rPr>
          <w:lang w:eastAsia="zh-TW"/>
        </w:rPr>
        <w:t>不</w:t>
      </w:r>
      <w:proofErr w:type="gramEnd"/>
      <w:r>
        <w:rPr>
          <w:lang w:eastAsia="zh-TW"/>
        </w:rPr>
        <w:t>預設政府使用</w:t>
      </w:r>
      <w:r>
        <w:rPr>
          <w:lang w:eastAsia="zh-TW"/>
        </w:rPr>
        <w:t>RAG</w:t>
      </w:r>
      <w:proofErr w:type="gramStart"/>
      <w:r>
        <w:rPr>
          <w:lang w:eastAsia="zh-TW"/>
        </w:rPr>
        <w:t>即已侵</w:t>
      </w:r>
      <w:proofErr w:type="gramEnd"/>
      <w:r>
        <w:rPr>
          <w:lang w:eastAsia="zh-TW"/>
        </w:rPr>
        <w:t>權。本文測試的是治理能力，而不是先替個案作違法結論。</w:t>
      </w:r>
    </w:p>
    <w:p w:rsidR="002841A5" w:rsidRDefault="00233BBF">
      <w:pPr>
        <w:pStyle w:val="Heading1"/>
        <w:rPr>
          <w:lang w:eastAsia="zh-TW"/>
        </w:rPr>
      </w:pPr>
      <w:r>
        <w:rPr>
          <w:rFonts w:ascii="微軟正黑體" w:eastAsia="微軟正黑體" w:hAnsi="微軟正黑體"/>
          <w:lang w:eastAsia="zh-TW"/>
        </w:rPr>
        <w:t>二、沒有受害者時，為何治理鏈不會啟動？</w:t>
      </w:r>
    </w:p>
    <w:p w:rsidR="002841A5" w:rsidRDefault="00233BBF">
      <w:pPr>
        <w:rPr>
          <w:lang w:eastAsia="zh-TW"/>
        </w:rPr>
      </w:pPr>
      <w:r>
        <w:rPr>
          <w:lang w:eastAsia="zh-TW"/>
        </w:rPr>
        <w:t>公部門最常見的誤解是：資料既然公開可見，似乎就可以被拿來使用。但「看得到」與「可以放進</w:t>
      </w:r>
      <w:r>
        <w:rPr>
          <w:lang w:eastAsia="zh-TW"/>
        </w:rPr>
        <w:t>AI</w:t>
      </w:r>
      <w:r>
        <w:rPr>
          <w:lang w:eastAsia="zh-TW"/>
        </w:rPr>
        <w:t>」是兩件不同的事。網站可被搜尋引擎索引，不等於網站作者已經授權政府把全文下載、切塊、向量化、持續檢索、改寫並對外回答。機關持有一份委託研究報告，也</w:t>
      </w:r>
      <w:proofErr w:type="gramStart"/>
      <w:r>
        <w:rPr>
          <w:lang w:eastAsia="zh-TW"/>
        </w:rPr>
        <w:t>不</w:t>
      </w:r>
      <w:proofErr w:type="gramEnd"/>
      <w:r>
        <w:rPr>
          <w:lang w:eastAsia="zh-TW"/>
        </w:rPr>
        <w:t>必然表示每一個內部單位、每一家供應商，都可把它移作</w:t>
      </w:r>
      <w:r>
        <w:rPr>
          <w:lang w:eastAsia="zh-TW"/>
        </w:rPr>
        <w:t>AI</w:t>
      </w:r>
      <w:r>
        <w:rPr>
          <w:lang w:eastAsia="zh-TW"/>
        </w:rPr>
        <w:t>資料來源。</w:t>
      </w:r>
    </w:p>
    <w:p w:rsidR="002841A5" w:rsidRDefault="00233BBF">
      <w:pPr>
        <w:rPr>
          <w:lang w:eastAsia="zh-TW"/>
        </w:rPr>
      </w:pPr>
      <w:r>
        <w:rPr>
          <w:lang w:eastAsia="zh-TW"/>
        </w:rPr>
        <w:lastRenderedPageBreak/>
        <w:t>困難在於，這種風險在作者尚未抗議以前，通常不會被行政組織當成</w:t>
      </w:r>
      <w:r>
        <w:rPr>
          <w:lang w:eastAsia="zh-TW"/>
        </w:rPr>
        <w:t>一個必須處理的工作。業務單位看見的是效率；資訊單位認為資料由業務提供；採購單位認為契約沒有寫到；法務單位認為事前未送審；供應商則認為機關已保證資料可用。研究機構、國科會、數</w:t>
      </w:r>
      <w:proofErr w:type="gramStart"/>
      <w:r>
        <w:rPr>
          <w:lang w:eastAsia="zh-TW"/>
        </w:rPr>
        <w:t>發部與目的</w:t>
      </w:r>
      <w:proofErr w:type="gramEnd"/>
      <w:r>
        <w:rPr>
          <w:lang w:eastAsia="zh-TW"/>
        </w:rPr>
        <w:t>事業主管機關，也可能各自認為問題落在別人的業務邊界。</w:t>
      </w:r>
    </w:p>
    <w:p w:rsidR="002841A5" w:rsidRDefault="00233BBF">
      <w:pPr>
        <w:rPr>
          <w:lang w:eastAsia="zh-TW"/>
        </w:rPr>
      </w:pPr>
      <w:r>
        <w:rPr>
          <w:sz w:val="20"/>
          <w:lang w:eastAsia="zh-TW"/>
        </w:rPr>
        <w:t>這不是任何單一機關特別怠惰，而是典型的「多手政府」（九頭蛇式責任推移僅為讀者比喻）：每一個頭都能說出部分正確的理由，卻沒有任何</w:t>
      </w:r>
      <w:proofErr w:type="gramStart"/>
      <w:r>
        <w:rPr>
          <w:sz w:val="20"/>
          <w:lang w:eastAsia="zh-TW"/>
        </w:rPr>
        <w:t>一</w:t>
      </w:r>
      <w:proofErr w:type="gramEnd"/>
      <w:r>
        <w:rPr>
          <w:sz w:val="20"/>
          <w:lang w:eastAsia="zh-TW"/>
        </w:rPr>
        <w:t>個頭被要求在爭議發生前承擔完整的處理責任。於是，沒有受害者現身時，權利來源責任鏈在行政上便被視為「尚未有必要啟動」。</w:t>
      </w:r>
    </w:p>
    <w:p w:rsidR="002841A5" w:rsidRDefault="00233BBF">
      <w:pPr>
        <w:rPr>
          <w:lang w:eastAsia="zh-TW"/>
        </w:rPr>
      </w:pPr>
      <w:r>
        <w:rPr>
          <w:lang w:eastAsia="zh-TW"/>
        </w:rPr>
        <w:t>本文的核心命題因此是：若一套</w:t>
      </w:r>
      <w:r>
        <w:rPr>
          <w:lang w:eastAsia="zh-TW"/>
        </w:rPr>
        <w:t>A</w:t>
      </w:r>
      <w:r>
        <w:rPr>
          <w:lang w:eastAsia="zh-TW"/>
        </w:rPr>
        <w:t>I</w:t>
      </w:r>
      <w:r>
        <w:rPr>
          <w:lang w:eastAsia="zh-TW"/>
        </w:rPr>
        <w:t>治理制度只能在作者提出侵權主張後，才第一次辨認資料有權利人、才開始尋找能停止的人，它不是事前治理；它只是事後爭議發生後的責任分配。</w:t>
      </w:r>
    </w:p>
    <w:p w:rsidR="002841A5" w:rsidRDefault="00233BBF">
      <w:pPr>
        <w:spacing w:before="160" w:after="60"/>
        <w:rPr>
          <w:lang w:eastAsia="zh-TW"/>
        </w:rPr>
      </w:pPr>
      <w:r>
        <w:rPr>
          <w:b/>
          <w:sz w:val="20"/>
          <w:lang w:eastAsia="zh-TW"/>
        </w:rPr>
        <w:t>表</w:t>
      </w:r>
      <w:r>
        <w:rPr>
          <w:b/>
          <w:sz w:val="20"/>
          <w:lang w:eastAsia="zh-TW"/>
        </w:rPr>
        <w:t>1</w:t>
      </w:r>
      <w:r>
        <w:rPr>
          <w:b/>
          <w:sz w:val="20"/>
          <w:lang w:eastAsia="zh-TW"/>
        </w:rPr>
        <w:t xml:space="preserve">　既有討論的制度碎片與第十八篇所處理的接合缺口</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已被討論的問題</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主要討論者／材料</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尚未被接起來的部分</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AI</w:t>
            </w:r>
            <w:r>
              <w:rPr>
                <w:sz w:val="18"/>
                <w:lang w:eastAsia="zh-TW"/>
              </w:rPr>
              <w:t>訓練資料是否應授權、合理使用、透明、退出、補償</w:t>
            </w:r>
          </w:p>
        </w:tc>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智財局與著作權研究</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尚未推到「政府</w:t>
            </w:r>
            <w:r>
              <w:rPr>
                <w:sz w:val="18"/>
                <w:lang w:eastAsia="zh-TW"/>
              </w:rPr>
              <w:t>RAG</w:t>
            </w:r>
            <w:r>
              <w:rPr>
                <w:sz w:val="18"/>
                <w:lang w:eastAsia="zh-TW"/>
              </w:rPr>
              <w:t>採購上線前，誰應提出資料來源證據」。</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資料來源可追溯、第三方授權、資料生命週期與存取控制</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資策會科法所介紹的日本</w:t>
            </w:r>
            <w:r>
              <w:rPr>
                <w:sz w:val="18"/>
                <w:lang w:eastAsia="zh-TW"/>
              </w:rPr>
              <w:t>CAIO</w:t>
            </w:r>
            <w:r>
              <w:rPr>
                <w:sz w:val="18"/>
                <w:lang w:eastAsia="zh-TW"/>
              </w:rPr>
              <w:t>指引</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主要是企業資料治理，未指定公部門採購、驗收與救濟責任。</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政府資訊採購的需求規格、履約爭議與軟體</w:t>
            </w:r>
            <w:r>
              <w:rPr>
                <w:sz w:val="18"/>
                <w:lang w:eastAsia="zh-TW"/>
              </w:rPr>
              <w:t>IP</w:t>
            </w:r>
            <w:r>
              <w:rPr>
                <w:sz w:val="18"/>
                <w:lang w:eastAsia="zh-TW"/>
              </w:rPr>
              <w:t>歸屬</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資策會科法所長期討論</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原本處理資訊服務採購，尚未面對生成式</w:t>
            </w:r>
            <w:r>
              <w:rPr>
                <w:sz w:val="18"/>
                <w:lang w:eastAsia="zh-TW"/>
              </w:rPr>
              <w:t>AI</w:t>
            </w:r>
            <w:r>
              <w:rPr>
                <w:sz w:val="18"/>
                <w:lang w:eastAsia="zh-TW"/>
              </w:rPr>
              <w:t>資料來源、</w:t>
            </w:r>
            <w:r>
              <w:rPr>
                <w:sz w:val="18"/>
                <w:lang w:eastAsia="zh-TW"/>
              </w:rPr>
              <w:t>RAG</w:t>
            </w:r>
            <w:r>
              <w:rPr>
                <w:sz w:val="18"/>
                <w:lang w:eastAsia="zh-TW"/>
              </w:rPr>
              <w:t>與停止機制。</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跨部會</w:t>
            </w:r>
            <w:r>
              <w:rPr>
                <w:sz w:val="18"/>
                <w:lang w:eastAsia="zh-TW"/>
              </w:rPr>
              <w:t>AI</w:t>
            </w:r>
            <w:r>
              <w:rPr>
                <w:sz w:val="18"/>
                <w:lang w:eastAsia="zh-TW"/>
              </w:rPr>
              <w:t>治理、主管機關權責與升級處理</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AI</w:t>
            </w:r>
            <w:r>
              <w:rPr>
                <w:sz w:val="18"/>
                <w:lang w:eastAsia="zh-TW"/>
              </w:rPr>
              <w:t>基本法與數位治理討論</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大多停在制度架構，尚未形成可拒絕上線的共同證據門檻。</w:t>
            </w:r>
          </w:p>
        </w:tc>
      </w:tr>
    </w:tbl>
    <w:p w:rsidR="002841A5" w:rsidRDefault="00233BBF">
      <w:pPr>
        <w:spacing w:before="60" w:after="120"/>
        <w:rPr>
          <w:lang w:eastAsia="zh-TW"/>
        </w:rPr>
      </w:pPr>
      <w:r>
        <w:rPr>
          <w:sz w:val="20"/>
          <w:lang w:eastAsia="zh-TW"/>
        </w:rPr>
        <w:t>本文的貢獻不是取代上述工具，而是要求它們在同一</w:t>
      </w:r>
      <w:proofErr w:type="gramStart"/>
      <w:r>
        <w:rPr>
          <w:sz w:val="20"/>
          <w:lang w:eastAsia="zh-TW"/>
        </w:rPr>
        <w:t>個</w:t>
      </w:r>
      <w:proofErr w:type="gramEnd"/>
      <w:r>
        <w:rPr>
          <w:sz w:val="20"/>
          <w:lang w:eastAsia="zh-TW"/>
        </w:rPr>
        <w:t>政府</w:t>
      </w:r>
      <w:r>
        <w:rPr>
          <w:sz w:val="20"/>
          <w:lang w:eastAsia="zh-TW"/>
        </w:rPr>
        <w:t>AI</w:t>
      </w:r>
      <w:r>
        <w:rPr>
          <w:sz w:val="20"/>
          <w:lang w:eastAsia="zh-TW"/>
        </w:rPr>
        <w:t>上線節點被接合為可作成</w:t>
      </w:r>
      <w:r>
        <w:rPr>
          <w:sz w:val="20"/>
          <w:lang w:eastAsia="zh-TW"/>
        </w:rPr>
        <w:t>Go</w:t>
      </w:r>
      <w:r>
        <w:rPr>
          <w:sz w:val="20"/>
          <w:lang w:eastAsia="zh-TW"/>
        </w:rPr>
        <w:t>、</w:t>
      </w:r>
      <w:r>
        <w:rPr>
          <w:sz w:val="20"/>
          <w:lang w:eastAsia="zh-TW"/>
        </w:rPr>
        <w:t>Conditional</w:t>
      </w:r>
      <w:r>
        <w:rPr>
          <w:sz w:val="20"/>
          <w:lang w:eastAsia="zh-TW"/>
        </w:rPr>
        <w:t>或</w:t>
      </w:r>
      <w:r>
        <w:rPr>
          <w:sz w:val="20"/>
          <w:lang w:eastAsia="zh-TW"/>
        </w:rPr>
        <w:t>No-Go</w:t>
      </w:r>
      <w:r>
        <w:rPr>
          <w:sz w:val="20"/>
          <w:lang w:eastAsia="zh-TW"/>
        </w:rPr>
        <w:t>判定的證據。</w:t>
      </w:r>
    </w:p>
    <w:p w:rsidR="002841A5" w:rsidRDefault="00233BBF">
      <w:pPr>
        <w:spacing w:before="160" w:after="60"/>
        <w:rPr>
          <w:lang w:eastAsia="zh-TW"/>
        </w:rPr>
      </w:pPr>
      <w:r>
        <w:rPr>
          <w:b/>
          <w:sz w:val="20"/>
          <w:lang w:eastAsia="zh-TW"/>
        </w:rPr>
        <w:t>表</w:t>
      </w:r>
      <w:r>
        <w:rPr>
          <w:b/>
          <w:sz w:val="20"/>
          <w:lang w:eastAsia="zh-TW"/>
        </w:rPr>
        <w:t>2</w:t>
      </w:r>
      <w:r>
        <w:rPr>
          <w:b/>
          <w:sz w:val="20"/>
          <w:lang w:eastAsia="zh-TW"/>
        </w:rPr>
        <w:t xml:space="preserve">　多手政府：政府</w:t>
      </w:r>
      <w:r>
        <w:rPr>
          <w:b/>
          <w:sz w:val="20"/>
          <w:lang w:eastAsia="zh-TW"/>
        </w:rPr>
        <w:t>AI</w:t>
      </w:r>
      <w:r>
        <w:rPr>
          <w:b/>
          <w:sz w:val="20"/>
          <w:lang w:eastAsia="zh-TW"/>
        </w:rPr>
        <w:t>權利來源責任鏈的既有位置與斷裂點</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行動者</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現有位置／工具</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典型推諉與斷裂點</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r>
              <w:rPr>
                <w:sz w:val="18"/>
              </w:rPr>
              <w:t>業務單位</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提出使用目的、提供資料與委託研究成果</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以效率或資料已取得為由，未確認</w:t>
            </w:r>
            <w:r>
              <w:rPr>
                <w:sz w:val="18"/>
                <w:lang w:eastAsia="zh-TW"/>
              </w:rPr>
              <w:t>AI</w:t>
            </w:r>
            <w:r>
              <w:rPr>
                <w:sz w:val="18"/>
                <w:lang w:eastAsia="zh-TW"/>
              </w:rPr>
              <w:t>處理及跨目的使用範圍。</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資訊單位</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建置、維運或協助採購系統</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有技術責任，卻通常無權判斷著作</w:t>
            </w:r>
            <w:r>
              <w:rPr>
                <w:sz w:val="18"/>
                <w:lang w:eastAsia="zh-TW"/>
              </w:rPr>
              <w:lastRenderedPageBreak/>
              <w:t>權、用途或拒絕業務需求。</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lastRenderedPageBreak/>
              <w:t>採購單位</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RFP</w:t>
            </w:r>
            <w:r>
              <w:rPr>
                <w:sz w:val="18"/>
                <w:lang w:eastAsia="zh-TW"/>
              </w:rPr>
              <w:t>、契約與驗收程序</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若需求文件未寫入授權、保存與停止義務，只能說契約未約定。</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法制／智財單位</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提供法律意見、協助爭議處理</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若未被提早送審，容易在爭議後才進入個案判斷。</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供應商</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切塊、向量化、檢索、快取與系統交付</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以機關提供資料或保證可用為由，不承接原始權利條件。</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中央政策與研究機構</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原則、手冊、研究成果規範與契約範本</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各自提供制度零件，卻通常不對單一地方採購案作</w:t>
            </w:r>
            <w:r>
              <w:rPr>
                <w:sz w:val="18"/>
                <w:lang w:eastAsia="zh-TW"/>
              </w:rPr>
              <w:t>Go</w:t>
            </w:r>
            <w:r>
              <w:rPr>
                <w:sz w:val="18"/>
                <w:lang w:eastAsia="zh-TW"/>
              </w:rPr>
              <w:t>／</w:t>
            </w:r>
            <w:r>
              <w:rPr>
                <w:sz w:val="18"/>
                <w:lang w:eastAsia="zh-TW"/>
              </w:rPr>
              <w:t>No-Go</w:t>
            </w:r>
            <w:r>
              <w:rPr>
                <w:sz w:val="18"/>
                <w:lang w:eastAsia="zh-TW"/>
              </w:rPr>
              <w:t>判定。</w:t>
            </w:r>
          </w:p>
        </w:tc>
      </w:tr>
    </w:tbl>
    <w:p w:rsidR="002841A5" w:rsidRDefault="00233BBF">
      <w:pPr>
        <w:pStyle w:val="Heading1"/>
        <w:rPr>
          <w:lang w:eastAsia="zh-TW"/>
        </w:rPr>
      </w:pPr>
      <w:r>
        <w:rPr>
          <w:rFonts w:ascii="微軟正黑體" w:eastAsia="微軟正黑體" w:hAnsi="微軟正黑體"/>
          <w:lang w:eastAsia="zh-TW"/>
        </w:rPr>
        <w:t>三、壓力測試情境：當學者研究變成地方政府</w:t>
      </w:r>
      <w:r>
        <w:rPr>
          <w:rFonts w:ascii="微軟正黑體" w:eastAsia="微軟正黑體" w:hAnsi="微軟正黑體"/>
          <w:lang w:eastAsia="zh-TW"/>
        </w:rPr>
        <w:t>AI</w:t>
      </w:r>
      <w:r>
        <w:rPr>
          <w:rFonts w:ascii="微軟正黑體" w:eastAsia="微軟正黑體" w:hAnsi="微軟正黑體"/>
          <w:lang w:eastAsia="zh-TW"/>
        </w:rPr>
        <w:t>的背景知識</w:t>
      </w:r>
    </w:p>
    <w:p w:rsidR="002841A5" w:rsidRDefault="00233BBF">
      <w:pPr>
        <w:rPr>
          <w:lang w:eastAsia="zh-TW"/>
        </w:rPr>
      </w:pPr>
      <w:r>
        <w:rPr>
          <w:lang w:eastAsia="zh-TW"/>
        </w:rPr>
        <w:t>本文採用單一模擬案例一路推演，而不以大量零碎案例堆砌。某地方政府為因應政策研究資料分散、民眾問答耗時的困難，採購一套「政策研究與公共問答</w:t>
      </w:r>
      <w:r>
        <w:rPr>
          <w:lang w:eastAsia="zh-TW"/>
        </w:rPr>
        <w:t>AI</w:t>
      </w:r>
      <w:r>
        <w:rPr>
          <w:lang w:eastAsia="zh-TW"/>
        </w:rPr>
        <w:t>助理」。資料來源包括：本機關委託研究報告、學者公開網站的工作論文、研討會簡報、機關</w:t>
      </w:r>
      <w:r>
        <w:rPr>
          <w:lang w:eastAsia="zh-TW"/>
        </w:rPr>
        <w:t>FAQ</w:t>
      </w:r>
      <w:r>
        <w:rPr>
          <w:lang w:eastAsia="zh-TW"/>
        </w:rPr>
        <w:t>、政策文件與開放資料。供應商將文件切塊，轉為向量</w:t>
      </w:r>
      <w:r>
        <w:rPr>
          <w:lang w:eastAsia="zh-TW"/>
        </w:rPr>
        <w:t>嵌入，建置可檢索的知識庫；系統先供內部摘要使用，試行成功後再對外回答民眾問題。</w:t>
      </w:r>
    </w:p>
    <w:p w:rsidR="002841A5" w:rsidRDefault="00233BBF">
      <w:pPr>
        <w:rPr>
          <w:lang w:eastAsia="zh-TW"/>
        </w:rPr>
      </w:pPr>
      <w:r>
        <w:rPr>
          <w:lang w:eastAsia="zh-TW"/>
        </w:rPr>
        <w:t>RAG</w:t>
      </w:r>
      <w:r>
        <w:rPr>
          <w:lang w:eastAsia="zh-TW"/>
        </w:rPr>
        <w:t>的技術特質，使問題不再只是「有沒有下載一份</w:t>
      </w:r>
      <w:r>
        <w:rPr>
          <w:lang w:eastAsia="zh-TW"/>
        </w:rPr>
        <w:t>PDF</w:t>
      </w:r>
      <w:r>
        <w:rPr>
          <w:lang w:eastAsia="zh-TW"/>
        </w:rPr>
        <w:t>」。文件被切成片段後，作者姓名、書名、段落脈絡與原本的使用限制，往往不再隨每一個片段被保留；向量化與</w:t>
      </w:r>
      <w:proofErr w:type="gramStart"/>
      <w:r>
        <w:rPr>
          <w:lang w:eastAsia="zh-TW"/>
        </w:rPr>
        <w:t>快取又使</w:t>
      </w:r>
      <w:proofErr w:type="gramEnd"/>
      <w:r>
        <w:rPr>
          <w:lang w:eastAsia="zh-TW"/>
        </w:rPr>
        <w:t>承辦人很難直觀看見內容仍保存於何處。這些行為在個別法制上是否必然構成重製、改作或其他著作權利用，仍須依事實與法律判斷；但從治理角度看，它已足以造成來源失落與責任難以追溯的風險。</w:t>
      </w:r>
    </w:p>
    <w:p w:rsidR="002841A5" w:rsidRDefault="00233BBF">
      <w:pPr>
        <w:rPr>
          <w:lang w:eastAsia="zh-TW"/>
        </w:rPr>
      </w:pPr>
      <w:r>
        <w:rPr>
          <w:sz w:val="20"/>
          <w:lang w:eastAsia="zh-TW"/>
        </w:rPr>
        <w:t>數月後，一位學者發現系統多次產出與其研究架構高度相近的政策說明，卻沒有作者姓名、連結或出處。</w:t>
      </w:r>
      <w:r>
        <w:rPr>
          <w:sz w:val="20"/>
          <w:lang w:eastAsia="zh-TW"/>
        </w:rPr>
        <w:t>此時他甚至不容易指出「是哪一段」被使用：完整文章可能已被拆解，輸出內容也</w:t>
      </w:r>
      <w:proofErr w:type="gramStart"/>
      <w:r>
        <w:rPr>
          <w:sz w:val="20"/>
          <w:lang w:eastAsia="zh-TW"/>
        </w:rPr>
        <w:t>未逐</w:t>
      </w:r>
      <w:proofErr w:type="gramEnd"/>
      <w:r>
        <w:rPr>
          <w:sz w:val="20"/>
          <w:lang w:eastAsia="zh-TW"/>
        </w:rPr>
        <w:t>字重現。機關於是展開追查，但每</w:t>
      </w:r>
      <w:proofErr w:type="gramStart"/>
      <w:r>
        <w:rPr>
          <w:sz w:val="20"/>
          <w:lang w:eastAsia="zh-TW"/>
        </w:rPr>
        <w:t>個</w:t>
      </w:r>
      <w:proofErr w:type="gramEnd"/>
      <w:r>
        <w:rPr>
          <w:sz w:val="20"/>
          <w:lang w:eastAsia="zh-TW"/>
        </w:rPr>
        <w:t>環節都出現相同答覆：資料是公開的、資料是業務給的、系統由廠商做的、契約沒寫、法務未審。這正是壓力測試要呈現的斷裂。</w:t>
      </w:r>
      <w:r>
        <w:rPr>
          <w:sz w:val="20"/>
          <w:lang w:eastAsia="zh-TW"/>
        </w:rPr>
        <w:t xml:space="preserve"> </w:t>
      </w:r>
      <w:r>
        <w:rPr>
          <w:sz w:val="20"/>
          <w:lang w:eastAsia="zh-TW"/>
        </w:rPr>
        <w:t>這裡的高度相近只構成必須啟動來源查核、保全與說明的治理警訊；是否侵害著作權，仍須由法院依個案事實與法律認定。</w:t>
      </w:r>
    </w:p>
    <w:p w:rsidR="002841A5" w:rsidRDefault="00233BBF">
      <w:pPr>
        <w:pStyle w:val="Heading1"/>
        <w:rPr>
          <w:lang w:eastAsia="zh-TW"/>
        </w:rPr>
      </w:pPr>
      <w:r>
        <w:rPr>
          <w:rFonts w:ascii="微軟正黑體" w:eastAsia="微軟正黑體" w:hAnsi="微軟正黑體"/>
          <w:lang w:eastAsia="zh-TW"/>
        </w:rPr>
        <w:lastRenderedPageBreak/>
        <w:t>四、公共</w:t>
      </w:r>
      <w:r>
        <w:rPr>
          <w:rFonts w:ascii="微軟正黑體" w:eastAsia="微軟正黑體" w:hAnsi="微軟正黑體"/>
          <w:lang w:eastAsia="zh-TW"/>
        </w:rPr>
        <w:t>AI</w:t>
      </w:r>
      <w:r>
        <w:rPr>
          <w:rFonts w:ascii="微軟正黑體" w:eastAsia="微軟正黑體" w:hAnsi="微軟正黑體"/>
          <w:lang w:eastAsia="zh-TW"/>
        </w:rPr>
        <w:t>權利來源證據審查模組</w:t>
      </w:r>
    </w:p>
    <w:p w:rsidR="002841A5" w:rsidRDefault="00233BBF">
      <w:pPr>
        <w:pStyle w:val="Heading2"/>
        <w:rPr>
          <w:lang w:eastAsia="zh-TW"/>
        </w:rPr>
      </w:pPr>
      <w:r>
        <w:rPr>
          <w:rFonts w:ascii="微軟正黑體" w:eastAsia="微軟正黑體" w:hAnsi="微軟正黑體"/>
          <w:lang w:eastAsia="zh-TW"/>
        </w:rPr>
        <w:t>（一）從「誰創作什麼」開始</w:t>
      </w:r>
    </w:p>
    <w:p w:rsidR="002841A5" w:rsidRDefault="00233BBF">
      <w:pPr>
        <w:rPr>
          <w:lang w:eastAsia="zh-TW"/>
        </w:rPr>
      </w:pPr>
      <w:r>
        <w:rPr>
          <w:lang w:eastAsia="zh-TW"/>
        </w:rPr>
        <w:t>一個可運作的模組，首先不應問「這份資料是否可用」；它應問得更白話：誰創作或提供了什麼？誰對它具有何種權利？誰允許政府在</w:t>
      </w:r>
      <w:r>
        <w:rPr>
          <w:lang w:eastAsia="zh-TW"/>
        </w:rPr>
        <w:t>AI</w:t>
      </w:r>
      <w:r>
        <w:rPr>
          <w:lang w:eastAsia="zh-TW"/>
        </w:rPr>
        <w:t>系統中使用？使用可以走到哪一步？如果作者不同意，誰能停？這五句話是資料履歷的最小單位。</w:t>
      </w:r>
    </w:p>
    <w:p w:rsidR="002841A5" w:rsidRDefault="00233BBF">
      <w:pPr>
        <w:pStyle w:val="Heading2"/>
        <w:rPr>
          <w:lang w:eastAsia="zh-TW"/>
        </w:rPr>
      </w:pPr>
      <w:r>
        <w:rPr>
          <w:rFonts w:ascii="微軟正黑體" w:eastAsia="微軟正黑體" w:hAnsi="微軟正黑體"/>
          <w:lang w:eastAsia="zh-TW"/>
        </w:rPr>
        <w:t>（二）四級授權層級</w:t>
      </w:r>
    </w:p>
    <w:p w:rsidR="002841A5" w:rsidRDefault="00233BBF">
      <w:pPr>
        <w:spacing w:after="120" w:line="317" w:lineRule="auto"/>
        <w:rPr>
          <w:lang w:eastAsia="zh-TW"/>
        </w:rPr>
      </w:pPr>
      <w:r>
        <w:rPr>
          <w:b/>
          <w:sz w:val="20"/>
          <w:lang w:eastAsia="zh-TW"/>
        </w:rPr>
        <w:t>表</w:t>
      </w:r>
      <w:r>
        <w:rPr>
          <w:b/>
          <w:sz w:val="20"/>
          <w:lang w:eastAsia="zh-TW"/>
        </w:rPr>
        <w:t>3</w:t>
      </w:r>
      <w:r>
        <w:rPr>
          <w:b/>
          <w:sz w:val="20"/>
          <w:lang w:eastAsia="zh-TW"/>
        </w:rPr>
        <w:t xml:space="preserve">　政府</w:t>
      </w:r>
      <w:r>
        <w:rPr>
          <w:b/>
          <w:sz w:val="20"/>
          <w:lang w:eastAsia="zh-TW"/>
        </w:rPr>
        <w:t>AI</w:t>
      </w:r>
      <w:r>
        <w:rPr>
          <w:b/>
          <w:sz w:val="20"/>
          <w:lang w:eastAsia="zh-TW"/>
        </w:rPr>
        <w:t>資料使用的四級授權層級</w:t>
      </w:r>
    </w:p>
    <w:tbl>
      <w:tblPr>
        <w:tblStyle w:val="TableGrid"/>
        <w:tblW w:w="0" w:type="auto"/>
        <w:jc w:val="center"/>
        <w:tblLayout w:type="fixed"/>
        <w:tblLook w:val="04A0" w:firstRow="1" w:lastRow="0" w:firstColumn="1" w:lastColumn="0" w:noHBand="0" w:noVBand="1"/>
      </w:tblPr>
      <w:tblGrid>
        <w:gridCol w:w="1656"/>
        <w:gridCol w:w="3528"/>
        <w:gridCol w:w="4176"/>
      </w:tblGrid>
      <w:tr w:rsidR="002841A5">
        <w:trPr>
          <w:jc w:val="center"/>
        </w:trPr>
        <w:tc>
          <w:tcPr>
            <w:tcW w:w="1656" w:type="dxa"/>
            <w:shd w:val="clear" w:color="auto" w:fill="E8EEF5"/>
            <w:vAlign w:val="center"/>
          </w:tcPr>
          <w:p w:rsidR="002841A5" w:rsidRDefault="00233BBF">
            <w:pPr>
              <w:spacing w:after="40"/>
            </w:pPr>
            <w:proofErr w:type="spellStart"/>
            <w:r>
              <w:rPr>
                <w:b/>
                <w:color w:val="0B2545"/>
                <w:sz w:val="20"/>
              </w:rPr>
              <w:t>層級</w:t>
            </w:r>
            <w:proofErr w:type="spellEnd"/>
          </w:p>
        </w:tc>
        <w:tc>
          <w:tcPr>
            <w:tcW w:w="3528" w:type="dxa"/>
            <w:shd w:val="clear" w:color="auto" w:fill="E8EEF5"/>
            <w:vAlign w:val="center"/>
          </w:tcPr>
          <w:p w:rsidR="002841A5" w:rsidRDefault="00233BBF">
            <w:pPr>
              <w:spacing w:after="40"/>
            </w:pPr>
            <w:r>
              <w:rPr>
                <w:b/>
                <w:color w:val="0B2545"/>
                <w:sz w:val="20"/>
              </w:rPr>
              <w:t>可做的事</w:t>
            </w:r>
          </w:p>
        </w:tc>
        <w:tc>
          <w:tcPr>
            <w:tcW w:w="4176" w:type="dxa"/>
            <w:shd w:val="clear" w:color="auto" w:fill="E8EEF5"/>
            <w:vAlign w:val="center"/>
          </w:tcPr>
          <w:p w:rsidR="002841A5" w:rsidRDefault="00233BBF">
            <w:pPr>
              <w:spacing w:after="40"/>
            </w:pPr>
            <w:r>
              <w:rPr>
                <w:b/>
                <w:color w:val="0B2545"/>
                <w:sz w:val="20"/>
              </w:rPr>
              <w:t>治理意義</w:t>
            </w:r>
          </w:p>
        </w:tc>
      </w:tr>
      <w:tr w:rsidR="002841A5">
        <w:trPr>
          <w:jc w:val="center"/>
        </w:trPr>
        <w:tc>
          <w:tcPr>
            <w:tcW w:w="1656" w:type="dxa"/>
            <w:vAlign w:val="center"/>
          </w:tcPr>
          <w:p w:rsidR="002841A5" w:rsidRDefault="00233BBF">
            <w:pPr>
              <w:spacing w:after="40" w:line="276" w:lineRule="auto"/>
            </w:pPr>
            <w:r>
              <w:rPr>
                <w:sz w:val="19"/>
              </w:rPr>
              <w:t>Level 0</w:t>
            </w:r>
          </w:p>
        </w:tc>
        <w:tc>
          <w:tcPr>
            <w:tcW w:w="3528" w:type="dxa"/>
            <w:vAlign w:val="center"/>
          </w:tcPr>
          <w:p w:rsidR="002841A5" w:rsidRDefault="00233BBF">
            <w:pPr>
              <w:spacing w:after="40" w:line="276" w:lineRule="auto"/>
              <w:rPr>
                <w:lang w:eastAsia="zh-TW"/>
              </w:rPr>
            </w:pPr>
            <w:r>
              <w:rPr>
                <w:sz w:val="19"/>
                <w:lang w:eastAsia="zh-TW"/>
              </w:rPr>
              <w:t>機關內部閱覽或一般業務使用</w:t>
            </w:r>
          </w:p>
        </w:tc>
        <w:tc>
          <w:tcPr>
            <w:tcW w:w="4176" w:type="dxa"/>
            <w:vAlign w:val="center"/>
          </w:tcPr>
          <w:p w:rsidR="002841A5" w:rsidRDefault="00233BBF">
            <w:pPr>
              <w:spacing w:after="40" w:line="276" w:lineRule="auto"/>
              <w:rPr>
                <w:lang w:eastAsia="zh-TW"/>
              </w:rPr>
            </w:pPr>
            <w:r>
              <w:rPr>
                <w:sz w:val="19"/>
                <w:lang w:eastAsia="zh-TW"/>
              </w:rPr>
              <w:t>取得文件不等於取得</w:t>
            </w:r>
            <w:r>
              <w:rPr>
                <w:sz w:val="19"/>
                <w:lang w:eastAsia="zh-TW"/>
              </w:rPr>
              <w:t>AI</w:t>
            </w:r>
            <w:r>
              <w:rPr>
                <w:sz w:val="19"/>
                <w:lang w:eastAsia="zh-TW"/>
              </w:rPr>
              <w:t>處理權。</w:t>
            </w:r>
          </w:p>
        </w:tc>
      </w:tr>
      <w:tr w:rsidR="002841A5">
        <w:trPr>
          <w:jc w:val="center"/>
        </w:trPr>
        <w:tc>
          <w:tcPr>
            <w:tcW w:w="1656" w:type="dxa"/>
            <w:vAlign w:val="center"/>
          </w:tcPr>
          <w:p w:rsidR="002841A5" w:rsidRDefault="00233BBF">
            <w:pPr>
              <w:spacing w:after="40" w:line="276" w:lineRule="auto"/>
            </w:pPr>
            <w:r>
              <w:rPr>
                <w:sz w:val="19"/>
              </w:rPr>
              <w:t>Level 1</w:t>
            </w:r>
          </w:p>
        </w:tc>
        <w:tc>
          <w:tcPr>
            <w:tcW w:w="3528" w:type="dxa"/>
            <w:vAlign w:val="center"/>
          </w:tcPr>
          <w:p w:rsidR="002841A5" w:rsidRDefault="00233BBF">
            <w:pPr>
              <w:spacing w:after="40" w:line="276" w:lineRule="auto"/>
              <w:rPr>
                <w:lang w:eastAsia="zh-TW"/>
              </w:rPr>
            </w:pPr>
            <w:r>
              <w:rPr>
                <w:sz w:val="19"/>
                <w:lang w:eastAsia="zh-TW"/>
              </w:rPr>
              <w:t>內部</w:t>
            </w:r>
            <w:r>
              <w:rPr>
                <w:sz w:val="19"/>
                <w:lang w:eastAsia="zh-TW"/>
              </w:rPr>
              <w:t>RAG</w:t>
            </w:r>
            <w:r>
              <w:rPr>
                <w:sz w:val="19"/>
                <w:lang w:eastAsia="zh-TW"/>
              </w:rPr>
              <w:t>切塊、向量化與檢索</w:t>
            </w:r>
          </w:p>
        </w:tc>
        <w:tc>
          <w:tcPr>
            <w:tcW w:w="4176" w:type="dxa"/>
            <w:vAlign w:val="center"/>
          </w:tcPr>
          <w:p w:rsidR="002841A5" w:rsidRDefault="00233BBF">
            <w:pPr>
              <w:spacing w:after="40" w:line="276" w:lineRule="auto"/>
              <w:rPr>
                <w:lang w:eastAsia="zh-TW"/>
              </w:rPr>
            </w:pPr>
            <w:r>
              <w:rPr>
                <w:sz w:val="19"/>
                <w:lang w:eastAsia="zh-TW"/>
              </w:rPr>
              <w:t>需確認可否複製、保存、交由供應商處理。</w:t>
            </w:r>
          </w:p>
        </w:tc>
      </w:tr>
      <w:tr w:rsidR="002841A5">
        <w:trPr>
          <w:jc w:val="center"/>
        </w:trPr>
        <w:tc>
          <w:tcPr>
            <w:tcW w:w="1656" w:type="dxa"/>
            <w:vAlign w:val="center"/>
          </w:tcPr>
          <w:p w:rsidR="002841A5" w:rsidRDefault="00233BBF">
            <w:pPr>
              <w:spacing w:after="40" w:line="276" w:lineRule="auto"/>
            </w:pPr>
            <w:r>
              <w:rPr>
                <w:sz w:val="19"/>
              </w:rPr>
              <w:t>Level 2</w:t>
            </w:r>
          </w:p>
        </w:tc>
        <w:tc>
          <w:tcPr>
            <w:tcW w:w="3528" w:type="dxa"/>
            <w:vAlign w:val="center"/>
          </w:tcPr>
          <w:p w:rsidR="002841A5" w:rsidRDefault="00233BBF">
            <w:pPr>
              <w:spacing w:after="40" w:line="276" w:lineRule="auto"/>
              <w:rPr>
                <w:lang w:eastAsia="zh-TW"/>
              </w:rPr>
            </w:pPr>
            <w:r>
              <w:rPr>
                <w:sz w:val="19"/>
                <w:lang w:eastAsia="zh-TW"/>
              </w:rPr>
              <w:t>對外</w:t>
            </w:r>
            <w:r>
              <w:rPr>
                <w:sz w:val="19"/>
                <w:lang w:eastAsia="zh-TW"/>
              </w:rPr>
              <w:t>AI</w:t>
            </w:r>
            <w:r>
              <w:rPr>
                <w:sz w:val="19"/>
                <w:lang w:eastAsia="zh-TW"/>
              </w:rPr>
              <w:t>改寫與公共回答</w:t>
            </w:r>
          </w:p>
        </w:tc>
        <w:tc>
          <w:tcPr>
            <w:tcW w:w="4176" w:type="dxa"/>
            <w:vAlign w:val="center"/>
          </w:tcPr>
          <w:p w:rsidR="002841A5" w:rsidRDefault="00233BBF">
            <w:pPr>
              <w:spacing w:after="40" w:line="276" w:lineRule="auto"/>
              <w:rPr>
                <w:lang w:eastAsia="zh-TW"/>
              </w:rPr>
            </w:pPr>
            <w:r>
              <w:rPr>
                <w:sz w:val="19"/>
                <w:lang w:eastAsia="zh-TW"/>
              </w:rPr>
              <w:t>需處理來源標示、姓名表示、輸出界線與誤導風險。</w:t>
            </w:r>
          </w:p>
        </w:tc>
      </w:tr>
      <w:tr w:rsidR="002841A5">
        <w:trPr>
          <w:jc w:val="center"/>
        </w:trPr>
        <w:tc>
          <w:tcPr>
            <w:tcW w:w="1656" w:type="dxa"/>
            <w:vAlign w:val="center"/>
          </w:tcPr>
          <w:p w:rsidR="002841A5" w:rsidRDefault="00233BBF">
            <w:pPr>
              <w:spacing w:after="40" w:line="276" w:lineRule="auto"/>
            </w:pPr>
            <w:r>
              <w:rPr>
                <w:sz w:val="19"/>
              </w:rPr>
              <w:t>Level 3</w:t>
            </w:r>
          </w:p>
        </w:tc>
        <w:tc>
          <w:tcPr>
            <w:tcW w:w="3528" w:type="dxa"/>
            <w:vAlign w:val="center"/>
          </w:tcPr>
          <w:p w:rsidR="002841A5" w:rsidRDefault="00233BBF">
            <w:pPr>
              <w:spacing w:after="40" w:line="276" w:lineRule="auto"/>
              <w:rPr>
                <w:lang w:eastAsia="zh-TW"/>
              </w:rPr>
            </w:pPr>
            <w:r>
              <w:rPr>
                <w:sz w:val="19"/>
                <w:lang w:eastAsia="zh-TW"/>
              </w:rPr>
              <w:t>模型訓練、微調或再利用</w:t>
            </w:r>
          </w:p>
        </w:tc>
        <w:tc>
          <w:tcPr>
            <w:tcW w:w="4176" w:type="dxa"/>
            <w:vAlign w:val="center"/>
          </w:tcPr>
          <w:p w:rsidR="002841A5" w:rsidRDefault="00233BBF">
            <w:pPr>
              <w:spacing w:after="40" w:line="276" w:lineRule="auto"/>
              <w:rPr>
                <w:lang w:eastAsia="zh-TW"/>
              </w:rPr>
            </w:pPr>
            <w:r>
              <w:rPr>
                <w:sz w:val="19"/>
                <w:lang w:eastAsia="zh-TW"/>
              </w:rPr>
              <w:t>影響最深遠、最難逆轉，原則上需明確且獨立的授權。</w:t>
            </w:r>
          </w:p>
        </w:tc>
      </w:tr>
    </w:tbl>
    <w:p w:rsidR="002841A5" w:rsidRDefault="002841A5">
      <w:pPr>
        <w:spacing w:after="40"/>
        <w:rPr>
          <w:lang w:eastAsia="zh-TW"/>
        </w:rPr>
      </w:pPr>
    </w:p>
    <w:p w:rsidR="002841A5" w:rsidRDefault="00233BBF">
      <w:pPr>
        <w:rPr>
          <w:lang w:eastAsia="zh-TW"/>
        </w:rPr>
      </w:pPr>
      <w:r>
        <w:rPr>
          <w:lang w:eastAsia="zh-TW"/>
        </w:rPr>
        <w:t>這個分級的行政意義很直接：機關取得一份報告，通常只代表它擁有</w:t>
      </w:r>
      <w:r>
        <w:rPr>
          <w:lang w:eastAsia="zh-TW"/>
        </w:rPr>
        <w:t>Level 0</w:t>
      </w:r>
      <w:r>
        <w:rPr>
          <w:lang w:eastAsia="zh-TW"/>
        </w:rPr>
        <w:t>的閱覽或業務使用地位；它</w:t>
      </w:r>
      <w:proofErr w:type="gramStart"/>
      <w:r>
        <w:rPr>
          <w:lang w:eastAsia="zh-TW"/>
        </w:rPr>
        <w:t>不</w:t>
      </w:r>
      <w:proofErr w:type="gramEnd"/>
      <w:r>
        <w:rPr>
          <w:lang w:eastAsia="zh-TW"/>
        </w:rPr>
        <w:t>當然取得</w:t>
      </w:r>
      <w:r>
        <w:rPr>
          <w:lang w:eastAsia="zh-TW"/>
        </w:rPr>
        <w:t>Level 1</w:t>
      </w:r>
      <w:r>
        <w:rPr>
          <w:lang w:eastAsia="zh-TW"/>
        </w:rPr>
        <w:t>至</w:t>
      </w:r>
      <w:r>
        <w:rPr>
          <w:lang w:eastAsia="zh-TW"/>
        </w:rPr>
        <w:t>Level 3</w:t>
      </w:r>
      <w:r>
        <w:rPr>
          <w:lang w:eastAsia="zh-TW"/>
        </w:rPr>
        <w:t>的</w:t>
      </w:r>
      <w:r>
        <w:rPr>
          <w:lang w:eastAsia="zh-TW"/>
        </w:rPr>
        <w:t>AI</w:t>
      </w:r>
      <w:r>
        <w:rPr>
          <w:lang w:eastAsia="zh-TW"/>
        </w:rPr>
        <w:t>處理權。將「拿到資料」誤解成「得到一切使用權」，正是目前最值得被拆開的行政迷思。</w:t>
      </w:r>
    </w:p>
    <w:p w:rsidR="002841A5" w:rsidRDefault="00233BBF">
      <w:pPr>
        <w:rPr>
          <w:lang w:eastAsia="zh-TW"/>
        </w:rPr>
      </w:pPr>
      <w:r>
        <w:rPr>
          <w:sz w:val="20"/>
          <w:lang w:eastAsia="zh-TW"/>
        </w:rPr>
        <w:t>這裡還有一條容易被忽略的邊界：授權層級不只隨「處理方式」變化，也隨「使用單位與使用目的」變化。業務單位</w:t>
      </w:r>
      <w:r>
        <w:rPr>
          <w:sz w:val="20"/>
          <w:lang w:eastAsia="zh-TW"/>
        </w:rPr>
        <w:t>A</w:t>
      </w:r>
      <w:r>
        <w:rPr>
          <w:sz w:val="20"/>
          <w:lang w:eastAsia="zh-TW"/>
        </w:rPr>
        <w:t>委託取得的研究報告，即使原本只在</w:t>
      </w:r>
      <w:r>
        <w:rPr>
          <w:sz w:val="20"/>
          <w:lang w:eastAsia="zh-TW"/>
        </w:rPr>
        <w:t>A</w:t>
      </w:r>
      <w:r>
        <w:rPr>
          <w:sz w:val="20"/>
          <w:lang w:eastAsia="zh-TW"/>
        </w:rPr>
        <w:t>的內</w:t>
      </w:r>
      <w:r>
        <w:rPr>
          <w:sz w:val="20"/>
          <w:lang w:eastAsia="zh-TW"/>
        </w:rPr>
        <w:t>部</w:t>
      </w:r>
      <w:r>
        <w:rPr>
          <w:sz w:val="20"/>
          <w:lang w:eastAsia="zh-TW"/>
        </w:rPr>
        <w:t>RAG</w:t>
      </w:r>
      <w:r>
        <w:rPr>
          <w:sz w:val="20"/>
          <w:lang w:eastAsia="zh-TW"/>
        </w:rPr>
        <w:t>中運作（</w:t>
      </w:r>
      <w:r>
        <w:rPr>
          <w:sz w:val="20"/>
          <w:lang w:eastAsia="zh-TW"/>
        </w:rPr>
        <w:t>Level 1</w:t>
      </w:r>
      <w:r>
        <w:rPr>
          <w:sz w:val="20"/>
          <w:lang w:eastAsia="zh-TW"/>
        </w:rPr>
        <w:t>），一旦被業務單位</w:t>
      </w:r>
      <w:r>
        <w:rPr>
          <w:sz w:val="20"/>
          <w:lang w:eastAsia="zh-TW"/>
        </w:rPr>
        <w:t>B</w:t>
      </w:r>
      <w:r>
        <w:rPr>
          <w:sz w:val="20"/>
          <w:lang w:eastAsia="zh-TW"/>
        </w:rPr>
        <w:t>基於不同業務目的檢索、改寫或對外回覆，就不再是同一</w:t>
      </w:r>
      <w:proofErr w:type="gramStart"/>
      <w:r>
        <w:rPr>
          <w:sz w:val="20"/>
          <w:lang w:eastAsia="zh-TW"/>
        </w:rPr>
        <w:t>個</w:t>
      </w:r>
      <w:proofErr w:type="gramEnd"/>
      <w:r>
        <w:rPr>
          <w:sz w:val="20"/>
          <w:lang w:eastAsia="zh-TW"/>
        </w:rPr>
        <w:t>Level 1</w:t>
      </w:r>
      <w:r>
        <w:rPr>
          <w:sz w:val="20"/>
          <w:lang w:eastAsia="zh-TW"/>
        </w:rPr>
        <w:t>的授權範圍，而應被視為跨越到</w:t>
      </w:r>
      <w:r>
        <w:rPr>
          <w:sz w:val="20"/>
          <w:lang w:eastAsia="zh-TW"/>
        </w:rPr>
        <w:t>Level 2</w:t>
      </w:r>
      <w:r>
        <w:rPr>
          <w:sz w:val="20"/>
          <w:lang w:eastAsia="zh-TW"/>
        </w:rPr>
        <w:t>甚至另立授權判斷的邊界；機關不能以「同一套系統」為由，把跨單位、跨目的的使用，默認為原授權的自然延伸。</w:t>
      </w:r>
      <w:r>
        <w:rPr>
          <w:sz w:val="20"/>
          <w:lang w:eastAsia="zh-TW"/>
        </w:rPr>
        <w:t xml:space="preserve"> </w:t>
      </w:r>
      <w:r>
        <w:rPr>
          <w:sz w:val="20"/>
          <w:lang w:eastAsia="zh-TW"/>
        </w:rPr>
        <w:t>實務上，同一機關不同科室</w:t>
      </w:r>
      <w:proofErr w:type="gramStart"/>
      <w:r>
        <w:rPr>
          <w:sz w:val="20"/>
          <w:lang w:eastAsia="zh-TW"/>
        </w:rPr>
        <w:t>不</w:t>
      </w:r>
      <w:proofErr w:type="gramEnd"/>
      <w:r>
        <w:rPr>
          <w:sz w:val="20"/>
          <w:lang w:eastAsia="zh-TW"/>
        </w:rPr>
        <w:t>必然一律構成跨單位；若資料控制者、業務目的、服務對象、保</w:t>
      </w:r>
      <w:r>
        <w:rPr>
          <w:sz w:val="20"/>
          <w:lang w:eastAsia="zh-TW"/>
        </w:rPr>
        <w:lastRenderedPageBreak/>
        <w:t>存位置與受託</w:t>
      </w:r>
      <w:proofErr w:type="gramStart"/>
      <w:r>
        <w:rPr>
          <w:sz w:val="20"/>
          <w:lang w:eastAsia="zh-TW"/>
        </w:rPr>
        <w:t>處理者均未改變</w:t>
      </w:r>
      <w:proofErr w:type="gramEnd"/>
      <w:r>
        <w:rPr>
          <w:sz w:val="20"/>
          <w:lang w:eastAsia="zh-TW"/>
        </w:rPr>
        <w:t>，可維持原</w:t>
      </w:r>
      <w:r>
        <w:rPr>
          <w:sz w:val="20"/>
          <w:lang w:eastAsia="zh-TW"/>
        </w:rPr>
        <w:t>Level 1</w:t>
      </w:r>
      <w:r>
        <w:rPr>
          <w:sz w:val="20"/>
          <w:lang w:eastAsia="zh-TW"/>
        </w:rPr>
        <w:t>審查。只要其中任一項改變，尤其改作對外服務、交由新供應商或跨機關共享，即應視為新用途，重作</w:t>
      </w:r>
      <w:r>
        <w:rPr>
          <w:sz w:val="20"/>
          <w:lang w:eastAsia="zh-TW"/>
        </w:rPr>
        <w:t>Level 2</w:t>
      </w:r>
      <w:r>
        <w:rPr>
          <w:sz w:val="20"/>
          <w:lang w:eastAsia="zh-TW"/>
        </w:rPr>
        <w:t>或</w:t>
      </w:r>
      <w:r>
        <w:rPr>
          <w:sz w:val="20"/>
          <w:lang w:eastAsia="zh-TW"/>
        </w:rPr>
        <w:t xml:space="preserve">Level </w:t>
      </w:r>
      <w:r>
        <w:rPr>
          <w:sz w:val="20"/>
          <w:lang w:eastAsia="zh-TW"/>
        </w:rPr>
        <w:t>3</w:t>
      </w:r>
      <w:r>
        <w:rPr>
          <w:sz w:val="20"/>
          <w:lang w:eastAsia="zh-TW"/>
        </w:rPr>
        <w:t>審查。</w:t>
      </w:r>
    </w:p>
    <w:p w:rsidR="002841A5" w:rsidRDefault="00233BBF">
      <w:pPr>
        <w:spacing w:before="160" w:after="60"/>
        <w:rPr>
          <w:lang w:eastAsia="zh-TW"/>
        </w:rPr>
      </w:pPr>
      <w:r>
        <w:rPr>
          <w:b/>
          <w:sz w:val="20"/>
          <w:lang w:eastAsia="zh-TW"/>
        </w:rPr>
        <w:t>表</w:t>
      </w:r>
      <w:r>
        <w:rPr>
          <w:b/>
          <w:sz w:val="20"/>
          <w:lang w:eastAsia="zh-TW"/>
        </w:rPr>
        <w:t>4</w:t>
      </w:r>
      <w:r>
        <w:rPr>
          <w:b/>
          <w:sz w:val="20"/>
          <w:lang w:eastAsia="zh-TW"/>
        </w:rPr>
        <w:t xml:space="preserve">　不同</w:t>
      </w:r>
      <w:r>
        <w:rPr>
          <w:b/>
          <w:sz w:val="20"/>
          <w:lang w:eastAsia="zh-TW"/>
        </w:rPr>
        <w:t>AI</w:t>
      </w:r>
      <w:r>
        <w:rPr>
          <w:b/>
          <w:sz w:val="20"/>
          <w:lang w:eastAsia="zh-TW"/>
        </w:rPr>
        <w:t>處理行為的權利來源與停止可行性差異</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處理行為</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權利來源審查重點</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rPr>
                <w:lang w:eastAsia="zh-TW"/>
              </w:rPr>
            </w:pPr>
            <w:r>
              <w:rPr>
                <w:b/>
                <w:sz w:val="18"/>
                <w:lang w:eastAsia="zh-TW"/>
              </w:rPr>
              <w:t>發生疑義時的最低停止措施</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提示詞／文件上傳</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上傳人是否有權交付；外部服務是否保存或再利用。</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停止上傳、撤回或隔離檔案；保全提示與處理紀錄。</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RAG</w:t>
            </w:r>
            <w:r>
              <w:rPr>
                <w:sz w:val="18"/>
                <w:lang w:eastAsia="zh-TW"/>
              </w:rPr>
              <w:t>切塊、向量化與檢索</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是否允許重製、轉換、保存、供應商處理及檢索。</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停用來源、刪除或隔離向量索引與快取；保全查詢紀錄。</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外部</w:t>
            </w:r>
            <w:r>
              <w:rPr>
                <w:sz w:val="18"/>
                <w:lang w:eastAsia="zh-TW"/>
              </w:rPr>
              <w:t>API</w:t>
            </w:r>
            <w:r>
              <w:rPr>
                <w:sz w:val="18"/>
                <w:lang w:eastAsia="zh-TW"/>
              </w:rPr>
              <w:t>／雲端服務</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資料是否跨境傳輸；服務商是否得保留、訓練或交由次處理者。</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切斷串接、</w:t>
            </w:r>
            <w:proofErr w:type="gramStart"/>
            <w:r>
              <w:rPr>
                <w:sz w:val="18"/>
                <w:lang w:eastAsia="zh-TW"/>
              </w:rPr>
              <w:t>停送資料</w:t>
            </w:r>
            <w:proofErr w:type="gramEnd"/>
            <w:r>
              <w:rPr>
                <w:sz w:val="18"/>
                <w:lang w:eastAsia="zh-TW"/>
              </w:rPr>
              <w:t>、要求供應商確認保存與刪除狀態。</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微調或模型訓練</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是否有明確、獨立且可涵蓋訓練與再利用的權利依據。</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停止後續訓練與新版本再利用；評估既有模型的技術與法律補救。</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跨機關共享／跨目的使用</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原研究目的、契約範圍與授權主體是否涵蓋新單位與新用途。</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停止跨單位存取與對外輸出；重新取得依據後才恢復。</w:t>
            </w:r>
          </w:p>
        </w:tc>
      </w:tr>
    </w:tbl>
    <w:p w:rsidR="002841A5" w:rsidRDefault="00233BBF">
      <w:pPr>
        <w:pStyle w:val="Heading2"/>
        <w:rPr>
          <w:lang w:eastAsia="zh-TW"/>
        </w:rPr>
      </w:pPr>
      <w:r>
        <w:rPr>
          <w:rFonts w:ascii="微軟正黑體" w:eastAsia="微軟正黑體" w:hAnsi="微軟正黑體"/>
          <w:lang w:eastAsia="zh-TW"/>
        </w:rPr>
        <w:t>（三）七項證據問題</w:t>
      </w:r>
    </w:p>
    <w:p w:rsidR="002841A5" w:rsidRDefault="00233BBF">
      <w:pPr>
        <w:spacing w:after="120" w:line="317" w:lineRule="auto"/>
        <w:rPr>
          <w:lang w:eastAsia="zh-TW"/>
        </w:rPr>
      </w:pPr>
      <w:r>
        <w:rPr>
          <w:b/>
          <w:sz w:val="20"/>
          <w:lang w:eastAsia="zh-TW"/>
        </w:rPr>
        <w:t>表</w:t>
      </w:r>
      <w:r>
        <w:rPr>
          <w:b/>
          <w:sz w:val="20"/>
          <w:lang w:eastAsia="zh-TW"/>
        </w:rPr>
        <w:t>5</w:t>
      </w:r>
      <w:r>
        <w:rPr>
          <w:b/>
          <w:sz w:val="20"/>
          <w:lang w:eastAsia="zh-TW"/>
        </w:rPr>
        <w:t xml:space="preserve">　公共</w:t>
      </w:r>
      <w:r>
        <w:rPr>
          <w:b/>
          <w:sz w:val="20"/>
          <w:lang w:eastAsia="zh-TW"/>
        </w:rPr>
        <w:t>AI</w:t>
      </w:r>
      <w:r>
        <w:rPr>
          <w:b/>
          <w:sz w:val="20"/>
          <w:lang w:eastAsia="zh-TW"/>
        </w:rPr>
        <w:t>權利來源的七項證據問題</w:t>
      </w:r>
    </w:p>
    <w:tbl>
      <w:tblPr>
        <w:tblStyle w:val="TableGrid"/>
        <w:tblW w:w="0" w:type="auto"/>
        <w:jc w:val="center"/>
        <w:tblLayout w:type="fixed"/>
        <w:tblLook w:val="04A0" w:firstRow="1" w:lastRow="0" w:firstColumn="1" w:lastColumn="0" w:noHBand="0" w:noVBand="1"/>
      </w:tblPr>
      <w:tblGrid>
        <w:gridCol w:w="2088"/>
        <w:gridCol w:w="7272"/>
      </w:tblGrid>
      <w:tr w:rsidR="002841A5">
        <w:trPr>
          <w:jc w:val="center"/>
        </w:trPr>
        <w:tc>
          <w:tcPr>
            <w:tcW w:w="2088" w:type="dxa"/>
            <w:shd w:val="clear" w:color="auto" w:fill="E8EEF5"/>
            <w:vAlign w:val="center"/>
          </w:tcPr>
          <w:p w:rsidR="002841A5" w:rsidRDefault="00233BBF">
            <w:pPr>
              <w:spacing w:after="40"/>
            </w:pPr>
            <w:proofErr w:type="spellStart"/>
            <w:r>
              <w:rPr>
                <w:b/>
                <w:color w:val="0B2545"/>
                <w:sz w:val="20"/>
              </w:rPr>
              <w:t>提問</w:t>
            </w:r>
            <w:proofErr w:type="spellEnd"/>
          </w:p>
        </w:tc>
        <w:tc>
          <w:tcPr>
            <w:tcW w:w="7272" w:type="dxa"/>
            <w:shd w:val="clear" w:color="auto" w:fill="E8EEF5"/>
            <w:vAlign w:val="center"/>
          </w:tcPr>
          <w:p w:rsidR="002841A5" w:rsidRDefault="00233BBF">
            <w:pPr>
              <w:spacing w:after="40"/>
            </w:pPr>
            <w:r>
              <w:rPr>
                <w:b/>
                <w:color w:val="0B2545"/>
                <w:sz w:val="20"/>
              </w:rPr>
              <w:t>最低可見證據</w:t>
            </w:r>
          </w:p>
        </w:tc>
      </w:tr>
      <w:tr w:rsidR="002841A5">
        <w:trPr>
          <w:jc w:val="center"/>
        </w:trPr>
        <w:tc>
          <w:tcPr>
            <w:tcW w:w="2088" w:type="dxa"/>
            <w:vAlign w:val="center"/>
          </w:tcPr>
          <w:p w:rsidR="002841A5" w:rsidRDefault="00233BBF">
            <w:pPr>
              <w:spacing w:after="40" w:line="276" w:lineRule="auto"/>
            </w:pPr>
            <w:r>
              <w:rPr>
                <w:sz w:val="19"/>
              </w:rPr>
              <w:t>這是什麼？</w:t>
            </w:r>
          </w:p>
        </w:tc>
        <w:tc>
          <w:tcPr>
            <w:tcW w:w="7272" w:type="dxa"/>
            <w:vAlign w:val="center"/>
          </w:tcPr>
          <w:p w:rsidR="002841A5" w:rsidRDefault="00233BBF">
            <w:pPr>
              <w:spacing w:after="40" w:line="276" w:lineRule="auto"/>
              <w:rPr>
                <w:lang w:eastAsia="zh-TW"/>
              </w:rPr>
            </w:pPr>
            <w:r>
              <w:rPr>
                <w:sz w:val="19"/>
                <w:lang w:eastAsia="zh-TW"/>
              </w:rPr>
              <w:t>文件、圖像、簡報、研究成果或資料庫之名稱、版本、網址與取得時間。</w:t>
            </w:r>
          </w:p>
        </w:tc>
      </w:tr>
      <w:tr w:rsidR="002841A5">
        <w:trPr>
          <w:jc w:val="center"/>
        </w:trPr>
        <w:tc>
          <w:tcPr>
            <w:tcW w:w="2088" w:type="dxa"/>
            <w:vAlign w:val="center"/>
          </w:tcPr>
          <w:p w:rsidR="002841A5" w:rsidRDefault="00233BBF">
            <w:pPr>
              <w:spacing w:after="40" w:line="276" w:lineRule="auto"/>
            </w:pPr>
            <w:proofErr w:type="spellStart"/>
            <w:r>
              <w:rPr>
                <w:sz w:val="19"/>
              </w:rPr>
              <w:t>誰創作或提供</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作者、研究團隊、機關、學校、委託單位或受讓人。</w:t>
            </w:r>
          </w:p>
        </w:tc>
      </w:tr>
      <w:tr w:rsidR="002841A5">
        <w:trPr>
          <w:jc w:val="center"/>
        </w:trPr>
        <w:tc>
          <w:tcPr>
            <w:tcW w:w="2088" w:type="dxa"/>
            <w:vAlign w:val="center"/>
          </w:tcPr>
          <w:p w:rsidR="002841A5" w:rsidRDefault="00233BBF">
            <w:pPr>
              <w:spacing w:after="40" w:line="276" w:lineRule="auto"/>
            </w:pPr>
            <w:proofErr w:type="spellStart"/>
            <w:r>
              <w:rPr>
                <w:sz w:val="19"/>
              </w:rPr>
              <w:t>誰有權決定使用</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著作權人、執行機構、契約受讓人或授權人。</w:t>
            </w:r>
          </w:p>
        </w:tc>
      </w:tr>
      <w:tr w:rsidR="002841A5">
        <w:trPr>
          <w:jc w:val="center"/>
        </w:trPr>
        <w:tc>
          <w:tcPr>
            <w:tcW w:w="2088" w:type="dxa"/>
            <w:vAlign w:val="center"/>
          </w:tcPr>
          <w:p w:rsidR="002841A5" w:rsidRDefault="00233BBF">
            <w:pPr>
              <w:spacing w:after="40" w:line="276" w:lineRule="auto"/>
            </w:pPr>
            <w:proofErr w:type="spellStart"/>
            <w:r>
              <w:rPr>
                <w:sz w:val="19"/>
              </w:rPr>
              <w:t>可用到哪一步</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對照</w:t>
            </w:r>
            <w:r>
              <w:rPr>
                <w:sz w:val="19"/>
                <w:lang w:eastAsia="zh-TW"/>
              </w:rPr>
              <w:t>Level 0</w:t>
            </w:r>
            <w:r>
              <w:rPr>
                <w:sz w:val="19"/>
                <w:lang w:eastAsia="zh-TW"/>
              </w:rPr>
              <w:t>至</w:t>
            </w:r>
            <w:r>
              <w:rPr>
                <w:sz w:val="19"/>
                <w:lang w:eastAsia="zh-TW"/>
              </w:rPr>
              <w:t>Level 3</w:t>
            </w:r>
            <w:r>
              <w:rPr>
                <w:sz w:val="19"/>
                <w:lang w:eastAsia="zh-TW"/>
              </w:rPr>
              <w:t>，記載輸入、檢索、改寫、公開與保存範圍。</w:t>
            </w:r>
          </w:p>
        </w:tc>
      </w:tr>
      <w:tr w:rsidR="002841A5">
        <w:trPr>
          <w:jc w:val="center"/>
        </w:trPr>
        <w:tc>
          <w:tcPr>
            <w:tcW w:w="2088" w:type="dxa"/>
            <w:vAlign w:val="center"/>
          </w:tcPr>
          <w:p w:rsidR="002841A5" w:rsidRDefault="00233BBF">
            <w:pPr>
              <w:spacing w:after="40" w:line="276" w:lineRule="auto"/>
            </w:pPr>
            <w:proofErr w:type="spellStart"/>
            <w:r>
              <w:rPr>
                <w:sz w:val="19"/>
              </w:rPr>
              <w:t>供應商可做什麼</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是否可切塊、向量化、保存、交由次處理者或作其他再利用。</w:t>
            </w:r>
          </w:p>
        </w:tc>
      </w:tr>
      <w:tr w:rsidR="002841A5">
        <w:trPr>
          <w:jc w:val="center"/>
        </w:trPr>
        <w:tc>
          <w:tcPr>
            <w:tcW w:w="2088" w:type="dxa"/>
            <w:vAlign w:val="center"/>
          </w:tcPr>
          <w:p w:rsidR="002841A5" w:rsidRDefault="00233BBF">
            <w:pPr>
              <w:spacing w:after="40" w:line="276" w:lineRule="auto"/>
            </w:pPr>
            <w:proofErr w:type="spellStart"/>
            <w:r>
              <w:rPr>
                <w:sz w:val="19"/>
              </w:rPr>
              <w:t>使用者如何得知</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來源標示、連結、作者姓名、限制條款與系統說明。</w:t>
            </w:r>
          </w:p>
        </w:tc>
      </w:tr>
      <w:tr w:rsidR="002841A5">
        <w:trPr>
          <w:jc w:val="center"/>
        </w:trPr>
        <w:tc>
          <w:tcPr>
            <w:tcW w:w="2088" w:type="dxa"/>
            <w:vAlign w:val="center"/>
          </w:tcPr>
          <w:p w:rsidR="002841A5" w:rsidRDefault="00233BBF">
            <w:pPr>
              <w:spacing w:after="40" w:line="276" w:lineRule="auto"/>
            </w:pPr>
            <w:proofErr w:type="spellStart"/>
            <w:r>
              <w:rPr>
                <w:sz w:val="19"/>
              </w:rPr>
              <w:t>爭議誰可處理</w:t>
            </w:r>
            <w:proofErr w:type="spellEnd"/>
            <w:r>
              <w:rPr>
                <w:sz w:val="19"/>
              </w:rPr>
              <w:t>？</w:t>
            </w:r>
          </w:p>
        </w:tc>
        <w:tc>
          <w:tcPr>
            <w:tcW w:w="7272" w:type="dxa"/>
            <w:vAlign w:val="center"/>
          </w:tcPr>
          <w:p w:rsidR="002841A5" w:rsidRDefault="00233BBF">
            <w:pPr>
              <w:spacing w:after="40" w:line="276" w:lineRule="auto"/>
              <w:rPr>
                <w:lang w:eastAsia="zh-TW"/>
              </w:rPr>
            </w:pPr>
            <w:r>
              <w:rPr>
                <w:sz w:val="19"/>
                <w:lang w:eastAsia="zh-TW"/>
              </w:rPr>
              <w:t>停止、刪除、替換、修正、通知與補救的責任人及時限。</w:t>
            </w:r>
          </w:p>
        </w:tc>
      </w:tr>
    </w:tbl>
    <w:p w:rsidR="002841A5" w:rsidRDefault="002841A5">
      <w:pPr>
        <w:spacing w:after="40"/>
        <w:rPr>
          <w:lang w:eastAsia="zh-TW"/>
        </w:rPr>
      </w:pPr>
    </w:p>
    <w:p w:rsidR="002841A5" w:rsidRDefault="00233BBF">
      <w:pPr>
        <w:rPr>
          <w:lang w:eastAsia="zh-TW"/>
        </w:rPr>
      </w:pPr>
      <w:r>
        <w:rPr>
          <w:lang w:eastAsia="zh-TW"/>
        </w:rPr>
        <w:t>當七項證據問題中有任一項無法提供最低可見證據</w:t>
      </w:r>
      <w:proofErr w:type="gramStart"/>
      <w:r>
        <w:rPr>
          <w:lang w:eastAsia="zh-TW"/>
        </w:rPr>
        <w:t>—</w:t>
      </w:r>
      <w:proofErr w:type="gramEnd"/>
      <w:r>
        <w:rPr>
          <w:lang w:eastAsia="zh-TW"/>
        </w:rPr>
        <w:t>—</w:t>
      </w:r>
      <w:r>
        <w:rPr>
          <w:lang w:eastAsia="zh-TW"/>
        </w:rPr>
        <w:t>尤其是</w:t>
      </w:r>
      <w:r>
        <w:rPr>
          <w:lang w:eastAsia="zh-TW"/>
        </w:rPr>
        <w:t>Level 1</w:t>
      </w:r>
      <w:r>
        <w:rPr>
          <w:lang w:eastAsia="zh-TW"/>
        </w:rPr>
        <w:t>、</w:t>
      </w:r>
      <w:r>
        <w:rPr>
          <w:lang w:eastAsia="zh-TW"/>
        </w:rPr>
        <w:t xml:space="preserve">Level </w:t>
      </w:r>
      <w:r>
        <w:rPr>
          <w:lang w:eastAsia="zh-TW"/>
        </w:rPr>
        <w:t>2</w:t>
      </w:r>
      <w:r>
        <w:rPr>
          <w:lang w:eastAsia="zh-TW"/>
        </w:rPr>
        <w:t>授權證據缺席，或指定不出可停止使用的責任人</w:t>
      </w:r>
      <w:r>
        <w:rPr>
          <w:lang w:eastAsia="zh-TW"/>
        </w:rPr>
        <w:t>——</w:t>
      </w:r>
      <w:r>
        <w:rPr>
          <w:lang w:eastAsia="zh-TW"/>
        </w:rPr>
        <w:t>本模組不需要另外召開一次會議討論；審查結果本身，就是</w:t>
      </w:r>
      <w:r>
        <w:rPr>
          <w:lang w:eastAsia="zh-TW"/>
        </w:rPr>
        <w:lastRenderedPageBreak/>
        <w:t>OAC</w:t>
      </w:r>
      <w:r>
        <w:rPr>
          <w:lang w:eastAsia="zh-TW"/>
        </w:rPr>
        <w:t>在該次上線、重大變更或驗收節點上直接判定</w:t>
      </w:r>
      <w:r>
        <w:rPr>
          <w:lang w:eastAsia="zh-TW"/>
        </w:rPr>
        <w:t>Conditional</w:t>
      </w:r>
      <w:r>
        <w:rPr>
          <w:lang w:eastAsia="zh-TW"/>
        </w:rPr>
        <w:t>或</w:t>
      </w:r>
      <w:r>
        <w:rPr>
          <w:lang w:eastAsia="zh-TW"/>
        </w:rPr>
        <w:t>No-Go</w:t>
      </w:r>
      <w:r>
        <w:rPr>
          <w:lang w:eastAsia="zh-TW"/>
        </w:rPr>
        <w:t>的依據。換句話說，本模組的作用不是在</w:t>
      </w:r>
      <w:r>
        <w:rPr>
          <w:lang w:eastAsia="zh-TW"/>
        </w:rPr>
        <w:t>OAC</w:t>
      </w:r>
      <w:r>
        <w:rPr>
          <w:lang w:eastAsia="zh-TW"/>
        </w:rPr>
        <w:t>之外另立一套審查，而是把</w:t>
      </w:r>
      <w:r>
        <w:rPr>
          <w:lang w:eastAsia="zh-TW"/>
        </w:rPr>
        <w:t>OAC</w:t>
      </w:r>
      <w:r>
        <w:rPr>
          <w:lang w:eastAsia="zh-TW"/>
        </w:rPr>
        <w:t>原本抽象的「證據不足」，換成一組可以逐項打勾、</w:t>
      </w:r>
      <w:proofErr w:type="gramStart"/>
      <w:r>
        <w:rPr>
          <w:lang w:eastAsia="zh-TW"/>
        </w:rPr>
        <w:t>逐項究責</w:t>
      </w:r>
      <w:proofErr w:type="gramEnd"/>
      <w:r>
        <w:rPr>
          <w:lang w:eastAsia="zh-TW"/>
        </w:rPr>
        <w:t>的檢查表。</w:t>
      </w:r>
    </w:p>
    <w:p w:rsidR="002841A5" w:rsidRDefault="00233BBF">
      <w:pPr>
        <w:spacing w:before="160" w:after="60"/>
        <w:rPr>
          <w:lang w:eastAsia="zh-TW"/>
        </w:rPr>
      </w:pPr>
      <w:r>
        <w:rPr>
          <w:b/>
          <w:sz w:val="20"/>
          <w:lang w:eastAsia="zh-TW"/>
        </w:rPr>
        <w:t>表</w:t>
      </w:r>
      <w:r>
        <w:rPr>
          <w:b/>
          <w:sz w:val="20"/>
          <w:lang w:eastAsia="zh-TW"/>
        </w:rPr>
        <w:t>6</w:t>
      </w:r>
      <w:r>
        <w:rPr>
          <w:b/>
          <w:sz w:val="20"/>
          <w:lang w:eastAsia="zh-TW"/>
        </w:rPr>
        <w:t xml:space="preserve">　</w:t>
      </w:r>
      <w:r>
        <w:rPr>
          <w:b/>
          <w:sz w:val="20"/>
          <w:lang w:eastAsia="zh-TW"/>
        </w:rPr>
        <w:t>OAC</w:t>
      </w:r>
      <w:r>
        <w:rPr>
          <w:b/>
          <w:sz w:val="20"/>
          <w:lang w:eastAsia="zh-TW"/>
        </w:rPr>
        <w:t>權利來源判定：誰提出、</w:t>
      </w:r>
      <w:proofErr w:type="gramStart"/>
      <w:r>
        <w:rPr>
          <w:b/>
          <w:sz w:val="20"/>
          <w:lang w:eastAsia="zh-TW"/>
        </w:rPr>
        <w:t>誰補證</w:t>
      </w:r>
      <w:proofErr w:type="gramEnd"/>
      <w:r>
        <w:rPr>
          <w:b/>
          <w:sz w:val="20"/>
          <w:lang w:eastAsia="zh-TW"/>
        </w:rPr>
        <w:t>、誰承擔</w:t>
      </w:r>
      <w:r>
        <w:rPr>
          <w:b/>
          <w:sz w:val="20"/>
          <w:lang w:eastAsia="zh-TW"/>
        </w:rPr>
        <w:t>No-Go</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節點</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最低行動</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責任定位</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r>
              <w:rPr>
                <w:sz w:val="18"/>
              </w:rPr>
              <w:t>需求提出</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說明資料為何必要、預定用於何種</w:t>
            </w:r>
            <w:r>
              <w:rPr>
                <w:sz w:val="18"/>
                <w:lang w:eastAsia="zh-TW"/>
              </w:rPr>
              <w:t>AI</w:t>
            </w:r>
            <w:r>
              <w:rPr>
                <w:sz w:val="18"/>
                <w:lang w:eastAsia="zh-TW"/>
              </w:rPr>
              <w:t>處理與服務範圍。</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業務單位不能把用途判斷交由資訊單位單獨承擔。</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證據補正</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提出資料履歷、授權條件、供應商處理與再利用限制。</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業務、法制／智財與供應商依各自掌握的事實共同補證。</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契約化</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把清冊、保存限制、異議配合與停止命令寫入</w:t>
            </w:r>
            <w:r>
              <w:rPr>
                <w:sz w:val="18"/>
                <w:lang w:eastAsia="zh-TW"/>
              </w:rPr>
              <w:t>RFP</w:t>
            </w:r>
            <w:r>
              <w:rPr>
                <w:sz w:val="18"/>
                <w:lang w:eastAsia="zh-TW"/>
              </w:rPr>
              <w:t>、契約與驗收文件。</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採購單位將已確認的權利條件轉成可執行義務。</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OAC</w:t>
            </w:r>
            <w:r>
              <w:rPr>
                <w:sz w:val="18"/>
              </w:rPr>
              <w:t>判定</w:t>
            </w:r>
            <w:proofErr w:type="spellEnd"/>
          </w:p>
        </w:tc>
        <w:tc>
          <w:tcPr>
            <w:tcW w:w="3120" w:type="dxa"/>
            <w:tcMar>
              <w:top w:w="70" w:type="dxa"/>
              <w:left w:w="100" w:type="dxa"/>
              <w:bottom w:w="70" w:type="dxa"/>
              <w:right w:w="100" w:type="dxa"/>
            </w:tcMar>
            <w:vAlign w:val="center"/>
          </w:tcPr>
          <w:p w:rsidR="002841A5" w:rsidRDefault="00233BBF">
            <w:pPr>
              <w:spacing w:after="0" w:line="252" w:lineRule="auto"/>
            </w:pPr>
            <w:r>
              <w:rPr>
                <w:sz w:val="18"/>
              </w:rPr>
              <w:t>證據完整才可</w:t>
            </w:r>
            <w:r>
              <w:rPr>
                <w:sz w:val="18"/>
              </w:rPr>
              <w:t>Go</w:t>
            </w:r>
            <w:r>
              <w:rPr>
                <w:sz w:val="18"/>
              </w:rPr>
              <w:t>；可補正者</w:t>
            </w:r>
            <w:r>
              <w:rPr>
                <w:sz w:val="18"/>
              </w:rPr>
              <w:t>Conditional</w:t>
            </w:r>
            <w:r>
              <w:rPr>
                <w:sz w:val="18"/>
              </w:rPr>
              <w:t>；無法證明或無人能停止者</w:t>
            </w:r>
            <w:r>
              <w:rPr>
                <w:sz w:val="18"/>
              </w:rPr>
              <w:t>No-Go</w:t>
            </w:r>
            <w:r>
              <w:rPr>
                <w:sz w:val="18"/>
              </w:rPr>
              <w:t>。</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由具業務決定權的機關責任主管承擔；資訊單位提供技術判斷但不代替行政決定。</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停止與升級</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命令供應商停止檢索、下架、保全紀錄；跨科室無法處理時升級。</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指定停止責任人須有可對供應商發令的授權，不能只是收件窗口。</w:t>
            </w:r>
          </w:p>
        </w:tc>
      </w:tr>
    </w:tbl>
    <w:p w:rsidR="002841A5" w:rsidRDefault="00233BBF">
      <w:pPr>
        <w:spacing w:before="60" w:after="120"/>
        <w:rPr>
          <w:lang w:eastAsia="zh-TW"/>
        </w:rPr>
      </w:pPr>
      <w:r>
        <w:rPr>
          <w:sz w:val="20"/>
          <w:lang w:eastAsia="zh-TW"/>
        </w:rPr>
        <w:t>地方機關未設</w:t>
      </w:r>
      <w:r>
        <w:rPr>
          <w:sz w:val="20"/>
          <w:lang w:eastAsia="zh-TW"/>
        </w:rPr>
        <w:t>CAIO</w:t>
      </w:r>
      <w:r>
        <w:rPr>
          <w:sz w:val="20"/>
          <w:lang w:eastAsia="zh-TW"/>
        </w:rPr>
        <w:t>或資料長，不能成為免除上述共同判斷的理由；反而說明</w:t>
      </w:r>
      <w:r>
        <w:rPr>
          <w:sz w:val="20"/>
          <w:lang w:eastAsia="zh-TW"/>
        </w:rPr>
        <w:t>OAC</w:t>
      </w:r>
      <w:r>
        <w:rPr>
          <w:sz w:val="20"/>
          <w:lang w:eastAsia="zh-TW"/>
        </w:rPr>
        <w:t>必須嵌入既有職權與採購節點。</w:t>
      </w:r>
    </w:p>
    <w:p w:rsidR="002841A5" w:rsidRDefault="00233BBF">
      <w:pPr>
        <w:spacing w:after="120" w:line="317" w:lineRule="auto"/>
        <w:rPr>
          <w:lang w:eastAsia="zh-TW"/>
        </w:rPr>
      </w:pPr>
      <w:r>
        <w:rPr>
          <w:b/>
          <w:sz w:val="20"/>
          <w:lang w:eastAsia="zh-TW"/>
        </w:rPr>
        <w:t>表</w:t>
      </w:r>
      <w:r>
        <w:rPr>
          <w:b/>
          <w:sz w:val="20"/>
          <w:lang w:eastAsia="zh-TW"/>
        </w:rPr>
        <w:t>7</w:t>
      </w:r>
      <w:r>
        <w:rPr>
          <w:b/>
          <w:sz w:val="20"/>
          <w:lang w:eastAsia="zh-TW"/>
        </w:rPr>
        <w:t xml:space="preserve">　地方機關的最低可行權利責任配置</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80" w:type="dxa"/>
              <w:left w:w="100" w:type="dxa"/>
              <w:bottom w:w="80" w:type="dxa"/>
              <w:right w:w="100" w:type="dxa"/>
            </w:tcMar>
            <w:vAlign w:val="center"/>
          </w:tcPr>
          <w:p w:rsidR="002841A5" w:rsidRDefault="00233BBF">
            <w:pPr>
              <w:spacing w:after="0" w:line="250" w:lineRule="auto"/>
            </w:pPr>
            <w:proofErr w:type="spellStart"/>
            <w:r>
              <w:rPr>
                <w:b/>
                <w:sz w:val="17"/>
              </w:rPr>
              <w:t>角色</w:t>
            </w:r>
            <w:proofErr w:type="spellEnd"/>
          </w:p>
        </w:tc>
        <w:tc>
          <w:tcPr>
            <w:tcW w:w="3120" w:type="dxa"/>
            <w:shd w:val="clear" w:color="auto" w:fill="E8EEF5"/>
            <w:tcMar>
              <w:top w:w="80" w:type="dxa"/>
              <w:left w:w="100" w:type="dxa"/>
              <w:bottom w:w="80" w:type="dxa"/>
              <w:right w:w="100" w:type="dxa"/>
            </w:tcMar>
            <w:vAlign w:val="center"/>
          </w:tcPr>
          <w:p w:rsidR="002841A5" w:rsidRDefault="00233BBF">
            <w:pPr>
              <w:spacing w:after="0" w:line="250" w:lineRule="auto"/>
            </w:pPr>
            <w:r>
              <w:rPr>
                <w:b/>
                <w:sz w:val="17"/>
              </w:rPr>
              <w:t>最低權限／交付</w:t>
            </w:r>
          </w:p>
        </w:tc>
        <w:tc>
          <w:tcPr>
            <w:tcW w:w="3120" w:type="dxa"/>
            <w:shd w:val="clear" w:color="auto" w:fill="E8EEF5"/>
            <w:tcMar>
              <w:top w:w="80" w:type="dxa"/>
              <w:left w:w="100" w:type="dxa"/>
              <w:bottom w:w="80" w:type="dxa"/>
              <w:right w:w="100" w:type="dxa"/>
            </w:tcMar>
            <w:vAlign w:val="center"/>
          </w:tcPr>
          <w:p w:rsidR="002841A5" w:rsidRDefault="00233BBF">
            <w:pPr>
              <w:spacing w:after="0" w:line="250" w:lineRule="auto"/>
              <w:rPr>
                <w:lang w:eastAsia="zh-TW"/>
              </w:rPr>
            </w:pPr>
            <w:r>
              <w:rPr>
                <w:b/>
                <w:sz w:val="17"/>
                <w:lang w:eastAsia="zh-TW"/>
              </w:rPr>
              <w:t>無專責人員時的支援方式</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機關首長指定案件責任官</w:t>
            </w:r>
          </w:p>
        </w:tc>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對</w:t>
            </w:r>
            <w:r>
              <w:rPr>
                <w:sz w:val="17"/>
              </w:rPr>
              <w:t>OAC</w:t>
            </w:r>
            <w:r>
              <w:rPr>
                <w:sz w:val="17"/>
              </w:rPr>
              <w:t>的</w:t>
            </w:r>
            <w:r>
              <w:rPr>
                <w:sz w:val="17"/>
              </w:rPr>
              <w:t>Go</w:t>
            </w:r>
            <w:r>
              <w:rPr>
                <w:sz w:val="17"/>
              </w:rPr>
              <w:t>／</w:t>
            </w:r>
            <w:r>
              <w:rPr>
                <w:sz w:val="17"/>
              </w:rPr>
              <w:t>Conditional</w:t>
            </w:r>
            <w:r>
              <w:rPr>
                <w:sz w:val="17"/>
              </w:rPr>
              <w:t>／</w:t>
            </w:r>
            <w:r>
              <w:rPr>
                <w:sz w:val="17"/>
              </w:rPr>
              <w:t>No-Go</w:t>
            </w:r>
            <w:r>
              <w:rPr>
                <w:sz w:val="17"/>
              </w:rPr>
              <w:t>與預防性暫停簽認；能向供應商發令</w:t>
            </w:r>
            <w:proofErr w:type="spellEnd"/>
            <w:r>
              <w:rPr>
                <w:sz w:val="17"/>
              </w:rPr>
              <w:t>。</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由既有業務主管或專案主管兼任，</w:t>
            </w:r>
            <w:proofErr w:type="gramStart"/>
            <w:r>
              <w:rPr>
                <w:sz w:val="17"/>
                <w:lang w:eastAsia="zh-TW"/>
              </w:rPr>
              <w:t>不</w:t>
            </w:r>
            <w:proofErr w:type="gramEnd"/>
            <w:r>
              <w:rPr>
                <w:sz w:val="17"/>
                <w:lang w:eastAsia="zh-TW"/>
              </w:rPr>
              <w:t>另創</w:t>
            </w:r>
            <w:r>
              <w:rPr>
                <w:sz w:val="17"/>
                <w:lang w:eastAsia="zh-TW"/>
              </w:rPr>
              <w:t>CAIO</w:t>
            </w:r>
            <w:r>
              <w:rPr>
                <w:sz w:val="17"/>
                <w:lang w:eastAsia="zh-TW"/>
              </w:rPr>
              <w:t>職稱。</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業務、資訊、採購、法制／智財聯合簽證</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分別確認目的、技術處理、契約化與權利依據；留下可追溯意見。</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使用中央提供的標準證據包範本與遠距諮詢，不能以「沒有專家」免除審查。</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中央支援節點</w:t>
            </w:r>
            <w:proofErr w:type="spellEnd"/>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提供欄位標準、</w:t>
            </w:r>
            <w:proofErr w:type="gramStart"/>
            <w:r>
              <w:rPr>
                <w:sz w:val="17"/>
                <w:lang w:eastAsia="zh-TW"/>
              </w:rPr>
              <w:t>契約附款</w:t>
            </w:r>
            <w:proofErr w:type="gramEnd"/>
            <w:r>
              <w:rPr>
                <w:sz w:val="17"/>
                <w:lang w:eastAsia="zh-TW"/>
              </w:rPr>
              <w:t>、技術測試基準與疑難案件轉介。</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數發部、智財局與研究機構提供支援，不取代地方機關的結果責任。</w:t>
            </w:r>
          </w:p>
        </w:tc>
      </w:tr>
    </w:tbl>
    <w:p w:rsidR="002841A5" w:rsidRDefault="00233BBF">
      <w:pPr>
        <w:spacing w:after="120" w:line="317" w:lineRule="auto"/>
        <w:rPr>
          <w:lang w:eastAsia="zh-TW"/>
        </w:rPr>
      </w:pPr>
      <w:r>
        <w:rPr>
          <w:sz w:val="20"/>
          <w:lang w:eastAsia="zh-TW"/>
        </w:rPr>
        <w:t>最低可行配置的關鍵不是新增一個資料長職位，而是使既有主管取得簽認、停止與求援三種明確權限；中央提供標準化支援，地方仍必須對其採購案作出決定。</w:t>
      </w:r>
    </w:p>
    <w:p w:rsidR="002841A5" w:rsidRDefault="00233BBF">
      <w:pPr>
        <w:pStyle w:val="Heading1"/>
        <w:rPr>
          <w:lang w:eastAsia="zh-TW"/>
        </w:rPr>
      </w:pPr>
      <w:r>
        <w:rPr>
          <w:rFonts w:ascii="微軟正黑體" w:eastAsia="微軟正黑體" w:hAnsi="微軟正黑體"/>
          <w:lang w:eastAsia="zh-TW"/>
        </w:rPr>
        <w:lastRenderedPageBreak/>
        <w:t>五、把情境放回母架構：四條治理鏈如何斷裂？</w:t>
      </w:r>
    </w:p>
    <w:p w:rsidR="002841A5" w:rsidRDefault="00233BBF">
      <w:pPr>
        <w:rPr>
          <w:lang w:eastAsia="zh-TW"/>
        </w:rPr>
      </w:pPr>
      <w:r>
        <w:rPr>
          <w:lang w:eastAsia="zh-TW"/>
        </w:rPr>
        <w:t>本文使用既有的「</w:t>
      </w:r>
      <w:r>
        <w:rPr>
          <w:lang w:eastAsia="zh-TW"/>
        </w:rPr>
        <w:t>AI</w:t>
      </w:r>
      <w:r>
        <w:rPr>
          <w:lang w:eastAsia="zh-TW"/>
        </w:rPr>
        <w:t>鑲嵌式公共行政理論壓力測試」八步驟作為方法，而</w:t>
      </w:r>
      <w:proofErr w:type="gramStart"/>
      <w:r>
        <w:rPr>
          <w:lang w:eastAsia="zh-TW"/>
        </w:rPr>
        <w:t>非另造一套</w:t>
      </w:r>
      <w:proofErr w:type="gramEnd"/>
      <w:r>
        <w:rPr>
          <w:lang w:eastAsia="zh-TW"/>
        </w:rPr>
        <w:t>新理論。案例先被放進二十五</w:t>
      </w:r>
      <w:proofErr w:type="gramStart"/>
      <w:r>
        <w:rPr>
          <w:lang w:eastAsia="zh-TW"/>
        </w:rPr>
        <w:t>個</w:t>
      </w:r>
      <w:proofErr w:type="gramEnd"/>
      <w:r>
        <w:rPr>
          <w:lang w:eastAsia="zh-TW"/>
        </w:rPr>
        <w:t>治理座標：組織層次有目的機關、研究機構與供應商；社會層次有作者與公共服務使用者；制度分工則涉及數發部、國科會、行政院及目的事業主管機關。接著辨識三種權力移轉：誰定義資料是否可用（</w:t>
      </w:r>
      <w:r>
        <w:rPr>
          <w:lang w:eastAsia="zh-TW"/>
        </w:rPr>
        <w:t>P1</w:t>
      </w:r>
      <w:r>
        <w:rPr>
          <w:lang w:eastAsia="zh-TW"/>
        </w:rPr>
        <w:t>情境建構）、誰決定導入與資料範圍（</w:t>
      </w:r>
      <w:r>
        <w:rPr>
          <w:lang w:eastAsia="zh-TW"/>
        </w:rPr>
        <w:t>P2</w:t>
      </w:r>
      <w:r>
        <w:rPr>
          <w:lang w:eastAsia="zh-TW"/>
        </w:rPr>
        <w:t>行政裁量）、以及</w:t>
      </w:r>
      <w:r>
        <w:rPr>
          <w:lang w:eastAsia="zh-TW"/>
        </w:rPr>
        <w:t>AI</w:t>
      </w:r>
      <w:r>
        <w:rPr>
          <w:lang w:eastAsia="zh-TW"/>
        </w:rPr>
        <w:t>輸出是否影響民眾的公共理解與行政權益（</w:t>
      </w:r>
      <w:r>
        <w:rPr>
          <w:lang w:eastAsia="zh-TW"/>
        </w:rPr>
        <w:t>P3</w:t>
      </w:r>
      <w:r>
        <w:rPr>
          <w:lang w:eastAsia="zh-TW"/>
        </w:rPr>
        <w:t>公權力影響）。</w:t>
      </w:r>
    </w:p>
    <w:p w:rsidR="002841A5" w:rsidRDefault="00233BBF">
      <w:pPr>
        <w:spacing w:after="120" w:line="317" w:lineRule="auto"/>
        <w:rPr>
          <w:lang w:eastAsia="zh-TW"/>
        </w:rPr>
      </w:pPr>
      <w:r>
        <w:rPr>
          <w:b/>
          <w:sz w:val="20"/>
          <w:lang w:eastAsia="zh-TW"/>
        </w:rPr>
        <w:t>表</w:t>
      </w:r>
      <w:r>
        <w:rPr>
          <w:b/>
          <w:sz w:val="20"/>
          <w:lang w:eastAsia="zh-TW"/>
        </w:rPr>
        <w:t>8</w:t>
      </w:r>
      <w:r>
        <w:rPr>
          <w:b/>
          <w:sz w:val="20"/>
          <w:lang w:eastAsia="zh-TW"/>
        </w:rPr>
        <w:t xml:space="preserve">　四條治理鏈在公共</w:t>
      </w:r>
      <w:r>
        <w:rPr>
          <w:b/>
          <w:sz w:val="20"/>
          <w:lang w:eastAsia="zh-TW"/>
        </w:rPr>
        <w:t>AI</w:t>
      </w:r>
      <w:r>
        <w:rPr>
          <w:b/>
          <w:sz w:val="20"/>
          <w:lang w:eastAsia="zh-TW"/>
        </w:rPr>
        <w:t>權利來源案例中的斷裂點</w:t>
      </w:r>
    </w:p>
    <w:tbl>
      <w:tblPr>
        <w:tblStyle w:val="TableGrid"/>
        <w:tblW w:w="0" w:type="auto"/>
        <w:jc w:val="center"/>
        <w:tblLayout w:type="fixed"/>
        <w:tblLook w:val="04A0" w:firstRow="1" w:lastRow="0" w:firstColumn="1" w:lastColumn="0" w:noHBand="0" w:noVBand="1"/>
      </w:tblPr>
      <w:tblGrid>
        <w:gridCol w:w="2016"/>
        <w:gridCol w:w="4752"/>
        <w:gridCol w:w="2592"/>
      </w:tblGrid>
      <w:tr w:rsidR="002841A5">
        <w:trPr>
          <w:jc w:val="center"/>
        </w:trPr>
        <w:tc>
          <w:tcPr>
            <w:tcW w:w="2016" w:type="dxa"/>
            <w:shd w:val="clear" w:color="auto" w:fill="E8EEF5"/>
            <w:vAlign w:val="center"/>
          </w:tcPr>
          <w:p w:rsidR="002841A5" w:rsidRDefault="00233BBF">
            <w:pPr>
              <w:spacing w:after="40"/>
            </w:pPr>
            <w:proofErr w:type="spellStart"/>
            <w:r>
              <w:rPr>
                <w:b/>
                <w:color w:val="0B2545"/>
                <w:sz w:val="20"/>
              </w:rPr>
              <w:t>治理鏈</w:t>
            </w:r>
            <w:proofErr w:type="spellEnd"/>
          </w:p>
        </w:tc>
        <w:tc>
          <w:tcPr>
            <w:tcW w:w="4752" w:type="dxa"/>
            <w:shd w:val="clear" w:color="auto" w:fill="E8EEF5"/>
            <w:vAlign w:val="center"/>
          </w:tcPr>
          <w:p w:rsidR="002841A5" w:rsidRDefault="00233BBF">
            <w:pPr>
              <w:spacing w:after="40"/>
            </w:pPr>
            <w:r>
              <w:rPr>
                <w:b/>
                <w:color w:val="0B2545"/>
                <w:sz w:val="20"/>
              </w:rPr>
              <w:t>案例中的關鍵問題</w:t>
            </w:r>
          </w:p>
        </w:tc>
        <w:tc>
          <w:tcPr>
            <w:tcW w:w="2592" w:type="dxa"/>
            <w:shd w:val="clear" w:color="auto" w:fill="E8EEF5"/>
            <w:vAlign w:val="center"/>
          </w:tcPr>
          <w:p w:rsidR="002841A5" w:rsidRDefault="00233BBF">
            <w:pPr>
              <w:spacing w:after="40"/>
            </w:pPr>
            <w:r>
              <w:rPr>
                <w:b/>
                <w:color w:val="0B2545"/>
                <w:sz w:val="20"/>
              </w:rPr>
              <w:t>斷裂型態</w:t>
            </w:r>
          </w:p>
        </w:tc>
      </w:tr>
      <w:tr w:rsidR="002841A5">
        <w:trPr>
          <w:jc w:val="center"/>
        </w:trPr>
        <w:tc>
          <w:tcPr>
            <w:tcW w:w="2016" w:type="dxa"/>
            <w:vAlign w:val="center"/>
          </w:tcPr>
          <w:p w:rsidR="002841A5" w:rsidRDefault="00233BBF">
            <w:pPr>
              <w:spacing w:after="40" w:line="276" w:lineRule="auto"/>
            </w:pPr>
            <w:r>
              <w:rPr>
                <w:sz w:val="19"/>
              </w:rPr>
              <w:t>情境建構鏈</w:t>
            </w:r>
          </w:p>
        </w:tc>
        <w:tc>
          <w:tcPr>
            <w:tcW w:w="4752" w:type="dxa"/>
            <w:vAlign w:val="center"/>
          </w:tcPr>
          <w:p w:rsidR="002841A5" w:rsidRDefault="00233BBF">
            <w:pPr>
              <w:spacing w:after="40" w:line="276" w:lineRule="auto"/>
              <w:rPr>
                <w:lang w:eastAsia="zh-TW"/>
              </w:rPr>
            </w:pPr>
            <w:r>
              <w:rPr>
                <w:sz w:val="19"/>
                <w:lang w:eastAsia="zh-TW"/>
              </w:rPr>
              <w:t>誰把「公開網頁」界定為「可用公共知識」？</w:t>
            </w:r>
          </w:p>
        </w:tc>
        <w:tc>
          <w:tcPr>
            <w:tcW w:w="2592" w:type="dxa"/>
            <w:vAlign w:val="center"/>
          </w:tcPr>
          <w:p w:rsidR="002841A5" w:rsidRDefault="00233BBF">
            <w:pPr>
              <w:spacing w:after="40" w:line="276" w:lineRule="auto"/>
              <w:rPr>
                <w:lang w:eastAsia="zh-TW"/>
              </w:rPr>
            </w:pPr>
            <w:r>
              <w:rPr>
                <w:sz w:val="19"/>
                <w:lang w:eastAsia="zh-TW"/>
              </w:rPr>
              <w:t>公開可見被誤認為公共財。</w:t>
            </w:r>
          </w:p>
        </w:tc>
      </w:tr>
      <w:tr w:rsidR="002841A5">
        <w:trPr>
          <w:jc w:val="center"/>
        </w:trPr>
        <w:tc>
          <w:tcPr>
            <w:tcW w:w="2016" w:type="dxa"/>
            <w:vAlign w:val="center"/>
          </w:tcPr>
          <w:p w:rsidR="002841A5" w:rsidRDefault="00233BBF">
            <w:pPr>
              <w:spacing w:after="40" w:line="276" w:lineRule="auto"/>
            </w:pPr>
            <w:proofErr w:type="spellStart"/>
            <w:r>
              <w:rPr>
                <w:sz w:val="19"/>
              </w:rPr>
              <w:t>權威鏈</w:t>
            </w:r>
            <w:proofErr w:type="spellEnd"/>
          </w:p>
        </w:tc>
        <w:tc>
          <w:tcPr>
            <w:tcW w:w="4752" w:type="dxa"/>
            <w:vAlign w:val="center"/>
          </w:tcPr>
          <w:p w:rsidR="002841A5" w:rsidRDefault="00233BBF">
            <w:pPr>
              <w:spacing w:after="40" w:line="276" w:lineRule="auto"/>
              <w:rPr>
                <w:lang w:eastAsia="zh-TW"/>
              </w:rPr>
            </w:pPr>
            <w:r>
              <w:rPr>
                <w:sz w:val="19"/>
                <w:lang w:eastAsia="zh-TW"/>
              </w:rPr>
              <w:t>誰能同意輸入、檢索、改寫與公開輸出？</w:t>
            </w:r>
          </w:p>
        </w:tc>
        <w:tc>
          <w:tcPr>
            <w:tcW w:w="2592" w:type="dxa"/>
            <w:vAlign w:val="center"/>
          </w:tcPr>
          <w:p w:rsidR="002841A5" w:rsidRDefault="00233BBF">
            <w:pPr>
              <w:spacing w:after="40" w:line="276" w:lineRule="auto"/>
              <w:rPr>
                <w:lang w:eastAsia="zh-TW"/>
              </w:rPr>
            </w:pPr>
            <w:r>
              <w:rPr>
                <w:sz w:val="19"/>
                <w:lang w:eastAsia="zh-TW"/>
              </w:rPr>
              <w:t>資料持有人不等於授權決定者。</w:t>
            </w:r>
          </w:p>
        </w:tc>
      </w:tr>
      <w:tr w:rsidR="002841A5">
        <w:trPr>
          <w:jc w:val="center"/>
        </w:trPr>
        <w:tc>
          <w:tcPr>
            <w:tcW w:w="2016" w:type="dxa"/>
            <w:vAlign w:val="center"/>
          </w:tcPr>
          <w:p w:rsidR="002841A5" w:rsidRDefault="00233BBF">
            <w:pPr>
              <w:spacing w:after="40" w:line="276" w:lineRule="auto"/>
            </w:pPr>
            <w:proofErr w:type="spellStart"/>
            <w:r>
              <w:rPr>
                <w:sz w:val="19"/>
              </w:rPr>
              <w:t>推理鏈</w:t>
            </w:r>
            <w:proofErr w:type="spellEnd"/>
          </w:p>
        </w:tc>
        <w:tc>
          <w:tcPr>
            <w:tcW w:w="4752" w:type="dxa"/>
            <w:vAlign w:val="center"/>
          </w:tcPr>
          <w:p w:rsidR="002841A5" w:rsidRDefault="00233BBF">
            <w:pPr>
              <w:spacing w:after="40" w:line="276" w:lineRule="auto"/>
              <w:rPr>
                <w:lang w:eastAsia="zh-TW"/>
              </w:rPr>
            </w:pPr>
            <w:r>
              <w:rPr>
                <w:sz w:val="19"/>
                <w:lang w:eastAsia="zh-TW"/>
              </w:rPr>
              <w:t>系統能否說明答案來自何種資料與處理方式？</w:t>
            </w:r>
          </w:p>
        </w:tc>
        <w:tc>
          <w:tcPr>
            <w:tcW w:w="2592" w:type="dxa"/>
            <w:vAlign w:val="center"/>
          </w:tcPr>
          <w:p w:rsidR="002841A5" w:rsidRDefault="00233BBF">
            <w:pPr>
              <w:spacing w:after="40" w:line="276" w:lineRule="auto"/>
              <w:rPr>
                <w:lang w:eastAsia="zh-TW"/>
              </w:rPr>
            </w:pPr>
            <w:r>
              <w:rPr>
                <w:sz w:val="19"/>
                <w:lang w:eastAsia="zh-TW"/>
              </w:rPr>
              <w:t>切塊後，來源、脈絡與輸出關係消失。</w:t>
            </w:r>
          </w:p>
        </w:tc>
      </w:tr>
      <w:tr w:rsidR="002841A5">
        <w:trPr>
          <w:jc w:val="center"/>
        </w:trPr>
        <w:tc>
          <w:tcPr>
            <w:tcW w:w="2016" w:type="dxa"/>
            <w:vAlign w:val="center"/>
          </w:tcPr>
          <w:p w:rsidR="002841A5" w:rsidRDefault="00233BBF">
            <w:pPr>
              <w:spacing w:after="40" w:line="276" w:lineRule="auto"/>
            </w:pPr>
            <w:proofErr w:type="spellStart"/>
            <w:r>
              <w:rPr>
                <w:sz w:val="19"/>
              </w:rPr>
              <w:t>責任鏈</w:t>
            </w:r>
            <w:proofErr w:type="spellEnd"/>
          </w:p>
        </w:tc>
        <w:tc>
          <w:tcPr>
            <w:tcW w:w="4752" w:type="dxa"/>
            <w:vAlign w:val="center"/>
          </w:tcPr>
          <w:p w:rsidR="002841A5" w:rsidRDefault="00233BBF">
            <w:pPr>
              <w:spacing w:after="40" w:line="276" w:lineRule="auto"/>
              <w:rPr>
                <w:lang w:eastAsia="zh-TW"/>
              </w:rPr>
            </w:pPr>
            <w:r>
              <w:rPr>
                <w:sz w:val="19"/>
                <w:lang w:eastAsia="zh-TW"/>
              </w:rPr>
              <w:t>誰能立即停止檢索、下架資料並回應權利人？</w:t>
            </w:r>
          </w:p>
        </w:tc>
        <w:tc>
          <w:tcPr>
            <w:tcW w:w="2592" w:type="dxa"/>
            <w:vAlign w:val="center"/>
          </w:tcPr>
          <w:p w:rsidR="002841A5" w:rsidRDefault="00233BBF">
            <w:pPr>
              <w:spacing w:after="40" w:line="276" w:lineRule="auto"/>
              <w:rPr>
                <w:lang w:eastAsia="zh-TW"/>
              </w:rPr>
            </w:pPr>
            <w:r>
              <w:rPr>
                <w:sz w:val="19"/>
                <w:lang w:eastAsia="zh-TW"/>
              </w:rPr>
              <w:t>每個人都能解釋，卻沒有人能處理。</w:t>
            </w:r>
          </w:p>
        </w:tc>
      </w:tr>
    </w:tbl>
    <w:p w:rsidR="002841A5" w:rsidRDefault="002841A5">
      <w:pPr>
        <w:spacing w:after="40"/>
        <w:rPr>
          <w:lang w:eastAsia="zh-TW"/>
        </w:rPr>
      </w:pPr>
    </w:p>
    <w:p w:rsidR="002841A5" w:rsidRDefault="00233BBF">
      <w:pPr>
        <w:rPr>
          <w:lang w:eastAsia="zh-TW"/>
        </w:rPr>
      </w:pPr>
      <w:r>
        <w:rPr>
          <w:lang w:eastAsia="zh-TW"/>
        </w:rPr>
        <w:t>七項治理審計在本案中也不必逐一重寫，而應聚焦在交叉點：資料代表性審計防止把私人作品</w:t>
      </w:r>
      <w:proofErr w:type="gramStart"/>
      <w:r>
        <w:rPr>
          <w:lang w:eastAsia="zh-TW"/>
        </w:rPr>
        <w:t>誤標成</w:t>
      </w:r>
      <w:proofErr w:type="gramEnd"/>
      <w:r>
        <w:rPr>
          <w:lang w:eastAsia="zh-TW"/>
        </w:rPr>
        <w:t>公共知識；推理可解釋性審計要求保留來源；責任歸因審計確認停止權；組織能力審計則檢驗機關是否有人能看懂資料履歷。壓力測試最終發現的重複斷裂模式是：每</w:t>
      </w:r>
      <w:proofErr w:type="gramStart"/>
      <w:r>
        <w:rPr>
          <w:lang w:eastAsia="zh-TW"/>
        </w:rPr>
        <w:t>個</w:t>
      </w:r>
      <w:proofErr w:type="gramEnd"/>
      <w:r>
        <w:rPr>
          <w:lang w:eastAsia="zh-TW"/>
        </w:rPr>
        <w:t>單位都有部分規則，但沒有任何一個單位被要求先確認「誰有權」。</w:t>
      </w:r>
    </w:p>
    <w:p w:rsidR="002841A5" w:rsidRDefault="00233BBF">
      <w:pPr>
        <w:pStyle w:val="Heading1"/>
        <w:rPr>
          <w:lang w:eastAsia="zh-TW"/>
        </w:rPr>
      </w:pPr>
      <w:r>
        <w:rPr>
          <w:rFonts w:ascii="微軟正黑體" w:eastAsia="微軟正黑體" w:hAnsi="微軟正黑體"/>
          <w:lang w:eastAsia="zh-TW"/>
        </w:rPr>
        <w:t>六、制度對話：從原則性手冊到可啟動的行政裝置</w:t>
      </w:r>
    </w:p>
    <w:p w:rsidR="002841A5" w:rsidRDefault="00233BBF">
      <w:pPr>
        <w:rPr>
          <w:lang w:eastAsia="zh-TW"/>
        </w:rPr>
      </w:pPr>
      <w:r>
        <w:rPr>
          <w:lang w:eastAsia="zh-TW"/>
        </w:rPr>
        <w:t>數</w:t>
      </w:r>
      <w:proofErr w:type="gramStart"/>
      <w:r>
        <w:rPr>
          <w:lang w:eastAsia="zh-TW"/>
        </w:rPr>
        <w:t>發部的《公部門人工智慧應用參考手冊》</w:t>
      </w:r>
      <w:proofErr w:type="gramEnd"/>
      <w:r>
        <w:rPr>
          <w:lang w:eastAsia="zh-TW"/>
        </w:rPr>
        <w:t>與人工智慧基本法，已經提供公部門導入</w:t>
      </w:r>
      <w:r>
        <w:rPr>
          <w:lang w:eastAsia="zh-TW"/>
        </w:rPr>
        <w:t>AI</w:t>
      </w:r>
      <w:r>
        <w:rPr>
          <w:lang w:eastAsia="zh-TW"/>
        </w:rPr>
        <w:t>的重要起點。問題不在於政府毫無原則，而在於抽象原則進到機關採購、資料盤點、試行與驗收時，誰</w:t>
      </w:r>
      <w:r>
        <w:rPr>
          <w:lang w:eastAsia="zh-TW"/>
        </w:rPr>
        <w:t>要</w:t>
      </w:r>
      <w:r>
        <w:rPr>
          <w:lang w:eastAsia="zh-TW"/>
        </w:rPr>
        <w:lastRenderedPageBreak/>
        <w:t>把它翻譯成具體判斷。真正的痛點不只在「不知道</w:t>
      </w:r>
      <w:r>
        <w:rPr>
          <w:lang w:eastAsia="zh-TW"/>
        </w:rPr>
        <w:t>AI</w:t>
      </w:r>
      <w:r>
        <w:rPr>
          <w:lang w:eastAsia="zh-TW"/>
        </w:rPr>
        <w:t>可以做什麼」，還在「知道</w:t>
      </w:r>
      <w:r>
        <w:rPr>
          <w:lang w:eastAsia="zh-TW"/>
        </w:rPr>
        <w:t>AI</w:t>
      </w:r>
      <w:r>
        <w:rPr>
          <w:lang w:eastAsia="zh-TW"/>
        </w:rPr>
        <w:t>可以做什麼，卻不知道機關是否有權這樣做」。</w:t>
      </w:r>
    </w:p>
    <w:p w:rsidR="002841A5" w:rsidRDefault="00233BBF">
      <w:pPr>
        <w:rPr>
          <w:lang w:eastAsia="zh-TW"/>
        </w:rPr>
      </w:pPr>
      <w:r>
        <w:rPr>
          <w:lang w:eastAsia="zh-TW"/>
        </w:rPr>
        <w:t>因此，本文不是主張再設一個空泛的跨部會會議，而是提出三個能讓責任鏈在沒有受害者時就被啟動的裝置。</w:t>
      </w:r>
    </w:p>
    <w:p w:rsidR="002841A5" w:rsidRDefault="00233BBF">
      <w:pPr>
        <w:pStyle w:val="Heading2"/>
        <w:rPr>
          <w:lang w:eastAsia="zh-TW"/>
        </w:rPr>
      </w:pPr>
      <w:r>
        <w:rPr>
          <w:rFonts w:ascii="微軟正黑體" w:eastAsia="微軟正黑體" w:hAnsi="微軟正黑體"/>
          <w:lang w:eastAsia="zh-TW"/>
        </w:rPr>
        <w:t>（一）第一棒：</w:t>
      </w:r>
      <w:r>
        <w:rPr>
          <w:rFonts w:ascii="微軟正黑體" w:eastAsia="微軟正黑體" w:hAnsi="微軟正黑體"/>
          <w:lang w:eastAsia="zh-TW"/>
        </w:rPr>
        <w:t>AI</w:t>
      </w:r>
      <w:r>
        <w:rPr>
          <w:rFonts w:ascii="微軟正黑體" w:eastAsia="微軟正黑體" w:hAnsi="微軟正黑體"/>
          <w:lang w:eastAsia="zh-TW"/>
        </w:rPr>
        <w:t>資料履歷與授權清冊</w:t>
      </w:r>
    </w:p>
    <w:p w:rsidR="002841A5" w:rsidRDefault="00233BBF">
      <w:pPr>
        <w:rPr>
          <w:lang w:eastAsia="zh-TW"/>
        </w:rPr>
      </w:pPr>
      <w:r>
        <w:rPr>
          <w:lang w:eastAsia="zh-TW"/>
        </w:rPr>
        <w:t>每一個採購案在上線、重大變更與驗收時，</w:t>
      </w:r>
      <w:proofErr w:type="gramStart"/>
      <w:r>
        <w:rPr>
          <w:lang w:eastAsia="zh-TW"/>
        </w:rPr>
        <w:t>均應提出</w:t>
      </w:r>
      <w:proofErr w:type="gramEnd"/>
      <w:r>
        <w:rPr>
          <w:lang w:eastAsia="zh-TW"/>
        </w:rPr>
        <w:t>清冊：資料從何而來、誰是權利決定者、可使用到哪一級、供應商是否可保存與再處理、何時應重新確認。它不是多</w:t>
      </w:r>
      <w:proofErr w:type="gramStart"/>
      <w:r>
        <w:rPr>
          <w:lang w:eastAsia="zh-TW"/>
        </w:rPr>
        <w:t>一</w:t>
      </w:r>
      <w:proofErr w:type="gramEnd"/>
      <w:r>
        <w:rPr>
          <w:lang w:eastAsia="zh-TW"/>
        </w:rPr>
        <w:t>張表，而是讓</w:t>
      </w:r>
      <w:r>
        <w:rPr>
          <w:lang w:eastAsia="zh-TW"/>
        </w:rPr>
        <w:t>OAC</w:t>
      </w:r>
      <w:r>
        <w:rPr>
          <w:lang w:eastAsia="zh-TW"/>
        </w:rPr>
        <w:t>能據以作出</w:t>
      </w:r>
      <w:r>
        <w:rPr>
          <w:lang w:eastAsia="zh-TW"/>
        </w:rPr>
        <w:t>Go</w:t>
      </w:r>
      <w:r>
        <w:rPr>
          <w:lang w:eastAsia="zh-TW"/>
        </w:rPr>
        <w:t>、</w:t>
      </w:r>
      <w:r>
        <w:rPr>
          <w:lang w:eastAsia="zh-TW"/>
        </w:rPr>
        <w:t>Conditional</w:t>
      </w:r>
      <w:r>
        <w:rPr>
          <w:lang w:eastAsia="zh-TW"/>
        </w:rPr>
        <w:t>或</w:t>
      </w:r>
      <w:r>
        <w:rPr>
          <w:lang w:eastAsia="zh-TW"/>
        </w:rPr>
        <w:t>No-Go</w:t>
      </w:r>
      <w:r>
        <w:rPr>
          <w:lang w:eastAsia="zh-TW"/>
        </w:rPr>
        <w:t>判斷的最低證據。</w:t>
      </w:r>
    </w:p>
    <w:p w:rsidR="002841A5" w:rsidRDefault="00233BBF">
      <w:pPr>
        <w:rPr>
          <w:lang w:eastAsia="zh-TW"/>
        </w:rPr>
      </w:pPr>
      <w:r>
        <w:rPr>
          <w:lang w:eastAsia="zh-TW"/>
        </w:rPr>
        <w:t>這些裝置若停留在論</w:t>
      </w:r>
      <w:r>
        <w:rPr>
          <w:lang w:eastAsia="zh-TW"/>
        </w:rPr>
        <w:t>文或內部指引層次，承辦人仍然缺乏可以引用的法源依據去要求供應商配合。因此，授權清冊與資料責任人的權限，應直接寫入政府採購招標文件（</w:t>
      </w:r>
      <w:r>
        <w:rPr>
          <w:lang w:eastAsia="zh-TW"/>
        </w:rPr>
        <w:t>RFP</w:t>
      </w:r>
      <w:r>
        <w:rPr>
          <w:lang w:eastAsia="zh-TW"/>
        </w:rPr>
        <w:t>）與系統交付驗收清單</w:t>
      </w:r>
      <w:proofErr w:type="gramStart"/>
      <w:r>
        <w:rPr>
          <w:lang w:eastAsia="zh-TW"/>
        </w:rPr>
        <w:t>—</w:t>
      </w:r>
      <w:proofErr w:type="gramEnd"/>
      <w:r>
        <w:rPr>
          <w:lang w:eastAsia="zh-TW"/>
        </w:rPr>
        <w:t>—</w:t>
      </w:r>
      <w:r>
        <w:rPr>
          <w:lang w:eastAsia="zh-TW"/>
        </w:rPr>
        <w:t>無論是納入既有的行政院公共工程委員會採購契約範本，或數位發展部相關採購指引</w:t>
      </w:r>
      <w:proofErr w:type="gramStart"/>
      <w:r>
        <w:rPr>
          <w:lang w:eastAsia="zh-TW"/>
        </w:rPr>
        <w:t>的附</w:t>
      </w:r>
      <w:proofErr w:type="gramEnd"/>
      <w:r>
        <w:rPr>
          <w:lang w:eastAsia="zh-TW"/>
        </w:rPr>
        <w:t>款，都應使供應商在投標與履約階段，</w:t>
      </w:r>
      <w:proofErr w:type="gramStart"/>
      <w:r>
        <w:rPr>
          <w:lang w:eastAsia="zh-TW"/>
        </w:rPr>
        <w:t>即負</w:t>
      </w:r>
      <w:proofErr w:type="gramEnd"/>
      <w:r>
        <w:rPr>
          <w:lang w:eastAsia="zh-TW"/>
        </w:rPr>
        <w:t>有提交授權清冊、指定聯絡窗口與配合停止使用的契約義務，而不是等到爭議發生後才由機關片面要求。</w:t>
      </w:r>
    </w:p>
    <w:p w:rsidR="002841A5" w:rsidRDefault="00233BBF">
      <w:pPr>
        <w:spacing w:before="160" w:after="60"/>
        <w:rPr>
          <w:lang w:eastAsia="zh-TW"/>
        </w:rPr>
      </w:pPr>
      <w:r>
        <w:rPr>
          <w:b/>
          <w:sz w:val="20"/>
          <w:lang w:eastAsia="zh-TW"/>
        </w:rPr>
        <w:t>表</w:t>
      </w:r>
      <w:r>
        <w:rPr>
          <w:b/>
          <w:sz w:val="20"/>
          <w:lang w:eastAsia="zh-TW"/>
        </w:rPr>
        <w:t>9</w:t>
      </w:r>
      <w:r>
        <w:rPr>
          <w:b/>
          <w:sz w:val="20"/>
          <w:lang w:eastAsia="zh-TW"/>
        </w:rPr>
        <w:t xml:space="preserve">　權利來源</w:t>
      </w:r>
      <w:r>
        <w:rPr>
          <w:b/>
          <w:sz w:val="20"/>
          <w:lang w:eastAsia="zh-TW"/>
        </w:rPr>
        <w:t>OAC</w:t>
      </w:r>
      <w:r>
        <w:rPr>
          <w:b/>
          <w:sz w:val="20"/>
          <w:lang w:eastAsia="zh-TW"/>
        </w:rPr>
        <w:t>嵌入政府</w:t>
      </w:r>
      <w:r>
        <w:rPr>
          <w:b/>
          <w:sz w:val="20"/>
          <w:lang w:eastAsia="zh-TW"/>
        </w:rPr>
        <w:t>AI</w:t>
      </w:r>
      <w:r>
        <w:rPr>
          <w:b/>
          <w:sz w:val="20"/>
          <w:lang w:eastAsia="zh-TW"/>
        </w:rPr>
        <w:t>採購生命週期的節點</w:t>
      </w:r>
    </w:p>
    <w:p w:rsidR="002841A5" w:rsidRDefault="00233BBF">
      <w:pPr>
        <w:spacing w:after="120" w:line="324" w:lineRule="auto"/>
        <w:rPr>
          <w:lang w:eastAsia="zh-TW"/>
        </w:rPr>
      </w:pPr>
      <w:r>
        <w:rPr>
          <w:b/>
          <w:sz w:val="20"/>
          <w:lang w:eastAsia="zh-TW"/>
        </w:rPr>
        <w:t>表</w:t>
      </w:r>
      <w:r>
        <w:rPr>
          <w:b/>
          <w:sz w:val="20"/>
          <w:lang w:eastAsia="zh-TW"/>
        </w:rPr>
        <w:t>10</w:t>
      </w:r>
      <w:r>
        <w:rPr>
          <w:b/>
          <w:sz w:val="20"/>
          <w:lang w:eastAsia="zh-TW"/>
        </w:rPr>
        <w:t xml:space="preserve">　政府</w:t>
      </w:r>
      <w:r>
        <w:rPr>
          <w:b/>
          <w:sz w:val="20"/>
          <w:lang w:eastAsia="zh-TW"/>
        </w:rPr>
        <w:t>AI</w:t>
      </w:r>
      <w:r>
        <w:rPr>
          <w:b/>
          <w:sz w:val="20"/>
          <w:lang w:eastAsia="zh-TW"/>
        </w:rPr>
        <w:t>採購的可驗收權利證據與預防性暫停條款</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90" w:type="dxa"/>
              <w:left w:w="110" w:type="dxa"/>
              <w:bottom w:w="90" w:type="dxa"/>
              <w:right w:w="110" w:type="dxa"/>
            </w:tcMar>
            <w:vAlign w:val="center"/>
          </w:tcPr>
          <w:p w:rsidR="002841A5" w:rsidRDefault="00233BBF">
            <w:pPr>
              <w:spacing w:after="0" w:line="252" w:lineRule="auto"/>
            </w:pPr>
            <w:proofErr w:type="spellStart"/>
            <w:r>
              <w:rPr>
                <w:b/>
                <w:sz w:val="17"/>
              </w:rPr>
              <w:t>契約／驗收項目</w:t>
            </w:r>
            <w:proofErr w:type="spellEnd"/>
          </w:p>
        </w:tc>
        <w:tc>
          <w:tcPr>
            <w:tcW w:w="3120" w:type="dxa"/>
            <w:shd w:val="clear" w:color="auto" w:fill="E8EEF5"/>
            <w:tcMar>
              <w:top w:w="90" w:type="dxa"/>
              <w:left w:w="110" w:type="dxa"/>
              <w:bottom w:w="90" w:type="dxa"/>
              <w:right w:w="110" w:type="dxa"/>
            </w:tcMar>
            <w:vAlign w:val="center"/>
          </w:tcPr>
          <w:p w:rsidR="002841A5" w:rsidRDefault="00233BBF">
            <w:pPr>
              <w:spacing w:after="0" w:line="252" w:lineRule="auto"/>
            </w:pPr>
            <w:r>
              <w:rPr>
                <w:b/>
                <w:sz w:val="17"/>
              </w:rPr>
              <w:t>最低可驗收交付物</w:t>
            </w:r>
          </w:p>
        </w:tc>
        <w:tc>
          <w:tcPr>
            <w:tcW w:w="3120" w:type="dxa"/>
            <w:shd w:val="clear" w:color="auto" w:fill="E8EEF5"/>
            <w:tcMar>
              <w:top w:w="90" w:type="dxa"/>
              <w:left w:w="110" w:type="dxa"/>
              <w:bottom w:w="90" w:type="dxa"/>
              <w:right w:w="110" w:type="dxa"/>
            </w:tcMar>
            <w:vAlign w:val="center"/>
          </w:tcPr>
          <w:p w:rsidR="002841A5" w:rsidRDefault="00233BBF">
            <w:pPr>
              <w:spacing w:after="0" w:line="252" w:lineRule="auto"/>
            </w:pPr>
            <w:r>
              <w:rPr>
                <w:b/>
                <w:sz w:val="17"/>
              </w:rPr>
              <w:t>未通過時的法律效果</w:t>
            </w:r>
          </w:p>
        </w:tc>
      </w:tr>
      <w:tr w:rsidR="002841A5">
        <w:trPr>
          <w:jc w:val="center"/>
        </w:trPr>
        <w:tc>
          <w:tcPr>
            <w:tcW w:w="3120" w:type="dxa"/>
            <w:tcMar>
              <w:top w:w="90" w:type="dxa"/>
              <w:left w:w="110" w:type="dxa"/>
              <w:bottom w:w="90" w:type="dxa"/>
              <w:right w:w="110" w:type="dxa"/>
            </w:tcMar>
            <w:vAlign w:val="center"/>
          </w:tcPr>
          <w:p w:rsidR="002841A5" w:rsidRDefault="00233BBF">
            <w:pPr>
              <w:spacing w:after="0" w:line="252" w:lineRule="auto"/>
            </w:pPr>
            <w:r>
              <w:rPr>
                <w:sz w:val="17"/>
              </w:rPr>
              <w:t>機器可讀授權清冊</w:t>
            </w:r>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JSON</w:t>
            </w:r>
            <w:r>
              <w:rPr>
                <w:sz w:val="17"/>
                <w:lang w:eastAsia="zh-TW"/>
              </w:rPr>
              <w:t>或</w:t>
            </w:r>
            <w:r>
              <w:rPr>
                <w:sz w:val="17"/>
                <w:lang w:eastAsia="zh-TW"/>
              </w:rPr>
              <w:t>CSV</w:t>
            </w:r>
            <w:r>
              <w:rPr>
                <w:sz w:val="17"/>
                <w:lang w:eastAsia="zh-TW"/>
              </w:rPr>
              <w:t>格式交付每一資料來源、權利決定者、原始</w:t>
            </w:r>
            <w:proofErr w:type="gramStart"/>
            <w:r>
              <w:rPr>
                <w:sz w:val="17"/>
                <w:lang w:eastAsia="zh-TW"/>
              </w:rPr>
              <w:t>法域、</w:t>
            </w:r>
            <w:proofErr w:type="gramEnd"/>
            <w:r>
              <w:rPr>
                <w:sz w:val="17"/>
                <w:lang w:eastAsia="zh-TW"/>
              </w:rPr>
              <w:t>授權條款、允許用途、</w:t>
            </w:r>
            <w:r>
              <w:rPr>
                <w:sz w:val="17"/>
                <w:lang w:eastAsia="zh-TW"/>
              </w:rPr>
              <w:t>RAG</w:t>
            </w:r>
            <w:r>
              <w:rPr>
                <w:sz w:val="17"/>
                <w:lang w:eastAsia="zh-TW"/>
              </w:rPr>
              <w:t>／微調／</w:t>
            </w:r>
            <w:r>
              <w:rPr>
                <w:sz w:val="17"/>
                <w:lang w:eastAsia="zh-TW"/>
              </w:rPr>
              <w:t>API</w:t>
            </w:r>
            <w:r>
              <w:rPr>
                <w:sz w:val="17"/>
                <w:lang w:eastAsia="zh-TW"/>
              </w:rPr>
              <w:t>處理範圍與保存位置。</w:t>
            </w:r>
          </w:p>
        </w:tc>
        <w:tc>
          <w:tcPr>
            <w:tcW w:w="3120" w:type="dxa"/>
            <w:tcMar>
              <w:top w:w="90" w:type="dxa"/>
              <w:left w:w="110" w:type="dxa"/>
              <w:bottom w:w="90" w:type="dxa"/>
              <w:right w:w="110" w:type="dxa"/>
            </w:tcMar>
            <w:vAlign w:val="center"/>
          </w:tcPr>
          <w:p w:rsidR="002841A5" w:rsidRDefault="00233BBF">
            <w:pPr>
              <w:spacing w:after="0" w:line="252" w:lineRule="auto"/>
            </w:pPr>
            <w:proofErr w:type="spellStart"/>
            <w:r>
              <w:rPr>
                <w:sz w:val="17"/>
              </w:rPr>
              <w:t>不得以</w:t>
            </w:r>
            <w:r>
              <w:rPr>
                <w:sz w:val="17"/>
              </w:rPr>
              <w:t>PDF</w:t>
            </w:r>
            <w:r>
              <w:rPr>
                <w:sz w:val="17"/>
              </w:rPr>
              <w:t>彙整或廠商概括保證取代；資料無法對應即</w:t>
            </w:r>
            <w:r>
              <w:rPr>
                <w:sz w:val="17"/>
              </w:rPr>
              <w:t>Conditional</w:t>
            </w:r>
            <w:r>
              <w:rPr>
                <w:sz w:val="17"/>
              </w:rPr>
              <w:t>或</w:t>
            </w:r>
            <w:r>
              <w:rPr>
                <w:sz w:val="17"/>
              </w:rPr>
              <w:t>No-Go</w:t>
            </w:r>
            <w:proofErr w:type="spellEnd"/>
            <w:r>
              <w:rPr>
                <w:sz w:val="17"/>
              </w:rPr>
              <w:t>。</w:t>
            </w:r>
          </w:p>
        </w:tc>
      </w:tr>
      <w:tr w:rsidR="002841A5">
        <w:trPr>
          <w:jc w:val="center"/>
        </w:trPr>
        <w:tc>
          <w:tcPr>
            <w:tcW w:w="3120" w:type="dxa"/>
            <w:tcMar>
              <w:top w:w="90" w:type="dxa"/>
              <w:left w:w="110" w:type="dxa"/>
              <w:bottom w:w="90" w:type="dxa"/>
              <w:right w:w="110" w:type="dxa"/>
            </w:tcMar>
            <w:vAlign w:val="center"/>
          </w:tcPr>
          <w:p w:rsidR="002841A5" w:rsidRDefault="00233BBF">
            <w:pPr>
              <w:spacing w:after="0" w:line="252" w:lineRule="auto"/>
            </w:pPr>
            <w:r>
              <w:rPr>
                <w:sz w:val="17"/>
              </w:rPr>
              <w:t>檢索與存取日誌</w:t>
            </w:r>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可查詢的來源切塊、向量索引、提示、檢索、輸出、</w:t>
            </w:r>
            <w:r>
              <w:rPr>
                <w:sz w:val="17"/>
                <w:lang w:eastAsia="zh-TW"/>
              </w:rPr>
              <w:t>API</w:t>
            </w:r>
            <w:r>
              <w:rPr>
                <w:sz w:val="17"/>
                <w:lang w:eastAsia="zh-TW"/>
              </w:rPr>
              <w:t>傳送、版本與操作紀錄，並約定保存與匯出格式。</w:t>
            </w:r>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異議時得立即保全；廠商無法提出即構成驗收不合格或違約。</w:t>
            </w:r>
          </w:p>
        </w:tc>
      </w:tr>
      <w:tr w:rsidR="002841A5">
        <w:trPr>
          <w:jc w:val="center"/>
        </w:trPr>
        <w:tc>
          <w:tcPr>
            <w:tcW w:w="3120" w:type="dxa"/>
            <w:tcMar>
              <w:top w:w="90" w:type="dxa"/>
              <w:left w:w="110" w:type="dxa"/>
              <w:bottom w:w="90" w:type="dxa"/>
              <w:right w:w="110" w:type="dxa"/>
            </w:tcMar>
            <w:vAlign w:val="center"/>
          </w:tcPr>
          <w:p w:rsidR="002841A5" w:rsidRDefault="00233BBF">
            <w:pPr>
              <w:spacing w:after="0" w:line="252" w:lineRule="auto"/>
            </w:pPr>
            <w:proofErr w:type="spellStart"/>
            <w:r>
              <w:rPr>
                <w:sz w:val="17"/>
              </w:rPr>
              <w:t>快取隔離／刪除測試</w:t>
            </w:r>
            <w:proofErr w:type="spellEnd"/>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以測試報告證明可停用爭議來源、隔離向量索引與快取、停止外部</w:t>
            </w:r>
            <w:r>
              <w:rPr>
                <w:sz w:val="17"/>
                <w:lang w:eastAsia="zh-TW"/>
              </w:rPr>
              <w:t>API</w:t>
            </w:r>
            <w:r>
              <w:rPr>
                <w:sz w:val="17"/>
                <w:lang w:eastAsia="zh-TW"/>
              </w:rPr>
              <w:t>傳送，並留下結果紀錄。</w:t>
            </w:r>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未通過者不得上線；重大變更後應重新測試。</w:t>
            </w:r>
          </w:p>
        </w:tc>
      </w:tr>
      <w:tr w:rsidR="002841A5">
        <w:trPr>
          <w:jc w:val="center"/>
        </w:trPr>
        <w:tc>
          <w:tcPr>
            <w:tcW w:w="3120" w:type="dxa"/>
            <w:tcMar>
              <w:top w:w="90" w:type="dxa"/>
              <w:left w:w="110" w:type="dxa"/>
              <w:bottom w:w="90" w:type="dxa"/>
              <w:right w:w="110" w:type="dxa"/>
            </w:tcMar>
            <w:vAlign w:val="center"/>
          </w:tcPr>
          <w:p w:rsidR="002841A5" w:rsidRDefault="00233BBF">
            <w:pPr>
              <w:spacing w:after="0" w:line="252" w:lineRule="auto"/>
            </w:pPr>
            <w:proofErr w:type="spellStart"/>
            <w:r>
              <w:rPr>
                <w:sz w:val="17"/>
              </w:rPr>
              <w:lastRenderedPageBreak/>
              <w:t>預防性暫停條款</w:t>
            </w:r>
            <w:proofErr w:type="spellEnd"/>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收到具體來源、授權或權利異議時，機關得命令暫停爭議資料的新增利用、檢索、輸出或對外傳送。</w:t>
            </w:r>
          </w:p>
        </w:tc>
        <w:tc>
          <w:tcPr>
            <w:tcW w:w="3120" w:type="dxa"/>
            <w:tcMar>
              <w:top w:w="90" w:type="dxa"/>
              <w:left w:w="110" w:type="dxa"/>
              <w:bottom w:w="90" w:type="dxa"/>
              <w:right w:w="110" w:type="dxa"/>
            </w:tcMar>
            <w:vAlign w:val="center"/>
          </w:tcPr>
          <w:p w:rsidR="002841A5" w:rsidRDefault="00233BBF">
            <w:pPr>
              <w:spacing w:after="0" w:line="252" w:lineRule="auto"/>
              <w:rPr>
                <w:lang w:eastAsia="zh-TW"/>
              </w:rPr>
            </w:pPr>
            <w:r>
              <w:rPr>
                <w:sz w:val="17"/>
                <w:lang w:eastAsia="zh-TW"/>
              </w:rPr>
              <w:t>依契約明定：暫停不是機關違約，也</w:t>
            </w:r>
            <w:proofErr w:type="gramStart"/>
            <w:r>
              <w:rPr>
                <w:sz w:val="17"/>
                <w:lang w:eastAsia="zh-TW"/>
              </w:rPr>
              <w:t>不</w:t>
            </w:r>
            <w:proofErr w:type="gramEnd"/>
            <w:r>
              <w:rPr>
                <w:sz w:val="17"/>
                <w:lang w:eastAsia="zh-TW"/>
              </w:rPr>
              <w:t>當然構成政府承認侵權；廠商仍負保全、隔離與配合查核義務。</w:t>
            </w:r>
          </w:p>
        </w:tc>
      </w:tr>
    </w:tbl>
    <w:p w:rsidR="002841A5" w:rsidRDefault="00233BBF">
      <w:pPr>
        <w:spacing w:after="120" w:line="317" w:lineRule="auto"/>
        <w:rPr>
          <w:lang w:eastAsia="zh-TW"/>
        </w:rPr>
      </w:pPr>
      <w:r>
        <w:rPr>
          <w:b/>
          <w:sz w:val="20"/>
          <w:lang w:eastAsia="zh-TW"/>
        </w:rPr>
        <w:t>表</w:t>
      </w:r>
      <w:r>
        <w:rPr>
          <w:b/>
          <w:sz w:val="20"/>
          <w:lang w:eastAsia="zh-TW"/>
        </w:rPr>
        <w:t>11</w:t>
      </w:r>
      <w:r>
        <w:rPr>
          <w:b/>
          <w:sz w:val="20"/>
          <w:lang w:eastAsia="zh-TW"/>
        </w:rPr>
        <w:t xml:space="preserve">　可直接納入</w:t>
      </w:r>
      <w:r>
        <w:rPr>
          <w:b/>
          <w:sz w:val="20"/>
          <w:lang w:eastAsia="zh-TW"/>
        </w:rPr>
        <w:t>RFP</w:t>
      </w:r>
      <w:r>
        <w:rPr>
          <w:b/>
          <w:sz w:val="20"/>
          <w:lang w:eastAsia="zh-TW"/>
        </w:rPr>
        <w:t>與驗收清單的權利來源證據包最低欄位</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80" w:type="dxa"/>
              <w:left w:w="100" w:type="dxa"/>
              <w:bottom w:w="80" w:type="dxa"/>
              <w:right w:w="100" w:type="dxa"/>
            </w:tcMar>
            <w:vAlign w:val="center"/>
          </w:tcPr>
          <w:p w:rsidR="002841A5" w:rsidRDefault="00233BBF">
            <w:pPr>
              <w:spacing w:after="0" w:line="250" w:lineRule="auto"/>
            </w:pPr>
            <w:proofErr w:type="spellStart"/>
            <w:r>
              <w:rPr>
                <w:b/>
                <w:sz w:val="17"/>
              </w:rPr>
              <w:t>欄位</w:t>
            </w:r>
            <w:proofErr w:type="spellEnd"/>
          </w:p>
        </w:tc>
        <w:tc>
          <w:tcPr>
            <w:tcW w:w="3120" w:type="dxa"/>
            <w:shd w:val="clear" w:color="auto" w:fill="E8EEF5"/>
            <w:tcMar>
              <w:top w:w="80" w:type="dxa"/>
              <w:left w:w="100" w:type="dxa"/>
              <w:bottom w:w="80" w:type="dxa"/>
              <w:right w:w="100" w:type="dxa"/>
            </w:tcMar>
            <w:vAlign w:val="center"/>
          </w:tcPr>
          <w:p w:rsidR="002841A5" w:rsidRDefault="00233BBF">
            <w:pPr>
              <w:spacing w:after="0" w:line="250" w:lineRule="auto"/>
            </w:pPr>
            <w:r>
              <w:rPr>
                <w:b/>
                <w:sz w:val="17"/>
              </w:rPr>
              <w:t>最低內容</w:t>
            </w:r>
          </w:p>
        </w:tc>
        <w:tc>
          <w:tcPr>
            <w:tcW w:w="3120" w:type="dxa"/>
            <w:shd w:val="clear" w:color="auto" w:fill="E8EEF5"/>
            <w:tcMar>
              <w:top w:w="80" w:type="dxa"/>
              <w:left w:w="100" w:type="dxa"/>
              <w:bottom w:w="80" w:type="dxa"/>
              <w:right w:w="100" w:type="dxa"/>
            </w:tcMar>
            <w:vAlign w:val="center"/>
          </w:tcPr>
          <w:p w:rsidR="002841A5" w:rsidRDefault="00233BBF">
            <w:pPr>
              <w:spacing w:after="0" w:line="250" w:lineRule="auto"/>
            </w:pPr>
            <w:r>
              <w:rPr>
                <w:b/>
                <w:sz w:val="17"/>
              </w:rPr>
              <w:t>格式／驗收要點</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來源識別碼與內容描述</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原始</w:t>
            </w:r>
            <w:r>
              <w:rPr>
                <w:sz w:val="17"/>
                <w:lang w:eastAsia="zh-TW"/>
              </w:rPr>
              <w:t>URL</w:t>
            </w:r>
            <w:r>
              <w:rPr>
                <w:sz w:val="17"/>
                <w:lang w:eastAsia="zh-TW"/>
              </w:rPr>
              <w:t>、檔名、版本、取得日期、內容類型與切塊／索引對照。</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可機器讀取</w:t>
            </w:r>
            <w:r>
              <w:rPr>
                <w:sz w:val="17"/>
                <w:lang w:eastAsia="zh-TW"/>
              </w:rPr>
              <w:t>JSON</w:t>
            </w:r>
            <w:r>
              <w:rPr>
                <w:sz w:val="17"/>
                <w:lang w:eastAsia="zh-TW"/>
              </w:rPr>
              <w:t>／</w:t>
            </w:r>
            <w:r>
              <w:rPr>
                <w:sz w:val="17"/>
                <w:lang w:eastAsia="zh-TW"/>
              </w:rPr>
              <w:t>CSV</w:t>
            </w:r>
            <w:r>
              <w:rPr>
                <w:sz w:val="17"/>
                <w:lang w:eastAsia="zh-TW"/>
              </w:rPr>
              <w:t>，並</w:t>
            </w:r>
            <w:proofErr w:type="gramStart"/>
            <w:r>
              <w:rPr>
                <w:sz w:val="17"/>
                <w:lang w:eastAsia="zh-TW"/>
              </w:rPr>
              <w:t>可回查原始</w:t>
            </w:r>
            <w:proofErr w:type="gramEnd"/>
            <w:r>
              <w:rPr>
                <w:sz w:val="17"/>
                <w:lang w:eastAsia="zh-TW"/>
              </w:rPr>
              <w:t>內容。</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權利與法域</w:t>
            </w:r>
            <w:proofErr w:type="spellEnd"/>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作者或權利決定者、原始</w:t>
            </w:r>
            <w:proofErr w:type="gramStart"/>
            <w:r>
              <w:rPr>
                <w:sz w:val="17"/>
                <w:lang w:eastAsia="zh-TW"/>
              </w:rPr>
              <w:t>法域、</w:t>
            </w:r>
            <w:proofErr w:type="gramEnd"/>
            <w:r>
              <w:rPr>
                <w:sz w:val="17"/>
                <w:lang w:eastAsia="zh-TW"/>
              </w:rPr>
              <w:t>授權條款、再授權與禁止用途。</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不得只記「公開資料」或「供應商提供」。</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允許</w:t>
            </w:r>
            <w:r>
              <w:rPr>
                <w:sz w:val="17"/>
              </w:rPr>
              <w:t>AI</w:t>
            </w:r>
            <w:r>
              <w:rPr>
                <w:sz w:val="17"/>
              </w:rPr>
              <w:t>處理與目的</w:t>
            </w:r>
            <w:proofErr w:type="spellEnd"/>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是否允許上傳、切塊、向量化、</w:t>
            </w:r>
            <w:r>
              <w:rPr>
                <w:sz w:val="17"/>
                <w:lang w:eastAsia="zh-TW"/>
              </w:rPr>
              <w:t>RAG</w:t>
            </w:r>
            <w:r>
              <w:rPr>
                <w:sz w:val="17"/>
                <w:lang w:eastAsia="zh-TW"/>
              </w:rPr>
              <w:t>、微調、</w:t>
            </w:r>
            <w:r>
              <w:rPr>
                <w:sz w:val="17"/>
                <w:lang w:eastAsia="zh-TW"/>
              </w:rPr>
              <w:t>API</w:t>
            </w:r>
            <w:r>
              <w:rPr>
                <w:sz w:val="17"/>
                <w:lang w:eastAsia="zh-TW"/>
              </w:rPr>
              <w:t>傳送、跨機關共享與對外輸出。</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每一處理行為與用途可獨立判斷。</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部署、保存與次處理</w:t>
            </w:r>
            <w:proofErr w:type="spellEnd"/>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雲端／地端位置、保存期限、快取、次供應商、跨境傳輸與刪除機制。</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提供次處理者清冊與可移除證明。</w:t>
            </w:r>
          </w:p>
        </w:tc>
      </w:tr>
      <w:tr w:rsidR="002841A5">
        <w:trPr>
          <w:jc w:val="center"/>
        </w:trPr>
        <w:tc>
          <w:tcPr>
            <w:tcW w:w="3120" w:type="dxa"/>
            <w:tcMar>
              <w:top w:w="80" w:type="dxa"/>
              <w:left w:w="100" w:type="dxa"/>
              <w:bottom w:w="80" w:type="dxa"/>
              <w:right w:w="100" w:type="dxa"/>
            </w:tcMar>
            <w:vAlign w:val="center"/>
          </w:tcPr>
          <w:p w:rsidR="002841A5" w:rsidRDefault="00233BBF">
            <w:pPr>
              <w:spacing w:after="0" w:line="250" w:lineRule="auto"/>
            </w:pPr>
            <w:proofErr w:type="spellStart"/>
            <w:r>
              <w:rPr>
                <w:sz w:val="17"/>
              </w:rPr>
              <w:t>責任、異議與日誌</w:t>
            </w:r>
            <w:proofErr w:type="spellEnd"/>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案件責任官、供應商窗口、停止程序、異議回覆期限、檢索／輸出／</w:t>
            </w:r>
            <w:r>
              <w:rPr>
                <w:sz w:val="17"/>
                <w:lang w:eastAsia="zh-TW"/>
              </w:rPr>
              <w:t>API</w:t>
            </w:r>
            <w:r>
              <w:rPr>
                <w:sz w:val="17"/>
                <w:lang w:eastAsia="zh-TW"/>
              </w:rPr>
              <w:t>日誌。</w:t>
            </w:r>
          </w:p>
        </w:tc>
        <w:tc>
          <w:tcPr>
            <w:tcW w:w="3120" w:type="dxa"/>
            <w:tcMar>
              <w:top w:w="80" w:type="dxa"/>
              <w:left w:w="100" w:type="dxa"/>
              <w:bottom w:w="80" w:type="dxa"/>
              <w:right w:w="100" w:type="dxa"/>
            </w:tcMar>
            <w:vAlign w:val="center"/>
          </w:tcPr>
          <w:p w:rsidR="002841A5" w:rsidRDefault="00233BBF">
            <w:pPr>
              <w:spacing w:after="0" w:line="250" w:lineRule="auto"/>
              <w:rPr>
                <w:lang w:eastAsia="zh-TW"/>
              </w:rPr>
            </w:pPr>
            <w:r>
              <w:rPr>
                <w:sz w:val="17"/>
                <w:lang w:eastAsia="zh-TW"/>
              </w:rPr>
              <w:t>可在具體</w:t>
            </w:r>
            <w:r>
              <w:rPr>
                <w:sz w:val="17"/>
                <w:lang w:eastAsia="zh-TW"/>
              </w:rPr>
              <w:t>異議後立即保全、隔離與匯出。</w:t>
            </w:r>
          </w:p>
        </w:tc>
      </w:tr>
    </w:tbl>
    <w:p w:rsidR="002841A5" w:rsidRDefault="00233BBF">
      <w:pPr>
        <w:spacing w:after="120" w:line="324" w:lineRule="auto"/>
        <w:rPr>
          <w:lang w:eastAsia="zh-TW"/>
        </w:rPr>
      </w:pPr>
      <w:r>
        <w:rPr>
          <w:sz w:val="20"/>
          <w:lang w:eastAsia="zh-TW"/>
        </w:rPr>
        <w:t>預防性暫停是本篇不可省略的安全閥。沒有這一條，地方機關即使看見風險，也會因害怕影響履約、賠償或被解讀為承認侵權而不敢停止；有了明確的法源與契約約定，暫停才是一種中性的保全措施，而不是行政癱瘓。</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採購生命週期</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應嵌入的</w:t>
            </w:r>
            <w:r>
              <w:rPr>
                <w:b/>
                <w:sz w:val="18"/>
              </w:rPr>
              <w:t>OAC</w:t>
            </w:r>
            <w:r>
              <w:rPr>
                <w:b/>
                <w:sz w:val="18"/>
              </w:rPr>
              <w:t>要求</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未完成的後果</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r>
              <w:rPr>
                <w:sz w:val="18"/>
              </w:rPr>
              <w:t>需求形成／市場諮詢</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界定資料類型、用途、</w:t>
            </w:r>
            <w:r>
              <w:rPr>
                <w:sz w:val="18"/>
                <w:lang w:eastAsia="zh-TW"/>
              </w:rPr>
              <w:t>AI</w:t>
            </w:r>
            <w:r>
              <w:rPr>
                <w:sz w:val="18"/>
                <w:lang w:eastAsia="zh-TW"/>
              </w:rPr>
              <w:t>處理方式與不可使用來源。</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需求一開始即以「公開可得」取代權利判斷。</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RFI</w:t>
            </w:r>
            <w:r>
              <w:rPr>
                <w:sz w:val="18"/>
                <w:lang w:eastAsia="zh-TW"/>
              </w:rPr>
              <w:t>／</w:t>
            </w:r>
            <w:r>
              <w:rPr>
                <w:sz w:val="18"/>
                <w:lang w:eastAsia="zh-TW"/>
              </w:rPr>
              <w:t>RFP</w:t>
            </w:r>
            <w:r>
              <w:rPr>
                <w:sz w:val="18"/>
                <w:lang w:eastAsia="zh-TW"/>
              </w:rPr>
              <w:t>與評選</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要求廠商說明資料處理、保存、次處理、來源標示與停止能力。</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投標方案只比功能與價格，無法比較權利與停止能力。</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簽約</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將授權清冊、再利用限制、紀錄保存、異議與停止義務明文化。</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爭議後只能以契約未約定回應。</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試行與驗收</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以清冊、抽測來源、停止演練與紀錄交付作為驗收證據。</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系統可運作即被視為可上線。</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重大變更</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新增來源、跨單位共享、對外服務或微調時重新審查。</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以同一系統名義掩蓋用途與權利範圍已改變。</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lastRenderedPageBreak/>
              <w:t>退場／終止</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確認資料、索引、快取與供應商留存的處理、銷毀或移交紀錄。</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停止服務但無法說明資料仍保存於何處。</w:t>
            </w:r>
          </w:p>
        </w:tc>
      </w:tr>
    </w:tbl>
    <w:p w:rsidR="002841A5" w:rsidRDefault="00233BBF">
      <w:pPr>
        <w:pStyle w:val="Heading2"/>
      </w:pPr>
      <w:r>
        <w:rPr>
          <w:rFonts w:ascii="微軟正黑體" w:eastAsia="微軟正黑體" w:hAnsi="微軟正黑體"/>
        </w:rPr>
        <w:t>（</w:t>
      </w:r>
      <w:proofErr w:type="spellStart"/>
      <w:r>
        <w:rPr>
          <w:rFonts w:ascii="微軟正黑體" w:eastAsia="微軟正黑體" w:hAnsi="微軟正黑體"/>
        </w:rPr>
        <w:t>二）第二棒：指定可停止的人</w:t>
      </w:r>
      <w:proofErr w:type="spellEnd"/>
    </w:p>
    <w:p w:rsidR="002841A5" w:rsidRDefault="00233BBF">
      <w:pPr>
        <w:rPr>
          <w:lang w:eastAsia="zh-TW"/>
        </w:rPr>
      </w:pPr>
      <w:r>
        <w:rPr>
          <w:lang w:eastAsia="zh-TW"/>
        </w:rPr>
        <w:t>每一個政府</w:t>
      </w:r>
      <w:r>
        <w:rPr>
          <w:lang w:eastAsia="zh-TW"/>
        </w:rPr>
        <w:t>AI</w:t>
      </w:r>
      <w:r>
        <w:rPr>
          <w:lang w:eastAsia="zh-TW"/>
        </w:rPr>
        <w:t>系統都應明定一位資料責任人或指定聯絡人；名稱可以依現有組織調整，但權限不能模糊。此人必須能要求供應商停止檢索、暫時下架特定來源、清除向量快取或保留必要紀錄，並在跨科室爭議中召集判斷。沒有停止權的責任人，只是收件人。</w:t>
      </w:r>
    </w:p>
    <w:p w:rsidR="002841A5" w:rsidRDefault="00233BBF">
      <w:pPr>
        <w:pStyle w:val="Heading2"/>
        <w:rPr>
          <w:lang w:eastAsia="zh-TW"/>
        </w:rPr>
      </w:pPr>
      <w:r>
        <w:rPr>
          <w:rFonts w:ascii="微軟正黑體" w:eastAsia="微軟正黑體" w:hAnsi="微軟正黑體"/>
          <w:lang w:eastAsia="zh-TW"/>
        </w:rPr>
        <w:t>（三）第三棒：公共</w:t>
      </w:r>
      <w:r>
        <w:rPr>
          <w:rFonts w:ascii="微軟正黑體" w:eastAsia="微軟正黑體" w:hAnsi="微軟正黑體"/>
          <w:lang w:eastAsia="zh-TW"/>
        </w:rPr>
        <w:t>AI</w:t>
      </w:r>
      <w:r>
        <w:rPr>
          <w:rFonts w:ascii="微軟正黑體" w:eastAsia="微軟正黑體" w:hAnsi="微軟正黑體"/>
          <w:lang w:eastAsia="zh-TW"/>
        </w:rPr>
        <w:t>權利異議與下架入口</w:t>
      </w:r>
    </w:p>
    <w:p w:rsidR="002841A5" w:rsidRDefault="00233BBF">
      <w:pPr>
        <w:rPr>
          <w:lang w:eastAsia="zh-TW"/>
        </w:rPr>
      </w:pPr>
      <w:r>
        <w:rPr>
          <w:lang w:eastAsia="zh-TW"/>
        </w:rPr>
        <w:t>作者不應先進入訴訟，才有機會知道自己的作品是否被使用。機關應提供一個可被看見的入口，使權利人能提出來源異議、要求暫停特定資料使用，並獲得說明與理由回覆。這不是承認侵權，而是建立行政機關應有的可說明性與可補救性。</w:t>
      </w:r>
    </w:p>
    <w:p w:rsidR="002841A5" w:rsidRDefault="00233BBF">
      <w:pPr>
        <w:spacing w:before="160" w:after="60"/>
        <w:rPr>
          <w:lang w:eastAsia="zh-TW"/>
        </w:rPr>
      </w:pPr>
      <w:r>
        <w:rPr>
          <w:b/>
          <w:sz w:val="20"/>
          <w:lang w:eastAsia="zh-TW"/>
        </w:rPr>
        <w:t>表</w:t>
      </w:r>
      <w:r>
        <w:rPr>
          <w:b/>
          <w:sz w:val="20"/>
          <w:lang w:eastAsia="zh-TW"/>
        </w:rPr>
        <w:t>12</w:t>
      </w:r>
      <w:r>
        <w:rPr>
          <w:b/>
          <w:sz w:val="20"/>
          <w:lang w:eastAsia="zh-TW"/>
        </w:rPr>
        <w:t xml:space="preserve">　公共</w:t>
      </w:r>
      <w:r>
        <w:rPr>
          <w:b/>
          <w:sz w:val="20"/>
          <w:lang w:eastAsia="zh-TW"/>
        </w:rPr>
        <w:t>AI</w:t>
      </w:r>
      <w:r>
        <w:rPr>
          <w:b/>
          <w:sz w:val="20"/>
          <w:lang w:eastAsia="zh-TW"/>
        </w:rPr>
        <w:t>權利異議與下</w:t>
      </w:r>
      <w:r>
        <w:rPr>
          <w:b/>
          <w:sz w:val="20"/>
          <w:lang w:eastAsia="zh-TW"/>
        </w:rPr>
        <w:t>架處理的最低流程</w:t>
      </w:r>
    </w:p>
    <w:tbl>
      <w:tblPr>
        <w:tblStyle w:val="TableGrid"/>
        <w:tblW w:w="0" w:type="auto"/>
        <w:jc w:val="center"/>
        <w:tblLook w:val="04A0" w:firstRow="1" w:lastRow="0" w:firstColumn="1" w:lastColumn="0" w:noHBand="0" w:noVBand="1"/>
      </w:tblPr>
      <w:tblGrid>
        <w:gridCol w:w="3120"/>
        <w:gridCol w:w="3120"/>
        <w:gridCol w:w="3120"/>
      </w:tblGrid>
      <w:tr w:rsidR="002841A5">
        <w:trPr>
          <w:jc w:val="center"/>
        </w:trPr>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處理步驟</w:t>
            </w:r>
            <w:proofErr w:type="spellEnd"/>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最低要求</w:t>
            </w:r>
          </w:p>
        </w:tc>
        <w:tc>
          <w:tcPr>
            <w:tcW w:w="312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目的</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r>
              <w:rPr>
                <w:sz w:val="18"/>
              </w:rPr>
              <w:t>提出異議</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提供可見入口，接受來源、授權、標示或輸出近似性的具體說明。</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不使權利人必須先</w:t>
            </w:r>
            <w:proofErr w:type="gramStart"/>
            <w:r>
              <w:rPr>
                <w:sz w:val="18"/>
                <w:lang w:eastAsia="zh-TW"/>
              </w:rPr>
              <w:t>提告才知道</w:t>
            </w:r>
            <w:proofErr w:type="gramEnd"/>
            <w:r>
              <w:rPr>
                <w:sz w:val="18"/>
                <w:lang w:eastAsia="zh-TW"/>
              </w:rPr>
              <w:t>政府是否使用其作品。</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暫時措施</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依風險暫停新增利用、停用爭議來源或限制對外輸出。</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避免爭議期間持續擴大可能損害。</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證據保全</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保全資料履歷、查詢、輸出、版本、契約與供應商處理紀錄。</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避免系統切換、快取清理或人員異動後無從說明。</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理由回覆</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在預定期限內說明查核結果、依據、停止或不停止的理由。</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建立可說明性，而非將入口降格為客服信箱。</w:t>
            </w:r>
          </w:p>
        </w:tc>
      </w:tr>
      <w:tr w:rsidR="002841A5">
        <w:trPr>
          <w:jc w:val="center"/>
        </w:trPr>
        <w:tc>
          <w:tcPr>
            <w:tcW w:w="3120" w:type="dxa"/>
            <w:tcMar>
              <w:top w:w="70" w:type="dxa"/>
              <w:left w:w="100" w:type="dxa"/>
              <w:bottom w:w="70" w:type="dxa"/>
              <w:right w:w="100" w:type="dxa"/>
            </w:tcMar>
            <w:vAlign w:val="center"/>
          </w:tcPr>
          <w:p w:rsidR="002841A5" w:rsidRDefault="00233BBF">
            <w:pPr>
              <w:spacing w:after="0" w:line="252" w:lineRule="auto"/>
            </w:pPr>
            <w:proofErr w:type="spellStart"/>
            <w:r>
              <w:rPr>
                <w:sz w:val="18"/>
              </w:rPr>
              <w:t>補救與恢復</w:t>
            </w:r>
            <w:proofErr w:type="spellEnd"/>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確認刪除、替換、標示、修正或重新取得授權；必要時才恢復服務。</w:t>
            </w:r>
          </w:p>
        </w:tc>
        <w:tc>
          <w:tcPr>
            <w:tcW w:w="312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使停止權成為可執行的補救，而非形式承諾。</w:t>
            </w:r>
          </w:p>
        </w:tc>
      </w:tr>
    </w:tbl>
    <w:p w:rsidR="002841A5" w:rsidRDefault="00233BBF">
      <w:pPr>
        <w:jc w:val="center"/>
      </w:pPr>
      <w:r>
        <w:rPr>
          <w:noProof/>
        </w:rPr>
        <w:lastRenderedPageBreak/>
        <w:drawing>
          <wp:inline distT="0" distB="0" distL="0" distR="0">
            <wp:extent cx="5760720" cy="5915474"/>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8_flowchart.png"/>
                    <pic:cNvPicPr/>
                  </pic:nvPicPr>
                  <pic:blipFill>
                    <a:blip r:embed="rId21"/>
                    <a:stretch>
                      <a:fillRect/>
                    </a:stretch>
                  </pic:blipFill>
                  <pic:spPr>
                    <a:xfrm>
                      <a:off x="0" y="0"/>
                      <a:ext cx="5760720" cy="5915474"/>
                    </a:xfrm>
                    <a:prstGeom prst="rect">
                      <a:avLst/>
                    </a:prstGeom>
                  </pic:spPr>
                </pic:pic>
              </a:graphicData>
            </a:graphic>
          </wp:inline>
        </w:drawing>
      </w:r>
    </w:p>
    <w:p w:rsidR="002841A5" w:rsidRDefault="00233BBF">
      <w:pPr>
        <w:jc w:val="center"/>
        <w:rPr>
          <w:lang w:eastAsia="zh-TW"/>
        </w:rPr>
      </w:pPr>
      <w:r>
        <w:rPr>
          <w:b/>
          <w:sz w:val="19"/>
          <w:lang w:eastAsia="zh-TW"/>
        </w:rPr>
        <w:t>圖</w:t>
      </w:r>
      <w:r>
        <w:rPr>
          <w:b/>
          <w:sz w:val="19"/>
          <w:lang w:eastAsia="zh-TW"/>
        </w:rPr>
        <w:t>1</w:t>
      </w:r>
      <w:r>
        <w:rPr>
          <w:b/>
          <w:sz w:val="19"/>
          <w:lang w:eastAsia="zh-TW"/>
        </w:rPr>
        <w:t xml:space="preserve">　權利來源審查模組與</w:t>
      </w:r>
      <w:r>
        <w:rPr>
          <w:b/>
          <w:sz w:val="19"/>
          <w:lang w:eastAsia="zh-TW"/>
        </w:rPr>
        <w:t>OAC</w:t>
      </w:r>
      <w:r>
        <w:rPr>
          <w:b/>
          <w:sz w:val="19"/>
          <w:lang w:eastAsia="zh-TW"/>
        </w:rPr>
        <w:t>驗收決策流程圖：從四級授權、七項證據問題到</w:t>
      </w:r>
      <w:r>
        <w:rPr>
          <w:b/>
          <w:sz w:val="19"/>
          <w:lang w:eastAsia="zh-TW"/>
        </w:rPr>
        <w:t>Go</w:t>
      </w:r>
      <w:r>
        <w:rPr>
          <w:b/>
          <w:sz w:val="19"/>
          <w:lang w:eastAsia="zh-TW"/>
        </w:rPr>
        <w:t>／</w:t>
      </w:r>
      <w:r>
        <w:rPr>
          <w:b/>
          <w:sz w:val="19"/>
          <w:lang w:eastAsia="zh-TW"/>
        </w:rPr>
        <w:t>Conditional</w:t>
      </w:r>
      <w:r>
        <w:rPr>
          <w:b/>
          <w:sz w:val="19"/>
          <w:lang w:eastAsia="zh-TW"/>
        </w:rPr>
        <w:t>／</w:t>
      </w:r>
      <w:r>
        <w:rPr>
          <w:b/>
          <w:sz w:val="19"/>
          <w:lang w:eastAsia="zh-TW"/>
        </w:rPr>
        <w:t>No-Go</w:t>
      </w:r>
      <w:r>
        <w:rPr>
          <w:b/>
          <w:sz w:val="19"/>
          <w:lang w:eastAsia="zh-TW"/>
        </w:rPr>
        <w:t>判定，再到三棒持續運作</w:t>
      </w:r>
    </w:p>
    <w:p w:rsidR="002841A5" w:rsidRDefault="00233BBF">
      <w:pPr>
        <w:pStyle w:val="Heading1"/>
        <w:rPr>
          <w:lang w:eastAsia="zh-TW"/>
        </w:rPr>
      </w:pPr>
      <w:r>
        <w:rPr>
          <w:rFonts w:ascii="微軟正黑體" w:eastAsia="微軟正黑體" w:hAnsi="微軟正黑體"/>
          <w:lang w:eastAsia="zh-TW"/>
        </w:rPr>
        <w:t>七、兩岸比較：中文資料跨境流動與權利來源洗淡</w:t>
      </w:r>
    </w:p>
    <w:p w:rsidR="002841A5" w:rsidRDefault="00233BBF">
      <w:pPr>
        <w:rPr>
          <w:lang w:eastAsia="zh-TW"/>
        </w:rPr>
      </w:pPr>
      <w:r>
        <w:rPr>
          <w:lang w:eastAsia="zh-TW"/>
        </w:rPr>
        <w:t>兩岸比較不是要比較哪一方比較重視智慧財產權，而是要處理中文內容跨境流動的特殊現實。繁體與簡體的轉換成本很低；臺灣作者的網站文章可能</w:t>
      </w:r>
      <w:proofErr w:type="gramStart"/>
      <w:r>
        <w:rPr>
          <w:lang w:eastAsia="zh-TW"/>
        </w:rPr>
        <w:t>經由爬取</w:t>
      </w:r>
      <w:proofErr w:type="gramEnd"/>
      <w:r>
        <w:rPr>
          <w:lang w:eastAsia="zh-TW"/>
        </w:rPr>
        <w:t>、資料集、模型、開源元件、</w:t>
      </w:r>
      <w:r>
        <w:rPr>
          <w:lang w:eastAsia="zh-TW"/>
        </w:rPr>
        <w:t>API</w:t>
      </w:r>
      <w:r>
        <w:rPr>
          <w:lang w:eastAsia="zh-TW"/>
        </w:rPr>
        <w:lastRenderedPageBreak/>
        <w:t>或系統整合服務多次轉手。作者最實際的問題便是：當內容已成為某種</w:t>
      </w:r>
      <w:r>
        <w:rPr>
          <w:lang w:eastAsia="zh-TW"/>
        </w:rPr>
        <w:t>AI</w:t>
      </w:r>
      <w:r>
        <w:rPr>
          <w:lang w:eastAsia="zh-TW"/>
        </w:rPr>
        <w:t>輸出的背景知識，我究竟要找網域註冊商、主機商、平台、模型服務商、系統整合商，還是使用系統的政府機關？</w:t>
      </w:r>
    </w:p>
    <w:p w:rsidR="002841A5" w:rsidRDefault="00233BBF">
      <w:pPr>
        <w:rPr>
          <w:lang w:eastAsia="zh-TW"/>
        </w:rPr>
      </w:pPr>
      <w:r>
        <w:rPr>
          <w:lang w:eastAsia="zh-TW"/>
        </w:rPr>
        <w:t>中國大陸對面向公眾提供的生成式</w:t>
      </w:r>
      <w:r>
        <w:rPr>
          <w:lang w:eastAsia="zh-TW"/>
        </w:rPr>
        <w:t>AI</w:t>
      </w:r>
      <w:r>
        <w:rPr>
          <w:lang w:eastAsia="zh-TW"/>
        </w:rPr>
        <w:t>服務，較明確要求服務提供者處理資料合法來源、申訴與違規內容處置。這能在一定程度上減少「誰都不是第一責任人」的情況。但此類規範並不當然涵蓋所有</w:t>
      </w:r>
      <w:r>
        <w:rPr>
          <w:lang w:eastAsia="zh-TW"/>
        </w:rPr>
        <w:t>內部系統、研究使用或未直接面向公眾的</w:t>
      </w:r>
      <w:r>
        <w:rPr>
          <w:lang w:eastAsia="zh-TW"/>
        </w:rPr>
        <w:t>RAG</w:t>
      </w:r>
      <w:r>
        <w:rPr>
          <w:lang w:eastAsia="zh-TW"/>
        </w:rPr>
        <w:t>服務；而且服務提供者成為責任閘門，也不代表原作者在資料進入系統以前必然被看見或被告知。</w:t>
      </w:r>
    </w:p>
    <w:p w:rsidR="002841A5" w:rsidRDefault="00233BBF">
      <w:pPr>
        <w:rPr>
          <w:lang w:eastAsia="zh-TW"/>
        </w:rPr>
      </w:pPr>
      <w:r>
        <w:rPr>
          <w:lang w:eastAsia="zh-TW"/>
        </w:rPr>
        <w:t>本文將跨境、多層技術供應鏈中原始授權條件逐漸失去可辨識性的情形，稱為「權利</w:t>
      </w:r>
      <w:proofErr w:type="gramStart"/>
      <w:r>
        <w:rPr>
          <w:lang w:eastAsia="zh-TW"/>
        </w:rPr>
        <w:t>來源洗淡</w:t>
      </w:r>
      <w:proofErr w:type="gramEnd"/>
      <w:r>
        <w:rPr>
          <w:lang w:eastAsia="zh-TW"/>
        </w:rPr>
        <w:t>」風險。它不是指控任何特定平台已經侵權，而是一個制度警訊：跨</w:t>
      </w:r>
      <w:proofErr w:type="gramStart"/>
      <w:r>
        <w:rPr>
          <w:lang w:eastAsia="zh-TW"/>
        </w:rPr>
        <w:t>境爬取</w:t>
      </w:r>
      <w:proofErr w:type="gramEnd"/>
      <w:r>
        <w:rPr>
          <w:lang w:eastAsia="zh-TW"/>
        </w:rPr>
        <w:t>與開源微調模型（</w:t>
      </w:r>
      <w:r>
        <w:rPr>
          <w:lang w:eastAsia="zh-TW"/>
        </w:rPr>
        <w:t>open-source fine-tuned models</w:t>
      </w:r>
      <w:r>
        <w:rPr>
          <w:lang w:eastAsia="zh-TW"/>
        </w:rPr>
        <w:t>）尤其容易加速這個過程</w:t>
      </w:r>
      <w:r>
        <w:rPr>
          <w:lang w:eastAsia="zh-TW"/>
        </w:rPr>
        <w:t>——</w:t>
      </w:r>
      <w:r>
        <w:rPr>
          <w:lang w:eastAsia="zh-TW"/>
        </w:rPr>
        <w:t>當訓練或檢索資料先被</w:t>
      </w:r>
      <w:proofErr w:type="gramStart"/>
      <w:r>
        <w:rPr>
          <w:lang w:eastAsia="zh-TW"/>
        </w:rPr>
        <w:t>爬取</w:t>
      </w:r>
      <w:proofErr w:type="gramEnd"/>
      <w:r>
        <w:rPr>
          <w:lang w:eastAsia="zh-TW"/>
        </w:rPr>
        <w:t>彙整成資料集，再被下游拿去微調、蒸餾或重新包裝成另一個開源模型，每多一層技術轉手，原始授權條件就更難被追溯一次</w:t>
      </w:r>
      <w:r>
        <w:rPr>
          <w:lang w:eastAsia="zh-TW"/>
        </w:rPr>
        <w:t>；若臺灣政府以開源模型、第三方</w:t>
      </w:r>
      <w:r>
        <w:rPr>
          <w:lang w:eastAsia="zh-TW"/>
        </w:rPr>
        <w:t>API</w:t>
      </w:r>
      <w:r>
        <w:rPr>
          <w:lang w:eastAsia="zh-TW"/>
        </w:rPr>
        <w:t>或外部套件為由，便不再追問資料來源，原始作者的權利將在這條多層供應鏈中</w:t>
      </w:r>
      <w:proofErr w:type="gramStart"/>
      <w:r>
        <w:rPr>
          <w:lang w:eastAsia="zh-TW"/>
        </w:rPr>
        <w:t>被洗淡</w:t>
      </w:r>
      <w:proofErr w:type="gramEnd"/>
      <w:r>
        <w:rPr>
          <w:lang w:eastAsia="zh-TW"/>
        </w:rPr>
        <w:t>，而政府也可能失去對自身服務的說明能力。</w:t>
      </w:r>
    </w:p>
    <w:p w:rsidR="002841A5" w:rsidRDefault="00233BBF">
      <w:pPr>
        <w:rPr>
          <w:lang w:eastAsia="zh-TW"/>
        </w:rPr>
      </w:pPr>
      <w:r>
        <w:rPr>
          <w:lang w:eastAsia="zh-TW"/>
        </w:rPr>
        <w:t>兩岸的失效型態因而不同。臺灣較大的風險是分散體制下責任鏈尚未啟動；中國大陸則可能是以提供者為中心的閘門存在，但權利人未必真正位於閘門之內。共同問題始終相同：作品進入</w:t>
      </w:r>
      <w:r>
        <w:rPr>
          <w:lang w:eastAsia="zh-TW"/>
        </w:rPr>
        <w:t>AI</w:t>
      </w:r>
      <w:r>
        <w:rPr>
          <w:lang w:eastAsia="zh-TW"/>
        </w:rPr>
        <w:t>後，權利人能不能找到一個必須回答、能夠停止、並有能力補救的人？</w:t>
      </w:r>
    </w:p>
    <w:p w:rsidR="002841A5" w:rsidRDefault="00233BBF">
      <w:pPr>
        <w:spacing w:before="160" w:after="60"/>
        <w:rPr>
          <w:lang w:eastAsia="zh-TW"/>
        </w:rPr>
      </w:pPr>
      <w:r>
        <w:rPr>
          <w:b/>
          <w:sz w:val="20"/>
          <w:lang w:eastAsia="zh-TW"/>
        </w:rPr>
        <w:t>表</w:t>
      </w:r>
      <w:r>
        <w:rPr>
          <w:b/>
          <w:sz w:val="20"/>
          <w:lang w:eastAsia="zh-TW"/>
        </w:rPr>
        <w:t>13</w:t>
      </w:r>
      <w:r>
        <w:rPr>
          <w:b/>
          <w:sz w:val="20"/>
          <w:lang w:eastAsia="zh-TW"/>
        </w:rPr>
        <w:t xml:space="preserve">　兩岸比較的共同變項、比較目的與限制</w:t>
      </w:r>
    </w:p>
    <w:tbl>
      <w:tblPr>
        <w:tblStyle w:val="TableGrid"/>
        <w:tblW w:w="0" w:type="auto"/>
        <w:jc w:val="center"/>
        <w:tblLook w:val="04A0" w:firstRow="1" w:lastRow="0" w:firstColumn="1" w:lastColumn="0" w:noHBand="0" w:noVBand="1"/>
      </w:tblPr>
      <w:tblGrid>
        <w:gridCol w:w="2340"/>
        <w:gridCol w:w="2340"/>
        <w:gridCol w:w="2340"/>
        <w:gridCol w:w="2340"/>
      </w:tblGrid>
      <w:tr w:rsidR="002841A5">
        <w:trPr>
          <w:jc w:val="center"/>
        </w:trPr>
        <w:tc>
          <w:tcPr>
            <w:tcW w:w="2340" w:type="dxa"/>
            <w:shd w:val="clear" w:color="auto" w:fill="E8EEF5"/>
            <w:tcMar>
              <w:top w:w="70" w:type="dxa"/>
              <w:left w:w="100" w:type="dxa"/>
              <w:bottom w:w="70" w:type="dxa"/>
              <w:right w:w="100" w:type="dxa"/>
            </w:tcMar>
            <w:vAlign w:val="center"/>
          </w:tcPr>
          <w:p w:rsidR="002841A5" w:rsidRDefault="00233BBF">
            <w:pPr>
              <w:spacing w:after="0" w:line="252" w:lineRule="auto"/>
            </w:pPr>
            <w:proofErr w:type="spellStart"/>
            <w:r>
              <w:rPr>
                <w:b/>
                <w:sz w:val="18"/>
              </w:rPr>
              <w:t>比較項目</w:t>
            </w:r>
            <w:proofErr w:type="spellEnd"/>
          </w:p>
        </w:tc>
        <w:tc>
          <w:tcPr>
            <w:tcW w:w="234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臺灣情境</w:t>
            </w:r>
          </w:p>
        </w:tc>
        <w:tc>
          <w:tcPr>
            <w:tcW w:w="234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中國大陸情境</w:t>
            </w:r>
          </w:p>
        </w:tc>
        <w:tc>
          <w:tcPr>
            <w:tcW w:w="2340" w:type="dxa"/>
            <w:shd w:val="clear" w:color="auto" w:fill="E8EEF5"/>
            <w:tcMar>
              <w:top w:w="70" w:type="dxa"/>
              <w:left w:w="100" w:type="dxa"/>
              <w:bottom w:w="70" w:type="dxa"/>
              <w:right w:w="100" w:type="dxa"/>
            </w:tcMar>
            <w:vAlign w:val="center"/>
          </w:tcPr>
          <w:p w:rsidR="002841A5" w:rsidRDefault="00233BBF">
            <w:pPr>
              <w:spacing w:after="0" w:line="252" w:lineRule="auto"/>
            </w:pPr>
            <w:r>
              <w:rPr>
                <w:b/>
                <w:sz w:val="18"/>
              </w:rPr>
              <w:t>本文比較目的與限制</w:t>
            </w:r>
          </w:p>
        </w:tc>
      </w:tr>
      <w:tr w:rsidR="002841A5">
        <w:trPr>
          <w:jc w:val="center"/>
        </w:trPr>
        <w:tc>
          <w:tcPr>
            <w:tcW w:w="2340" w:type="dxa"/>
            <w:tcMar>
              <w:top w:w="70" w:type="dxa"/>
              <w:left w:w="100" w:type="dxa"/>
              <w:bottom w:w="70" w:type="dxa"/>
              <w:right w:w="100" w:type="dxa"/>
            </w:tcMar>
            <w:vAlign w:val="center"/>
          </w:tcPr>
          <w:p w:rsidR="002841A5" w:rsidRDefault="00233BBF">
            <w:pPr>
              <w:spacing w:after="0" w:line="252" w:lineRule="auto"/>
            </w:pPr>
            <w:r>
              <w:rPr>
                <w:sz w:val="18"/>
              </w:rPr>
              <w:t>主要責任閘門</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分散於目的機關、採購、資訊、法制與供應商。</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面向公眾的生成式</w:t>
            </w:r>
            <w:r>
              <w:rPr>
                <w:sz w:val="18"/>
                <w:lang w:eastAsia="zh-TW"/>
              </w:rPr>
              <w:t>AI</w:t>
            </w:r>
            <w:r>
              <w:rPr>
                <w:sz w:val="18"/>
                <w:lang w:eastAsia="zh-TW"/>
              </w:rPr>
              <w:t>服務較強調服務提供者的資料合法來源與申訴處置。</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比較責任鏈啟動方式，不判定何者整體較重視智慧財產權。</w:t>
            </w:r>
          </w:p>
        </w:tc>
      </w:tr>
      <w:tr w:rsidR="002841A5">
        <w:trPr>
          <w:jc w:val="center"/>
        </w:trPr>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內部</w:t>
            </w:r>
            <w:r>
              <w:rPr>
                <w:sz w:val="18"/>
                <w:lang w:eastAsia="zh-TW"/>
              </w:rPr>
              <w:t>RAG</w:t>
            </w:r>
            <w:r>
              <w:rPr>
                <w:sz w:val="18"/>
                <w:lang w:eastAsia="zh-TW"/>
              </w:rPr>
              <w:t>與研究使用</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地方或內部系統常不易被既有原則具體涵蓋。</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提供者責任規範未必涵蓋所有</w:t>
            </w:r>
            <w:proofErr w:type="gramStart"/>
            <w:r>
              <w:rPr>
                <w:sz w:val="18"/>
                <w:lang w:eastAsia="zh-TW"/>
              </w:rPr>
              <w:t>內部、</w:t>
            </w:r>
            <w:proofErr w:type="gramEnd"/>
            <w:r>
              <w:rPr>
                <w:sz w:val="18"/>
                <w:lang w:eastAsia="zh-TW"/>
              </w:rPr>
              <w:t>研究或非公眾服務。</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兩者均可能出現原作者在資料進系統前未被看見的問題。</w:t>
            </w:r>
          </w:p>
        </w:tc>
      </w:tr>
      <w:tr w:rsidR="002841A5">
        <w:trPr>
          <w:jc w:val="center"/>
        </w:trPr>
        <w:tc>
          <w:tcPr>
            <w:tcW w:w="2340" w:type="dxa"/>
            <w:tcMar>
              <w:top w:w="70" w:type="dxa"/>
              <w:left w:w="100" w:type="dxa"/>
              <w:bottom w:w="70" w:type="dxa"/>
              <w:right w:w="100" w:type="dxa"/>
            </w:tcMar>
            <w:vAlign w:val="center"/>
          </w:tcPr>
          <w:p w:rsidR="002841A5" w:rsidRDefault="00233BBF">
            <w:pPr>
              <w:spacing w:after="0" w:line="252" w:lineRule="auto"/>
            </w:pPr>
            <w:proofErr w:type="spellStart"/>
            <w:r>
              <w:rPr>
                <w:sz w:val="18"/>
              </w:rPr>
              <w:t>權利人救濟</w:t>
            </w:r>
            <w:proofErr w:type="spellEnd"/>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需找到使用系統的機關與其供應鏈。</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需穿越服務提供者、平台與資料來源的多層關係。</w:t>
            </w:r>
          </w:p>
        </w:tc>
        <w:tc>
          <w:tcPr>
            <w:tcW w:w="2340" w:type="dxa"/>
            <w:tcMar>
              <w:top w:w="70" w:type="dxa"/>
              <w:left w:w="100" w:type="dxa"/>
              <w:bottom w:w="70" w:type="dxa"/>
              <w:right w:w="100" w:type="dxa"/>
            </w:tcMar>
            <w:vAlign w:val="center"/>
          </w:tcPr>
          <w:p w:rsidR="002841A5" w:rsidRDefault="00233BBF">
            <w:pPr>
              <w:spacing w:after="0" w:line="252" w:lineRule="auto"/>
              <w:rPr>
                <w:lang w:eastAsia="zh-TW"/>
              </w:rPr>
            </w:pPr>
            <w:r>
              <w:rPr>
                <w:sz w:val="18"/>
                <w:lang w:eastAsia="zh-TW"/>
              </w:rPr>
              <w:t>只作中文資料跨境流動與責任</w:t>
            </w:r>
            <w:proofErr w:type="gramStart"/>
            <w:r>
              <w:rPr>
                <w:sz w:val="18"/>
                <w:lang w:eastAsia="zh-TW"/>
              </w:rPr>
              <w:t>可達性的</w:t>
            </w:r>
            <w:proofErr w:type="gramEnd"/>
            <w:r>
              <w:rPr>
                <w:sz w:val="18"/>
                <w:lang w:eastAsia="zh-TW"/>
              </w:rPr>
              <w:t>壓力測試，</w:t>
            </w:r>
            <w:r>
              <w:rPr>
                <w:sz w:val="18"/>
                <w:lang w:eastAsia="zh-TW"/>
              </w:rPr>
              <w:lastRenderedPageBreak/>
              <w:t>不作完整法制比較。</w:t>
            </w:r>
          </w:p>
        </w:tc>
      </w:tr>
    </w:tbl>
    <w:p w:rsidR="002841A5" w:rsidRDefault="00233BBF">
      <w:pPr>
        <w:pStyle w:val="Heading1"/>
        <w:rPr>
          <w:lang w:eastAsia="zh-TW"/>
        </w:rPr>
      </w:pPr>
      <w:r>
        <w:rPr>
          <w:rFonts w:ascii="微軟正黑體" w:eastAsia="微軟正黑體" w:hAnsi="微軟正黑體"/>
          <w:sz w:val="24"/>
          <w:lang w:eastAsia="zh-TW"/>
        </w:rPr>
        <w:lastRenderedPageBreak/>
        <w:t>八、結論與建制建議：讓治理在受害者出現以前就開始</w:t>
      </w:r>
    </w:p>
    <w:p w:rsidR="002841A5" w:rsidRDefault="00233BBF">
      <w:pPr>
        <w:rPr>
          <w:lang w:eastAsia="zh-TW"/>
        </w:rPr>
      </w:pPr>
      <w:r>
        <w:rPr>
          <w:lang w:eastAsia="zh-TW"/>
        </w:rPr>
        <w:t>本文的壓力測試並未發現臺灣缺少法律、缺少技術或缺少機關。相反地，數發部、國科會、研究機構、法制專業、採購制度與供應商能力都已存在。真正不足之處在於：權利來源問題在尚未形成申訴、媒體事件或訴訟以前，往往不會成為任何一個單位必須完成的行政任務。</w:t>
      </w:r>
    </w:p>
    <w:p w:rsidR="002841A5" w:rsidRDefault="00233BBF">
      <w:pPr>
        <w:rPr>
          <w:lang w:eastAsia="zh-TW"/>
        </w:rPr>
      </w:pPr>
      <w:r>
        <w:rPr>
          <w:lang w:eastAsia="zh-TW"/>
        </w:rPr>
        <w:t>第十八篇因此不以「應尊重智慧財產權」作為結尾。那樣的結論太容易被每個人同意，也太容易被每個人交給別人執行。本文提出的最低要求只有三項：第一，政府</w:t>
      </w:r>
      <w:r>
        <w:rPr>
          <w:lang w:eastAsia="zh-TW"/>
        </w:rPr>
        <w:t>AI</w:t>
      </w:r>
      <w:r>
        <w:rPr>
          <w:lang w:eastAsia="zh-TW"/>
        </w:rPr>
        <w:t>使用的每一項第三人內容，應能說明權利從哪裡來；第二，出現疑義時，應有一位</w:t>
      </w:r>
      <w:r>
        <w:rPr>
          <w:lang w:eastAsia="zh-TW"/>
        </w:rPr>
        <w:t>能實際停止使用的人；第三，權利人應能在不先提告的情況下，找到一個必須回應的入口。</w:t>
      </w:r>
    </w:p>
    <w:p w:rsidR="002841A5" w:rsidRDefault="00233BBF">
      <w:pPr>
        <w:rPr>
          <w:lang w:eastAsia="zh-TW"/>
        </w:rPr>
      </w:pPr>
      <w:r>
        <w:rPr>
          <w:lang w:eastAsia="zh-TW"/>
        </w:rPr>
        <w:t>若這三題沒有制度上的答案，臺灣</w:t>
      </w:r>
      <w:r>
        <w:rPr>
          <w:lang w:eastAsia="zh-TW"/>
        </w:rPr>
        <w:t>AI</w:t>
      </w:r>
      <w:r>
        <w:rPr>
          <w:lang w:eastAsia="zh-TW"/>
        </w:rPr>
        <w:t>治理仍然是「出事後才開始治理」。而這正是本文要測試、也要避免的治理失效。</w:t>
      </w:r>
    </w:p>
    <w:p w:rsidR="002841A5" w:rsidRDefault="00233BBF">
      <w:pPr>
        <w:spacing w:after="120" w:line="324" w:lineRule="auto"/>
        <w:rPr>
          <w:lang w:eastAsia="zh-TW"/>
        </w:rPr>
      </w:pPr>
      <w:r>
        <w:rPr>
          <w:b/>
          <w:sz w:val="21"/>
          <w:lang w:eastAsia="zh-TW"/>
        </w:rPr>
        <w:t>（一）從多手政府到政府</w:t>
      </w:r>
      <w:r>
        <w:rPr>
          <w:b/>
          <w:sz w:val="21"/>
          <w:lang w:eastAsia="zh-TW"/>
        </w:rPr>
        <w:t>AI</w:t>
      </w:r>
      <w:r>
        <w:rPr>
          <w:b/>
          <w:sz w:val="21"/>
          <w:lang w:eastAsia="zh-TW"/>
        </w:rPr>
        <w:t>權利責任鏈</w:t>
      </w:r>
    </w:p>
    <w:p w:rsidR="002841A5" w:rsidRDefault="00233BBF">
      <w:pPr>
        <w:spacing w:after="120" w:line="324" w:lineRule="auto"/>
        <w:rPr>
          <w:lang w:eastAsia="zh-TW"/>
        </w:rPr>
      </w:pPr>
      <w:r>
        <w:rPr>
          <w:sz w:val="21"/>
          <w:lang w:eastAsia="zh-TW"/>
        </w:rPr>
        <w:t>本文的建議不是再增加一份可參考、也可不參考的手冊，更不是再設一個只留下會議紀錄的跨部會委員會。應建立一條具有法律效果的「政府</w:t>
      </w:r>
      <w:r>
        <w:rPr>
          <w:sz w:val="21"/>
          <w:lang w:eastAsia="zh-TW"/>
        </w:rPr>
        <w:t>AI</w:t>
      </w:r>
      <w:r>
        <w:rPr>
          <w:sz w:val="21"/>
          <w:lang w:eastAsia="zh-TW"/>
        </w:rPr>
        <w:t>權利責任鏈」：資料可以流動，但權利來源不得消失；專業可以分工，但最終責任不得分攤；爭議可以救濟，但政府不能把停止決定外包給法院、仲裁庭或國際壓力。</w:t>
      </w:r>
    </w:p>
    <w:p w:rsidR="002841A5" w:rsidRDefault="00233BBF">
      <w:pPr>
        <w:spacing w:after="120" w:line="324" w:lineRule="auto"/>
        <w:rPr>
          <w:lang w:eastAsia="zh-TW"/>
        </w:rPr>
      </w:pPr>
      <w:r>
        <w:rPr>
          <w:sz w:val="21"/>
          <w:lang w:eastAsia="zh-TW"/>
        </w:rPr>
        <w:t>此一建制可分為法律、採購與組織三層。法律創設最低義務與責任主體；採購把義務轉為供應商必須履行的交付與驗收條件；組織則確保每一案件都有能作成</w:t>
      </w:r>
      <w:r>
        <w:rPr>
          <w:sz w:val="21"/>
          <w:lang w:eastAsia="zh-TW"/>
        </w:rPr>
        <w:t>Go</w:t>
      </w:r>
      <w:r>
        <w:rPr>
          <w:sz w:val="21"/>
          <w:lang w:eastAsia="zh-TW"/>
        </w:rPr>
        <w:t>／</w:t>
      </w:r>
      <w:r>
        <w:rPr>
          <w:sz w:val="21"/>
          <w:lang w:eastAsia="zh-TW"/>
        </w:rPr>
        <w:t>Conditional</w:t>
      </w:r>
      <w:r>
        <w:rPr>
          <w:sz w:val="21"/>
          <w:lang w:eastAsia="zh-TW"/>
        </w:rPr>
        <w:t>／</w:t>
      </w:r>
      <w:r>
        <w:rPr>
          <w:sz w:val="21"/>
          <w:lang w:eastAsia="zh-TW"/>
        </w:rPr>
        <w:t>No-Go</w:t>
      </w:r>
      <w:r>
        <w:rPr>
          <w:sz w:val="21"/>
          <w:lang w:eastAsia="zh-TW"/>
        </w:rPr>
        <w:t>與停止決定的人。</w:t>
      </w:r>
    </w:p>
    <w:p w:rsidR="002841A5" w:rsidRDefault="00233BBF">
      <w:pPr>
        <w:spacing w:after="120" w:line="324" w:lineRule="auto"/>
        <w:rPr>
          <w:lang w:eastAsia="zh-TW"/>
        </w:rPr>
      </w:pPr>
      <w:r>
        <w:rPr>
          <w:b/>
          <w:sz w:val="20"/>
          <w:lang w:eastAsia="zh-TW"/>
        </w:rPr>
        <w:t>表</w:t>
      </w:r>
      <w:r>
        <w:rPr>
          <w:b/>
          <w:sz w:val="20"/>
          <w:lang w:eastAsia="zh-TW"/>
        </w:rPr>
        <w:t>14</w:t>
      </w:r>
      <w:r>
        <w:rPr>
          <w:b/>
          <w:sz w:val="20"/>
          <w:lang w:eastAsia="zh-TW"/>
        </w:rPr>
        <w:t xml:space="preserve">　政府</w:t>
      </w:r>
      <w:r>
        <w:rPr>
          <w:b/>
          <w:sz w:val="20"/>
          <w:lang w:eastAsia="zh-TW"/>
        </w:rPr>
        <w:t>AI</w:t>
      </w:r>
      <w:r>
        <w:rPr>
          <w:b/>
          <w:sz w:val="20"/>
          <w:lang w:eastAsia="zh-TW"/>
        </w:rPr>
        <w:t>權利責任鏈的建制設計</w:t>
      </w:r>
    </w:p>
    <w:tbl>
      <w:tblPr>
        <w:tblStyle w:val="TableGrid"/>
        <w:tblW w:w="0" w:type="auto"/>
        <w:jc w:val="center"/>
        <w:tblLook w:val="04A0" w:firstRow="1" w:lastRow="0" w:firstColumn="1" w:lastColumn="0" w:noHBand="0" w:noVBand="1"/>
      </w:tblPr>
      <w:tblGrid>
        <w:gridCol w:w="2340"/>
        <w:gridCol w:w="2340"/>
        <w:gridCol w:w="2340"/>
        <w:gridCol w:w="2340"/>
      </w:tblGrid>
      <w:tr w:rsidR="002841A5">
        <w:trPr>
          <w:jc w:val="center"/>
        </w:trPr>
        <w:tc>
          <w:tcPr>
            <w:tcW w:w="2340" w:type="dxa"/>
            <w:shd w:val="clear" w:color="auto" w:fill="E8EEF5"/>
            <w:tcMar>
              <w:top w:w="85" w:type="dxa"/>
              <w:left w:w="110" w:type="dxa"/>
              <w:bottom w:w="85" w:type="dxa"/>
              <w:right w:w="110" w:type="dxa"/>
            </w:tcMar>
            <w:vAlign w:val="center"/>
          </w:tcPr>
          <w:p w:rsidR="002841A5" w:rsidRDefault="00233BBF">
            <w:pPr>
              <w:spacing w:after="0" w:line="259" w:lineRule="auto"/>
            </w:pPr>
            <w:proofErr w:type="spellStart"/>
            <w:r>
              <w:rPr>
                <w:b/>
                <w:sz w:val="18"/>
              </w:rPr>
              <w:t>制度層次</w:t>
            </w:r>
            <w:proofErr w:type="spellEnd"/>
          </w:p>
        </w:tc>
        <w:tc>
          <w:tcPr>
            <w:tcW w:w="2340" w:type="dxa"/>
            <w:shd w:val="clear" w:color="auto" w:fill="E8EEF5"/>
            <w:tcMar>
              <w:top w:w="85" w:type="dxa"/>
              <w:left w:w="110" w:type="dxa"/>
              <w:bottom w:w="85" w:type="dxa"/>
              <w:right w:w="110" w:type="dxa"/>
            </w:tcMar>
            <w:vAlign w:val="center"/>
          </w:tcPr>
          <w:p w:rsidR="002841A5" w:rsidRDefault="00233BBF">
            <w:pPr>
              <w:spacing w:after="0" w:line="259" w:lineRule="auto"/>
            </w:pPr>
            <w:r>
              <w:rPr>
                <w:b/>
                <w:sz w:val="18"/>
              </w:rPr>
              <w:t>應建立的規則</w:t>
            </w:r>
          </w:p>
        </w:tc>
        <w:tc>
          <w:tcPr>
            <w:tcW w:w="2340" w:type="dxa"/>
            <w:shd w:val="clear" w:color="auto" w:fill="E8EEF5"/>
            <w:tcMar>
              <w:top w:w="85" w:type="dxa"/>
              <w:left w:w="110" w:type="dxa"/>
              <w:bottom w:w="85" w:type="dxa"/>
              <w:right w:w="110" w:type="dxa"/>
            </w:tcMar>
            <w:vAlign w:val="center"/>
          </w:tcPr>
          <w:p w:rsidR="002841A5" w:rsidRDefault="00233BBF">
            <w:pPr>
              <w:spacing w:after="0" w:line="259" w:lineRule="auto"/>
              <w:rPr>
                <w:lang w:eastAsia="zh-TW"/>
              </w:rPr>
            </w:pPr>
            <w:r>
              <w:rPr>
                <w:b/>
                <w:sz w:val="18"/>
                <w:lang w:eastAsia="zh-TW"/>
              </w:rPr>
              <w:t>案件中的唯一責任重點</w:t>
            </w:r>
          </w:p>
        </w:tc>
        <w:tc>
          <w:tcPr>
            <w:tcW w:w="2340" w:type="dxa"/>
            <w:shd w:val="clear" w:color="auto" w:fill="E8EEF5"/>
            <w:tcMar>
              <w:top w:w="85" w:type="dxa"/>
              <w:left w:w="110" w:type="dxa"/>
              <w:bottom w:w="85" w:type="dxa"/>
              <w:right w:w="110" w:type="dxa"/>
            </w:tcMar>
            <w:vAlign w:val="center"/>
          </w:tcPr>
          <w:p w:rsidR="002841A5" w:rsidRDefault="00233BBF">
            <w:pPr>
              <w:spacing w:after="0" w:line="259" w:lineRule="auto"/>
              <w:rPr>
                <w:lang w:eastAsia="zh-TW"/>
              </w:rPr>
            </w:pPr>
            <w:r>
              <w:rPr>
                <w:b/>
                <w:sz w:val="18"/>
                <w:lang w:eastAsia="zh-TW"/>
              </w:rPr>
              <w:t>不得再以何種說法卸責</w:t>
            </w:r>
          </w:p>
        </w:tc>
      </w:tr>
      <w:tr w:rsidR="002841A5">
        <w:trPr>
          <w:jc w:val="center"/>
        </w:trPr>
        <w:tc>
          <w:tcPr>
            <w:tcW w:w="2340" w:type="dxa"/>
            <w:tcMar>
              <w:top w:w="85" w:type="dxa"/>
              <w:left w:w="110" w:type="dxa"/>
              <w:bottom w:w="85" w:type="dxa"/>
              <w:right w:w="110" w:type="dxa"/>
            </w:tcMar>
            <w:vAlign w:val="center"/>
          </w:tcPr>
          <w:p w:rsidR="002841A5" w:rsidRDefault="00233BBF">
            <w:pPr>
              <w:spacing w:after="0" w:line="259" w:lineRule="auto"/>
            </w:pPr>
            <w:proofErr w:type="spellStart"/>
            <w:r>
              <w:rPr>
                <w:sz w:val="18"/>
              </w:rPr>
              <w:t>法律</w:t>
            </w:r>
            <w:proofErr w:type="spellEnd"/>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於人工智慧基本法增訂政府</w:t>
            </w:r>
            <w:r>
              <w:rPr>
                <w:sz w:val="18"/>
                <w:lang w:eastAsia="zh-TW"/>
              </w:rPr>
              <w:t>AI</w:t>
            </w:r>
            <w:r>
              <w:rPr>
                <w:sz w:val="18"/>
                <w:lang w:eastAsia="zh-TW"/>
              </w:rPr>
              <w:t>權利來源、可追溯紀</w:t>
            </w:r>
            <w:r>
              <w:rPr>
                <w:sz w:val="18"/>
                <w:lang w:eastAsia="zh-TW"/>
              </w:rPr>
              <w:lastRenderedPageBreak/>
              <w:t>錄、停止與異議處理之最低義務。</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lastRenderedPageBreak/>
              <w:t>無法證明來源、用途、授權範圍或停止方式者，不</w:t>
            </w:r>
            <w:r>
              <w:rPr>
                <w:sz w:val="18"/>
                <w:lang w:eastAsia="zh-TW"/>
              </w:rPr>
              <w:lastRenderedPageBreak/>
              <w:t>得上線。</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lastRenderedPageBreak/>
              <w:t>「資料公開，所以可用」。</w:t>
            </w:r>
          </w:p>
        </w:tc>
      </w:tr>
      <w:tr w:rsidR="002841A5">
        <w:trPr>
          <w:jc w:val="center"/>
        </w:trPr>
        <w:tc>
          <w:tcPr>
            <w:tcW w:w="2340" w:type="dxa"/>
            <w:tcMar>
              <w:top w:w="85" w:type="dxa"/>
              <w:left w:w="110" w:type="dxa"/>
              <w:bottom w:w="85" w:type="dxa"/>
              <w:right w:w="110" w:type="dxa"/>
            </w:tcMar>
            <w:vAlign w:val="center"/>
          </w:tcPr>
          <w:p w:rsidR="002841A5" w:rsidRDefault="00233BBF">
            <w:pPr>
              <w:spacing w:after="0" w:line="259" w:lineRule="auto"/>
            </w:pPr>
            <w:proofErr w:type="spellStart"/>
            <w:r>
              <w:rPr>
                <w:sz w:val="18"/>
              </w:rPr>
              <w:t>採購</w:t>
            </w:r>
            <w:proofErr w:type="spellEnd"/>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修正資訊服務、雲端服務及相關委託研究採購範本，要求權利來源證據包、次供應商揭露、日誌保全、移除／停止能力與異議配合。</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供應商不能僅以一般無侵權保證交付系統。</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「契約沒有約定」「資料是機關提供」。</w:t>
            </w:r>
          </w:p>
        </w:tc>
      </w:tr>
      <w:tr w:rsidR="002841A5">
        <w:trPr>
          <w:jc w:val="center"/>
        </w:trPr>
        <w:tc>
          <w:tcPr>
            <w:tcW w:w="2340" w:type="dxa"/>
            <w:tcMar>
              <w:top w:w="85" w:type="dxa"/>
              <w:left w:w="110" w:type="dxa"/>
              <w:bottom w:w="85" w:type="dxa"/>
              <w:right w:w="110" w:type="dxa"/>
            </w:tcMar>
            <w:vAlign w:val="center"/>
          </w:tcPr>
          <w:p w:rsidR="002841A5" w:rsidRDefault="00233BBF">
            <w:pPr>
              <w:spacing w:after="0" w:line="259" w:lineRule="auto"/>
            </w:pPr>
            <w:proofErr w:type="spellStart"/>
            <w:r>
              <w:rPr>
                <w:sz w:val="18"/>
              </w:rPr>
              <w:t>機關案件責任</w:t>
            </w:r>
            <w:proofErr w:type="spellEnd"/>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由採購機關首長指定案件責任官；業務、資訊、採購、法制／智財</w:t>
            </w:r>
            <w:proofErr w:type="gramStart"/>
            <w:r>
              <w:rPr>
                <w:sz w:val="18"/>
                <w:lang w:eastAsia="zh-TW"/>
              </w:rPr>
              <w:t>與資安各</w:t>
            </w:r>
            <w:proofErr w:type="gramEnd"/>
            <w:r>
              <w:rPr>
                <w:sz w:val="18"/>
                <w:lang w:eastAsia="zh-TW"/>
              </w:rPr>
              <w:t>就專業簽證。</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責任官對</w:t>
            </w:r>
            <w:r>
              <w:rPr>
                <w:sz w:val="18"/>
                <w:lang w:eastAsia="zh-TW"/>
              </w:rPr>
              <w:t>OAC</w:t>
            </w:r>
            <w:r>
              <w:rPr>
                <w:sz w:val="18"/>
                <w:lang w:eastAsia="zh-TW"/>
              </w:rPr>
              <w:t>判定與停止命令負行政責任；專業意見不能取代最後決定。</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「共同</w:t>
            </w:r>
            <w:proofErr w:type="gramStart"/>
            <w:r>
              <w:rPr>
                <w:sz w:val="18"/>
                <w:lang w:eastAsia="zh-TW"/>
              </w:rPr>
              <w:t>研</w:t>
            </w:r>
            <w:proofErr w:type="gramEnd"/>
            <w:r>
              <w:rPr>
                <w:sz w:val="18"/>
                <w:lang w:eastAsia="zh-TW"/>
              </w:rPr>
              <w:t>議」「各</w:t>
            </w:r>
            <w:proofErr w:type="gramStart"/>
            <w:r>
              <w:rPr>
                <w:sz w:val="18"/>
                <w:lang w:eastAsia="zh-TW"/>
              </w:rPr>
              <w:t>單位均無最</w:t>
            </w:r>
            <w:proofErr w:type="gramEnd"/>
            <w:r>
              <w:rPr>
                <w:sz w:val="18"/>
                <w:lang w:eastAsia="zh-TW"/>
              </w:rPr>
              <w:t>後權限」。</w:t>
            </w:r>
          </w:p>
        </w:tc>
      </w:tr>
      <w:tr w:rsidR="002841A5">
        <w:trPr>
          <w:jc w:val="center"/>
        </w:trPr>
        <w:tc>
          <w:tcPr>
            <w:tcW w:w="2340" w:type="dxa"/>
            <w:tcMar>
              <w:top w:w="85" w:type="dxa"/>
              <w:left w:w="110" w:type="dxa"/>
              <w:bottom w:w="85" w:type="dxa"/>
              <w:right w:w="110" w:type="dxa"/>
            </w:tcMar>
            <w:vAlign w:val="center"/>
          </w:tcPr>
          <w:p w:rsidR="002841A5" w:rsidRDefault="00233BBF">
            <w:pPr>
              <w:spacing w:after="0" w:line="259" w:lineRule="auto"/>
            </w:pPr>
            <w:proofErr w:type="spellStart"/>
            <w:r>
              <w:rPr>
                <w:sz w:val="18"/>
              </w:rPr>
              <w:t>跨境升級</w:t>
            </w:r>
            <w:proofErr w:type="spellEnd"/>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外國權利人異議由目的機關先回應、先停止、先保全；</w:t>
            </w:r>
            <w:proofErr w:type="gramStart"/>
            <w:r>
              <w:rPr>
                <w:sz w:val="18"/>
                <w:lang w:eastAsia="zh-TW"/>
              </w:rPr>
              <w:t>達跨境</w:t>
            </w:r>
            <w:proofErr w:type="gramEnd"/>
            <w:r>
              <w:rPr>
                <w:sz w:val="18"/>
                <w:lang w:eastAsia="zh-TW"/>
              </w:rPr>
              <w:t>或重大風險門檻時，依第十九篇所提程序升級。</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須能交出一致的政府</w:t>
            </w:r>
            <w:r>
              <w:rPr>
                <w:sz w:val="18"/>
                <w:lang w:eastAsia="zh-TW"/>
              </w:rPr>
              <w:t>AI</w:t>
            </w:r>
            <w:r>
              <w:rPr>
                <w:sz w:val="18"/>
                <w:lang w:eastAsia="zh-TW"/>
              </w:rPr>
              <w:t>權利來源證據包，而非臨時公關。</w:t>
            </w:r>
          </w:p>
        </w:tc>
        <w:tc>
          <w:tcPr>
            <w:tcW w:w="2340" w:type="dxa"/>
            <w:tcMar>
              <w:top w:w="85" w:type="dxa"/>
              <w:left w:w="110" w:type="dxa"/>
              <w:bottom w:w="85" w:type="dxa"/>
              <w:right w:w="110" w:type="dxa"/>
            </w:tcMar>
            <w:vAlign w:val="center"/>
          </w:tcPr>
          <w:p w:rsidR="002841A5" w:rsidRDefault="00233BBF">
            <w:pPr>
              <w:spacing w:after="0" w:line="259" w:lineRule="auto"/>
              <w:rPr>
                <w:lang w:eastAsia="zh-TW"/>
              </w:rPr>
            </w:pPr>
            <w:r>
              <w:rPr>
                <w:sz w:val="18"/>
                <w:lang w:eastAsia="zh-TW"/>
              </w:rPr>
              <w:t>「等法院、仲裁或他國壓力來決定」。</w:t>
            </w:r>
          </w:p>
        </w:tc>
      </w:tr>
    </w:tbl>
    <w:p w:rsidR="002841A5" w:rsidRDefault="00233BBF">
      <w:pPr>
        <w:spacing w:after="120" w:line="324" w:lineRule="auto"/>
        <w:rPr>
          <w:lang w:eastAsia="zh-TW"/>
        </w:rPr>
      </w:pPr>
      <w:r>
        <w:rPr>
          <w:sz w:val="21"/>
          <w:lang w:eastAsia="zh-TW"/>
        </w:rPr>
        <w:t>第一，修法應明定：政府機關使用或採購涉及訓練、微調、</w:t>
      </w:r>
      <w:r>
        <w:rPr>
          <w:sz w:val="21"/>
          <w:lang w:eastAsia="zh-TW"/>
        </w:rPr>
        <w:t>RAG</w:t>
      </w:r>
      <w:r>
        <w:rPr>
          <w:sz w:val="21"/>
          <w:lang w:eastAsia="zh-TW"/>
        </w:rPr>
        <w:t>檢索、提示詞上傳、外部</w:t>
      </w:r>
      <w:r>
        <w:rPr>
          <w:sz w:val="21"/>
          <w:lang w:eastAsia="zh-TW"/>
        </w:rPr>
        <w:t>API</w:t>
      </w:r>
      <w:r>
        <w:rPr>
          <w:sz w:val="21"/>
          <w:lang w:eastAsia="zh-TW"/>
        </w:rPr>
        <w:t>、快取或跨機關共享的</w:t>
      </w:r>
      <w:r>
        <w:rPr>
          <w:sz w:val="21"/>
          <w:lang w:eastAsia="zh-TW"/>
        </w:rPr>
        <w:t>AI</w:t>
      </w:r>
      <w:r>
        <w:rPr>
          <w:sz w:val="21"/>
          <w:lang w:eastAsia="zh-TW"/>
        </w:rPr>
        <w:t>系統時，必須保存可查核的權利來源證據包。證據包至少包括來源、權利決定者、處理方式、使用目的、授權範圍、部署與次處理位置、保存期限、異議入口及可停止措施。資料來源或授權無法補證時，法律效果不是「再研究」，而是不得上線或應暫停使用。</w:t>
      </w:r>
    </w:p>
    <w:p w:rsidR="002841A5" w:rsidRDefault="00233BBF">
      <w:pPr>
        <w:spacing w:after="120" w:line="324" w:lineRule="auto"/>
        <w:rPr>
          <w:lang w:eastAsia="zh-TW"/>
        </w:rPr>
      </w:pPr>
      <w:r>
        <w:rPr>
          <w:sz w:val="21"/>
          <w:lang w:eastAsia="zh-TW"/>
        </w:rPr>
        <w:t>第二，政府採購必須把上述證據包變成履約標的。現行資訊與雲端服務採購範本已有智慧財</w:t>
      </w:r>
      <w:r>
        <w:rPr>
          <w:sz w:val="21"/>
          <w:lang w:eastAsia="zh-TW"/>
        </w:rPr>
        <w:t>產權擔保、第三人請求處理、日誌保存</w:t>
      </w:r>
      <w:proofErr w:type="gramStart"/>
      <w:r>
        <w:rPr>
          <w:sz w:val="21"/>
          <w:lang w:eastAsia="zh-TW"/>
        </w:rPr>
        <w:t>與資安事件</w:t>
      </w:r>
      <w:proofErr w:type="gramEnd"/>
      <w:r>
        <w:rPr>
          <w:sz w:val="21"/>
          <w:lang w:eastAsia="zh-TW"/>
        </w:rPr>
        <w:t>配合的基礎；</w:t>
      </w:r>
      <w:r>
        <w:rPr>
          <w:sz w:val="21"/>
          <w:lang w:eastAsia="zh-TW"/>
        </w:rPr>
        <w:t>AI</w:t>
      </w:r>
      <w:r>
        <w:rPr>
          <w:sz w:val="21"/>
          <w:lang w:eastAsia="zh-TW"/>
        </w:rPr>
        <w:t>採購要補上的，是資料被切塊、向量化、檢索、微調或交由外部</w:t>
      </w:r>
      <w:r>
        <w:rPr>
          <w:sz w:val="21"/>
          <w:lang w:eastAsia="zh-TW"/>
        </w:rPr>
        <w:t>API</w:t>
      </w:r>
      <w:r>
        <w:rPr>
          <w:sz w:val="21"/>
          <w:lang w:eastAsia="zh-TW"/>
        </w:rPr>
        <w:t>後，廠商仍可提出來源清冊、保存紀錄與停止證明。沒有這些契約工具，機關即使知道有風險，也沒有足夠依據要求廠商停機、下架或補證。</w:t>
      </w:r>
    </w:p>
    <w:p w:rsidR="002841A5" w:rsidRDefault="00233BBF">
      <w:pPr>
        <w:spacing w:after="120" w:line="324" w:lineRule="auto"/>
        <w:rPr>
          <w:lang w:eastAsia="zh-TW"/>
        </w:rPr>
      </w:pPr>
      <w:r>
        <w:rPr>
          <w:sz w:val="21"/>
          <w:lang w:eastAsia="zh-TW"/>
        </w:rPr>
        <w:t>第三，不能採取「大家分享責任」的設計。分享最終責任，等於沒有人負責。正確做法是一人對結果負責、多人對專業簽證負責、供應商對資料真實性與可停止性負契約責任。研究機構、數發部、智財局與其他中央單位可以提供標準、意見、教材與支援；但不得再以這些功能取代目的機關對單一採購</w:t>
      </w:r>
      <w:r>
        <w:rPr>
          <w:sz w:val="21"/>
          <w:lang w:eastAsia="zh-TW"/>
        </w:rPr>
        <w:t>案的上線與停止責任。</w:t>
      </w:r>
    </w:p>
    <w:p w:rsidR="002841A5" w:rsidRDefault="00233BBF">
      <w:pPr>
        <w:pStyle w:val="Heading1"/>
        <w:rPr>
          <w:lang w:eastAsia="zh-TW"/>
        </w:rPr>
      </w:pPr>
      <w:r>
        <w:rPr>
          <w:rFonts w:ascii="微軟正黑體" w:eastAsia="微軟正黑體" w:hAnsi="微軟正黑體"/>
          <w:lang w:eastAsia="zh-TW"/>
        </w:rPr>
        <w:lastRenderedPageBreak/>
        <w:t>參考資料與引</w:t>
      </w:r>
      <w:proofErr w:type="gramStart"/>
      <w:r>
        <w:rPr>
          <w:rFonts w:ascii="微軟正黑體" w:eastAsia="微軟正黑體" w:hAnsi="微軟正黑體"/>
          <w:lang w:eastAsia="zh-TW"/>
        </w:rPr>
        <w:t>註</w:t>
      </w:r>
      <w:proofErr w:type="gramEnd"/>
      <w:r>
        <w:rPr>
          <w:rFonts w:ascii="微軟正黑體" w:eastAsia="微軟正黑體" w:hAnsi="微軟正黑體"/>
          <w:lang w:eastAsia="zh-TW"/>
        </w:rPr>
        <w:t>說明</w:t>
      </w:r>
    </w:p>
    <w:p w:rsidR="002841A5" w:rsidRDefault="00233BBF">
      <w:pPr>
        <w:rPr>
          <w:lang w:eastAsia="zh-TW"/>
        </w:rPr>
      </w:pPr>
      <w:proofErr w:type="gramStart"/>
      <w:r>
        <w:rPr>
          <w:lang w:eastAsia="zh-TW"/>
        </w:rPr>
        <w:t>本稿為</w:t>
      </w:r>
      <w:proofErr w:type="gramEnd"/>
      <w:r>
        <w:rPr>
          <w:lang w:eastAsia="zh-TW"/>
        </w:rPr>
        <w:t>論證草稿第一版。正式版本</w:t>
      </w:r>
      <w:proofErr w:type="gramStart"/>
      <w:r>
        <w:rPr>
          <w:lang w:eastAsia="zh-TW"/>
        </w:rPr>
        <w:t>將補入</w:t>
      </w:r>
      <w:proofErr w:type="gramEnd"/>
      <w:r>
        <w:rPr>
          <w:lang w:eastAsia="zh-TW"/>
        </w:rPr>
        <w:t>：臺灣人工智慧基本法、數發部《公部門人工智慧應用參考手冊》及工作坊資料、國科會研究成果歸屬規範、政府採購與委託研究契約資料、資策會科法所與工研院相關文獻，以及中國大陸生成式人工智慧服務管理暫行辦法等一手資料與學術文獻。</w:t>
      </w:r>
    </w:p>
    <w:p>
      <w:r>
        <w:br w:type="page"/>
      </w:r>
    </w:p>
    <w:p/>
    <w:p/>
    <w:p/>
    <w:p/>
    <w:p>
      <w:pPr>
        <w:jc w:val="center"/>
      </w:pPr>
      <w:r>
        <w:rPr>
          <w:rFonts w:ascii="標楷體" w:hAnsi="標楷體" w:eastAsia="標楷體"/>
          <w:b/>
          <w:color w:val="1F4E79"/>
          <w:sz w:val="32"/>
        </w:rPr>
        <w:t>附錄四</w:t>
      </w:r>
    </w:p>
    <w:p>
      <w:pPr>
        <w:jc w:val="center"/>
      </w:pPr>
      <w:r>
        <w:rPr>
          <w:rFonts w:ascii="標楷體" w:hAnsi="標楷體" w:eastAsia="標楷體"/>
          <w:b/>
          <w:sz w:val="44"/>
        </w:rPr>
        <w:t>誰替臺灣政府向世界說明？</w:t>
      </w:r>
    </w:p>
    <w:p>
      <w:pPr>
        <w:jc w:val="center"/>
      </w:pPr>
      <w:r>
        <w:rPr>
          <w:rFonts w:ascii="標楷體" w:hAnsi="標楷體" w:eastAsia="標楷體"/>
          <w:b w:val="0"/>
          <w:sz w:val="26"/>
        </w:rPr>
        <w:t>生成式AI、跨境智慧財產權與國家回應能力的壓力測試（研究稿第十九篇）</w:t>
      </w:r>
    </w:p>
    <w:p/>
    <w:p>
      <w:pPr>
        <w:jc w:val="center"/>
      </w:pPr>
      <w:r>
        <w:rPr>
          <w:rFonts w:ascii="標楷體" w:hAnsi="標楷體" w:eastAsia="標楷體"/>
          <w:b w:val="0"/>
          <w:sz w:val="24"/>
        </w:rPr>
        <w:t>盧建旭（Lancelot Lu）</w:t>
      </w:r>
    </w:p>
    <w:p/>
    <w:p/>
    <w:p>
      <w:r>
        <w:rPr>
          <w:rFonts w:ascii="標楷體" w:hAnsi="標楷體" w:eastAsia="標楷體"/>
          <w:b/>
          <w:sz w:val="25"/>
        </w:rPr>
        <w:t>與第六章的對應關係：</w:t>
      </w:r>
    </w:p>
    <w:p>
      <w:pPr>
        <w:ind w:firstLine="480"/>
      </w:pPr>
      <w:r>
        <w:rPr>
          <w:rFonts w:ascii="標楷體" w:hAnsi="標楷體" w:eastAsia="標楷體"/>
          <w:b w:val="0"/>
          <w:sz w:val="24"/>
        </w:rPr>
        <w:t>本文承接附錄三，將「權利來源—使用範圍—停止權」壓力測試延伸至跨境情境，檢驗政府面對境外權利人、供應鏈夥伴或合作政府質疑時的「國家回應能力」。可作為正文「無臉政府」概念與OECD AI原則「課責性」（可追溯至具體自然人或法人）之國際延伸閱讀。</w:t>
      </w:r>
    </w:p>
    <w:p>
      <w:r>
        <w:br w:type="page"/>
      </w:r>
    </w:p>
    <w:p w14:paraId="7EDABFC0" w14:textId="77777777" w:rsidR="0084721C" w:rsidRDefault="009B07FB">
      <w:pPr>
        <w:spacing w:after="40" w:line="324" w:lineRule="auto"/>
        <w:jc w:val="center"/>
        <w:rPr>
          <w:lang w:eastAsia="zh-TW"/>
        </w:rPr>
      </w:pPr>
      <w:bookmarkStart w:id="3" w:name="_GoBack"/>
      <w:r>
        <w:rPr>
          <w:b/>
          <w:sz w:val="36"/>
          <w:lang w:eastAsia="zh-TW"/>
        </w:rPr>
        <w:t>誰替臺灣政府向世界說明？</w:t>
      </w:r>
    </w:p>
    <w:p w14:paraId="28FB1E77" w14:textId="77777777" w:rsidR="0084721C" w:rsidRDefault="009B07FB">
      <w:pPr>
        <w:spacing w:after="40" w:line="324" w:lineRule="auto"/>
        <w:jc w:val="center"/>
        <w:rPr>
          <w:lang w:eastAsia="zh-TW"/>
        </w:rPr>
      </w:pPr>
      <w:r>
        <w:rPr>
          <w:b/>
          <w:sz w:val="27"/>
          <w:lang w:eastAsia="zh-TW"/>
        </w:rPr>
        <w:t>生成式</w:t>
      </w:r>
      <w:r>
        <w:rPr>
          <w:b/>
          <w:sz w:val="27"/>
          <w:lang w:eastAsia="zh-TW"/>
        </w:rPr>
        <w:t>AI</w:t>
      </w:r>
      <w:r>
        <w:rPr>
          <w:b/>
          <w:sz w:val="27"/>
          <w:lang w:eastAsia="zh-TW"/>
        </w:rPr>
        <w:t>、跨境智慧財產權與國家回應能力的壓力測試</w:t>
      </w:r>
    </w:p>
    <w:bookmarkEnd w:id="3"/>
    <w:p w14:paraId="44CC7C7E" w14:textId="2A7097CE" w:rsidR="0084721C" w:rsidRDefault="009B07FB">
      <w:pPr>
        <w:spacing w:line="324" w:lineRule="auto"/>
        <w:jc w:val="center"/>
        <w:rPr>
          <w:sz w:val="22"/>
          <w:lang w:eastAsia="zh-TW"/>
        </w:rPr>
      </w:pPr>
      <w:r>
        <w:rPr>
          <w:sz w:val="22"/>
          <w:lang w:eastAsia="zh-TW"/>
        </w:rPr>
        <w:t>第十九篇</w:t>
      </w:r>
      <w:proofErr w:type="gramStart"/>
      <w:r>
        <w:rPr>
          <w:sz w:val="22"/>
          <w:lang w:eastAsia="zh-TW"/>
        </w:rPr>
        <w:t>｜</w:t>
      </w:r>
      <w:proofErr w:type="gramEnd"/>
      <w:r>
        <w:rPr>
          <w:rFonts w:hint="eastAsia"/>
          <w:sz w:val="22"/>
          <w:lang w:eastAsia="zh-TW"/>
        </w:rPr>
        <w:t>A</w:t>
      </w:r>
      <w:r>
        <w:rPr>
          <w:sz w:val="22"/>
          <w:lang w:eastAsia="zh-TW"/>
        </w:rPr>
        <w:t>I</w:t>
      </w:r>
      <w:r>
        <w:rPr>
          <w:rFonts w:hint="eastAsia"/>
          <w:sz w:val="22"/>
          <w:lang w:eastAsia="zh-TW"/>
        </w:rPr>
        <w:t>治理系列</w:t>
      </w:r>
    </w:p>
    <w:p w14:paraId="2F19B0C8" w14:textId="2546939D" w:rsidR="009B07FB" w:rsidRDefault="009B07FB">
      <w:pPr>
        <w:spacing w:line="324" w:lineRule="auto"/>
        <w:jc w:val="center"/>
        <w:rPr>
          <w:rFonts w:hint="eastAsia"/>
          <w:lang w:eastAsia="zh-TW"/>
        </w:rPr>
      </w:pPr>
      <w:r>
        <w:rPr>
          <w:rFonts w:hint="eastAsia"/>
          <w:lang w:eastAsia="zh-TW"/>
        </w:rPr>
        <w:t>盧建旭</w:t>
      </w:r>
    </w:p>
    <w:p w14:paraId="73D0CFA0" w14:textId="77777777" w:rsidR="0084721C" w:rsidRDefault="009B07FB">
      <w:pPr>
        <w:spacing w:after="140" w:line="324" w:lineRule="auto"/>
        <w:rPr>
          <w:lang w:eastAsia="zh-TW"/>
        </w:rPr>
      </w:pPr>
      <w:r>
        <w:rPr>
          <w:b/>
          <w:sz w:val="26"/>
          <w:lang w:eastAsia="zh-TW"/>
        </w:rPr>
        <w:t>摘要</w:t>
      </w:r>
    </w:p>
    <w:p w14:paraId="2CBA35DF" w14:textId="77777777" w:rsidR="0084721C" w:rsidRDefault="009B07FB">
      <w:pPr>
        <w:spacing w:after="120" w:line="324" w:lineRule="auto"/>
        <w:rPr>
          <w:lang w:eastAsia="zh-TW"/>
        </w:rPr>
      </w:pPr>
      <w:r>
        <w:rPr>
          <w:lang w:eastAsia="zh-TW"/>
        </w:rPr>
        <w:t>本文檢驗：當境外權利人、模型或資料服務商、合作政府或供應鏈夥伴質疑臺灣政府</w:t>
      </w:r>
      <w:r>
        <w:rPr>
          <w:lang w:eastAsia="zh-TW"/>
        </w:rPr>
        <w:t>AI</w:t>
      </w:r>
      <w:r>
        <w:rPr>
          <w:lang w:eastAsia="zh-TW"/>
        </w:rPr>
        <w:t>使用第三人內容時，政府能否在法院、仲裁或經貿爭端之前，提出可查核的行政證據。研究承接第十八篇「權利來源</w:t>
      </w:r>
      <w:proofErr w:type="gramStart"/>
      <w:r>
        <w:rPr>
          <w:lang w:eastAsia="zh-TW"/>
        </w:rPr>
        <w:t>—</w:t>
      </w:r>
      <w:proofErr w:type="gramEnd"/>
      <w:r>
        <w:rPr>
          <w:lang w:eastAsia="zh-TW"/>
        </w:rPr>
        <w:t>使用範圍</w:t>
      </w:r>
      <w:r>
        <w:rPr>
          <w:lang w:eastAsia="zh-TW"/>
        </w:rPr>
        <w:t>—</w:t>
      </w:r>
      <w:r>
        <w:rPr>
          <w:lang w:eastAsia="zh-TW"/>
        </w:rPr>
        <w:t>停止權」的系統</w:t>
      </w:r>
      <w:r>
        <w:rPr>
          <w:lang w:eastAsia="zh-TW"/>
        </w:rPr>
        <w:t>OAC</w:t>
      </w:r>
      <w:r>
        <w:rPr>
          <w:lang w:eastAsia="zh-TW"/>
        </w:rPr>
        <w:t>，以公開規範、官方文件、近似公開爭議材料與三類合成情境，依</w:t>
      </w:r>
      <w:r>
        <w:rPr>
          <w:lang w:eastAsia="zh-TW"/>
        </w:rPr>
        <w:t>25</w:t>
      </w:r>
      <w:r>
        <w:rPr>
          <w:lang w:eastAsia="zh-TW"/>
        </w:rPr>
        <w:t>治理座標、四條治理鏈與八步驟壓力測試進行規範分析。</w:t>
      </w:r>
    </w:p>
    <w:p w14:paraId="7EB17284" w14:textId="77777777" w:rsidR="0084721C" w:rsidRDefault="009B07FB">
      <w:pPr>
        <w:spacing w:after="120" w:line="324" w:lineRule="auto"/>
        <w:rPr>
          <w:lang w:eastAsia="zh-TW"/>
        </w:rPr>
      </w:pPr>
      <w:r>
        <w:rPr>
          <w:lang w:eastAsia="zh-TW"/>
        </w:rPr>
        <w:t>發現顯示，多手政府在跨境情境中會形成責任片段化：目的機關、採購、資訊、法制、供應商及中央部會各握一段資訊，卻未必能完成同一條可辨識、可停止、可說明、可補救的證據鏈。本文因此提出兩層證據包、分層停止權、跨境升級程序與最低程序七步驟，並主張以採購條款與行政規則先行，將需要拘束性命令的部分留待法律明文授權。本文</w:t>
      </w:r>
      <w:proofErr w:type="gramStart"/>
      <w:r>
        <w:rPr>
          <w:lang w:eastAsia="zh-TW"/>
        </w:rPr>
        <w:t>不</w:t>
      </w:r>
      <w:proofErr w:type="gramEnd"/>
      <w:r>
        <w:rPr>
          <w:lang w:eastAsia="zh-TW"/>
        </w:rPr>
        <w:t>預設侵權、違約、出口管制或</w:t>
      </w:r>
      <w:r>
        <w:rPr>
          <w:lang w:eastAsia="zh-TW"/>
        </w:rPr>
        <w:t>Special 301</w:t>
      </w:r>
      <w:r>
        <w:rPr>
          <w:lang w:eastAsia="zh-TW"/>
        </w:rPr>
        <w:t>必然發生；其目的在於檢驗政府事前保留可被外部理解與核對之證據的能力。</w:t>
      </w:r>
    </w:p>
    <w:p w14:paraId="78832F3B" w14:textId="77777777" w:rsidR="0084721C" w:rsidRDefault="009B07FB">
      <w:pPr>
        <w:spacing w:after="120" w:line="324" w:lineRule="auto"/>
        <w:rPr>
          <w:lang w:eastAsia="zh-TW"/>
        </w:rPr>
      </w:pPr>
      <w:r>
        <w:rPr>
          <w:lang w:eastAsia="zh-TW"/>
        </w:rPr>
        <w:t>關鍵詞：生成式</w:t>
      </w:r>
      <w:r>
        <w:rPr>
          <w:lang w:eastAsia="zh-TW"/>
        </w:rPr>
        <w:t>AI</w:t>
      </w:r>
      <w:r>
        <w:rPr>
          <w:lang w:eastAsia="zh-TW"/>
        </w:rPr>
        <w:t>、跨境智慧財產權、權利</w:t>
      </w:r>
      <w:proofErr w:type="gramStart"/>
      <w:r>
        <w:rPr>
          <w:lang w:eastAsia="zh-TW"/>
        </w:rPr>
        <w:t>來源洗淡</w:t>
      </w:r>
      <w:proofErr w:type="gramEnd"/>
      <w:r>
        <w:rPr>
          <w:lang w:eastAsia="zh-TW"/>
        </w:rPr>
        <w:t>、國家回應能力、多手政府、政府</w:t>
      </w:r>
      <w:r>
        <w:rPr>
          <w:lang w:eastAsia="zh-TW"/>
        </w:rPr>
        <w:t>AI</w:t>
      </w:r>
      <w:r>
        <w:rPr>
          <w:lang w:eastAsia="zh-TW"/>
        </w:rPr>
        <w:t>權利</w:t>
      </w:r>
      <w:r>
        <w:rPr>
          <w:lang w:eastAsia="zh-TW"/>
        </w:rPr>
        <w:t>來源證據包、比較</w:t>
      </w:r>
      <w:r>
        <w:rPr>
          <w:lang w:eastAsia="zh-TW"/>
        </w:rPr>
        <w:t>AI</w:t>
      </w:r>
      <w:r>
        <w:rPr>
          <w:lang w:eastAsia="zh-TW"/>
        </w:rPr>
        <w:t>治理</w:t>
      </w:r>
    </w:p>
    <w:p w14:paraId="5BB7DF3F" w14:textId="77777777" w:rsidR="0084721C" w:rsidRDefault="009B07FB">
      <w:pPr>
        <w:spacing w:after="140" w:line="324" w:lineRule="auto"/>
        <w:rPr>
          <w:lang w:eastAsia="zh-TW"/>
        </w:rPr>
      </w:pPr>
      <w:r>
        <w:rPr>
          <w:b/>
          <w:sz w:val="26"/>
          <w:lang w:eastAsia="zh-TW"/>
        </w:rPr>
        <w:t>一、緒論：何時一筆政府</w:t>
      </w:r>
      <w:r>
        <w:rPr>
          <w:b/>
          <w:sz w:val="26"/>
          <w:lang w:eastAsia="zh-TW"/>
        </w:rPr>
        <w:t>AI</w:t>
      </w:r>
      <w:r>
        <w:rPr>
          <w:b/>
          <w:sz w:val="26"/>
          <w:lang w:eastAsia="zh-TW"/>
        </w:rPr>
        <w:t>資料使用，會變成國際事件？</w:t>
      </w:r>
    </w:p>
    <w:p w14:paraId="37FC549F" w14:textId="77777777" w:rsidR="0084721C" w:rsidRDefault="009B07FB">
      <w:pPr>
        <w:spacing w:after="120" w:line="324" w:lineRule="auto"/>
        <w:rPr>
          <w:lang w:eastAsia="zh-TW"/>
        </w:rPr>
      </w:pPr>
      <w:r>
        <w:rPr>
          <w:lang w:eastAsia="zh-TW"/>
        </w:rPr>
        <w:t>一筆原本只在地方政府</w:t>
      </w:r>
      <w:r>
        <w:rPr>
          <w:lang w:eastAsia="zh-TW"/>
        </w:rPr>
        <w:t>RAG</w:t>
      </w:r>
      <w:r>
        <w:rPr>
          <w:lang w:eastAsia="zh-TW"/>
        </w:rPr>
        <w:t>系統中運作的資料，何時會變成國際事件？答案不在於「是否已構成侵權」（那是法院與仲裁的事），而在於權利人、合作方或外部壓力是否開始追問三個問題：誰同意把這些內容放進去？使用到哪一步？誰能把它停下來？</w:t>
      </w:r>
    </w:p>
    <w:p w14:paraId="66471E58" w14:textId="77777777" w:rsidR="0084721C" w:rsidRDefault="009B07FB">
      <w:pPr>
        <w:spacing w:after="120" w:line="324" w:lineRule="auto"/>
        <w:rPr>
          <w:lang w:eastAsia="zh-TW"/>
        </w:rPr>
      </w:pPr>
      <w:r>
        <w:rPr>
          <w:lang w:eastAsia="zh-TW"/>
        </w:rPr>
        <w:t>第十八篇處理的是國內事前治理：業務、資訊、採購、法制與供應商之間的責任推移，以及</w:t>
      </w:r>
      <w:r>
        <w:rPr>
          <w:lang w:eastAsia="zh-TW"/>
        </w:rPr>
        <w:t>OAC</w:t>
      </w:r>
      <w:r>
        <w:rPr>
          <w:lang w:eastAsia="zh-TW"/>
        </w:rPr>
        <w:t>能否在上線前要求權利來源證據。第十九篇處理的是同一失效被放大後的國家能力問題。跨境來源不會使第十八篇的事前責任消失；它只是</w:t>
      </w:r>
      <w:r>
        <w:rPr>
          <w:lang w:eastAsia="zh-TW"/>
        </w:rPr>
        <w:t>讓原本分散的「多手政府」再加上境外權利人、資料庫／模型提供者、跨國供應鏈、外國政府或合作夥伴的斷裂層。</w:t>
      </w:r>
    </w:p>
    <w:p w14:paraId="5163F3DA" w14:textId="77777777" w:rsidR="0084721C" w:rsidRDefault="009B07FB">
      <w:pPr>
        <w:spacing w:after="120" w:line="324" w:lineRule="auto"/>
      </w:pPr>
      <w:r>
        <w:lastRenderedPageBreak/>
        <w:t>本文所稱「多手政府」承接</w:t>
      </w:r>
      <w:r>
        <w:t>Thompson</w:t>
      </w:r>
      <w:r>
        <w:t>（</w:t>
      </w:r>
      <w:r>
        <w:t>1980</w:t>
      </w:r>
      <w:r>
        <w:t>）所提出的</w:t>
      </w:r>
      <w:r>
        <w:t xml:space="preserve"> *problem of many hands*</w:t>
      </w:r>
      <w:r>
        <w:t>：在多名公務員分別參與的決策中，結果責任可能難以歸屬。本文的重點不是以此概念替代法律責任判斷，而是檢驗採購、技術、法制與目的事業分工能否仍留下可追溯的行政責任鏈。</w:t>
      </w:r>
    </w:p>
    <w:p w14:paraId="028EE2E4" w14:textId="77777777" w:rsidR="0084721C" w:rsidRDefault="009B07FB">
      <w:pPr>
        <w:spacing w:after="120" w:line="324" w:lineRule="auto"/>
        <w:rPr>
          <w:lang w:eastAsia="zh-TW"/>
        </w:rPr>
      </w:pPr>
      <w:r>
        <w:rPr>
          <w:lang w:eastAsia="zh-TW"/>
        </w:rPr>
        <w:t>本文的中心命題是：同一套「權利來源</w:t>
      </w:r>
      <w:proofErr w:type="gramStart"/>
      <w:r>
        <w:rPr>
          <w:lang w:eastAsia="zh-TW"/>
        </w:rPr>
        <w:t>—</w:t>
      </w:r>
      <w:proofErr w:type="gramEnd"/>
      <w:r>
        <w:rPr>
          <w:lang w:eastAsia="zh-TW"/>
        </w:rPr>
        <w:t>使用範圍</w:t>
      </w:r>
      <w:r>
        <w:rPr>
          <w:lang w:eastAsia="zh-TW"/>
        </w:rPr>
        <w:t>—</w:t>
      </w:r>
      <w:r>
        <w:rPr>
          <w:lang w:eastAsia="zh-TW"/>
        </w:rPr>
        <w:t>停止權」壓力測試，在跨境情境中不會失效，而是會被放大。原本由機關內部造成的斷裂，會演變為「</w:t>
      </w:r>
      <w:r>
        <w:rPr>
          <w:lang w:eastAsia="zh-TW"/>
        </w:rPr>
        <w:t>臺灣政府制度性保護不足」的外部指控。此時，若政府手上沒有事前治理留下的證據包，只能臨時危機公關；若有，才有資格向世界說明。</w:t>
      </w:r>
    </w:p>
    <w:p w14:paraId="3EA2FF7F" w14:textId="77777777" w:rsidR="0084721C" w:rsidRDefault="009B07FB">
      <w:pPr>
        <w:spacing w:after="120" w:line="324" w:lineRule="auto"/>
        <w:rPr>
          <w:lang w:eastAsia="zh-TW"/>
        </w:rPr>
      </w:pPr>
      <w:r>
        <w:rPr>
          <w:lang w:eastAsia="zh-TW"/>
        </w:rPr>
        <w:t>本文明確排除幾個範圍：不把每一項境外權利主張直接等同於國際貿易爭端；不替法院、仲裁庭或輸出國管制機關作法律結論；也</w:t>
      </w:r>
      <w:proofErr w:type="gramStart"/>
      <w:r>
        <w:rPr>
          <w:lang w:eastAsia="zh-TW"/>
        </w:rPr>
        <w:t>不</w:t>
      </w:r>
      <w:proofErr w:type="gramEnd"/>
      <w:r>
        <w:rPr>
          <w:lang w:eastAsia="zh-TW"/>
        </w:rPr>
        <w:t>預設</w:t>
      </w:r>
      <w:r>
        <w:rPr>
          <w:lang w:eastAsia="zh-TW"/>
        </w:rPr>
        <w:t>Special 301</w:t>
      </w:r>
      <w:r>
        <w:rPr>
          <w:lang w:eastAsia="zh-TW"/>
        </w:rPr>
        <w:t>或雙邊經貿壓力必然發生。它只以外部高壓情境反測：臺灣平時是否保存了可驗證的授權範圍、資料處理、決定理由、停止紀錄與責任歸屬。</w:t>
      </w:r>
    </w:p>
    <w:p w14:paraId="0E308D99" w14:textId="77777777" w:rsidR="0084721C" w:rsidRDefault="009B07FB">
      <w:pPr>
        <w:spacing w:after="140" w:line="324" w:lineRule="auto"/>
        <w:rPr>
          <w:lang w:eastAsia="zh-TW"/>
        </w:rPr>
      </w:pPr>
      <w:r>
        <w:rPr>
          <w:b/>
          <w:sz w:val="26"/>
          <w:lang w:eastAsia="zh-TW"/>
        </w:rPr>
        <w:t>二、概念界定：跨境事件、權利來源</w:t>
      </w:r>
      <w:proofErr w:type="gramStart"/>
      <w:r>
        <w:rPr>
          <w:b/>
          <w:sz w:val="26"/>
          <w:lang w:eastAsia="zh-TW"/>
        </w:rPr>
        <w:t>洗淡與</w:t>
      </w:r>
      <w:proofErr w:type="gramEnd"/>
      <w:r>
        <w:rPr>
          <w:b/>
          <w:sz w:val="26"/>
          <w:lang w:eastAsia="zh-TW"/>
        </w:rPr>
        <w:t>國家回應能力</w:t>
      </w:r>
    </w:p>
    <w:p w14:paraId="77B4E49F" w14:textId="77777777" w:rsidR="0084721C" w:rsidRDefault="009B07FB">
      <w:pPr>
        <w:spacing w:after="120" w:line="324" w:lineRule="auto"/>
        <w:rPr>
          <w:lang w:eastAsia="zh-TW"/>
        </w:rPr>
      </w:pPr>
      <w:proofErr w:type="gramStart"/>
      <w:r>
        <w:rPr>
          <w:lang w:eastAsia="zh-TW"/>
        </w:rPr>
        <w:t>跨境性不是</w:t>
      </w:r>
      <w:proofErr w:type="gramEnd"/>
      <w:r>
        <w:rPr>
          <w:lang w:eastAsia="zh-TW"/>
        </w:rPr>
        <w:t>抽象的國際背景，而是可被定位、觀察與檢驗的治理單位。下表界</w:t>
      </w:r>
      <w:r>
        <w:rPr>
          <w:lang w:eastAsia="zh-TW"/>
        </w:rPr>
        <w:t>定本文概念，避免以新名詞重述既有採購、</w:t>
      </w:r>
      <w:proofErr w:type="gramStart"/>
      <w:r>
        <w:rPr>
          <w:lang w:eastAsia="zh-TW"/>
        </w:rPr>
        <w:t>資安與</w:t>
      </w:r>
      <w:proofErr w:type="gramEnd"/>
      <w:r>
        <w:rPr>
          <w:lang w:eastAsia="zh-TW"/>
        </w:rPr>
        <w:t>著作權問題。</w:t>
      </w:r>
    </w:p>
    <w:tbl>
      <w:tblPr>
        <w:tblStyle w:val="TableGrid"/>
        <w:tblW w:w="0" w:type="auto"/>
        <w:jc w:val="center"/>
        <w:tblLook w:val="04A0" w:firstRow="1" w:lastRow="0" w:firstColumn="1" w:lastColumn="0" w:noHBand="0" w:noVBand="1"/>
      </w:tblPr>
      <w:tblGrid>
        <w:gridCol w:w="3312"/>
        <w:gridCol w:w="3312"/>
        <w:gridCol w:w="3312"/>
      </w:tblGrid>
      <w:tr w:rsidR="0084721C" w14:paraId="64F646BB" w14:textId="77777777">
        <w:trPr>
          <w:jc w:val="center"/>
        </w:trPr>
        <w:tc>
          <w:tcPr>
            <w:tcW w:w="3312" w:type="dxa"/>
            <w:shd w:val="clear" w:color="auto" w:fill="DCE6F2"/>
            <w:tcMar>
              <w:top w:w="90" w:type="dxa"/>
              <w:left w:w="100" w:type="dxa"/>
              <w:bottom w:w="90" w:type="dxa"/>
              <w:right w:w="100" w:type="dxa"/>
            </w:tcMar>
            <w:vAlign w:val="center"/>
          </w:tcPr>
          <w:p w14:paraId="71B390E2" w14:textId="77777777" w:rsidR="0084721C" w:rsidRDefault="009B07FB">
            <w:pPr>
              <w:spacing w:line="252" w:lineRule="auto"/>
            </w:pPr>
            <w:proofErr w:type="spellStart"/>
            <w:r>
              <w:rPr>
                <w:b/>
                <w:sz w:val="17"/>
              </w:rPr>
              <w:t>概念</w:t>
            </w:r>
            <w:proofErr w:type="spellEnd"/>
          </w:p>
        </w:tc>
        <w:tc>
          <w:tcPr>
            <w:tcW w:w="3312" w:type="dxa"/>
            <w:shd w:val="clear" w:color="auto" w:fill="DCE6F2"/>
            <w:tcMar>
              <w:top w:w="90" w:type="dxa"/>
              <w:left w:w="100" w:type="dxa"/>
              <w:bottom w:w="90" w:type="dxa"/>
              <w:right w:w="100" w:type="dxa"/>
            </w:tcMar>
            <w:vAlign w:val="center"/>
          </w:tcPr>
          <w:p w14:paraId="10CA2850" w14:textId="77777777" w:rsidR="0084721C" w:rsidRDefault="009B07FB">
            <w:pPr>
              <w:spacing w:line="252" w:lineRule="auto"/>
            </w:pPr>
            <w:r>
              <w:rPr>
                <w:b/>
                <w:sz w:val="17"/>
              </w:rPr>
              <w:t>本文操作定義</w:t>
            </w:r>
          </w:p>
        </w:tc>
        <w:tc>
          <w:tcPr>
            <w:tcW w:w="3312" w:type="dxa"/>
            <w:shd w:val="clear" w:color="auto" w:fill="DCE6F2"/>
            <w:tcMar>
              <w:top w:w="90" w:type="dxa"/>
              <w:left w:w="100" w:type="dxa"/>
              <w:bottom w:w="90" w:type="dxa"/>
              <w:right w:w="100" w:type="dxa"/>
            </w:tcMar>
            <w:vAlign w:val="center"/>
          </w:tcPr>
          <w:p w14:paraId="3679426E" w14:textId="77777777" w:rsidR="0084721C" w:rsidRDefault="009B07FB">
            <w:pPr>
              <w:spacing w:line="252" w:lineRule="auto"/>
            </w:pPr>
            <w:r>
              <w:rPr>
                <w:b/>
                <w:sz w:val="17"/>
              </w:rPr>
              <w:t>可觀察指標</w:t>
            </w:r>
          </w:p>
        </w:tc>
      </w:tr>
      <w:tr w:rsidR="0084721C" w14:paraId="1DA1246A" w14:textId="77777777">
        <w:trPr>
          <w:jc w:val="center"/>
        </w:trPr>
        <w:tc>
          <w:tcPr>
            <w:tcW w:w="3312" w:type="dxa"/>
            <w:tcMar>
              <w:top w:w="90" w:type="dxa"/>
              <w:left w:w="100" w:type="dxa"/>
              <w:bottom w:w="90" w:type="dxa"/>
              <w:right w:w="100" w:type="dxa"/>
            </w:tcMar>
            <w:vAlign w:val="center"/>
          </w:tcPr>
          <w:p w14:paraId="57046CCB" w14:textId="77777777" w:rsidR="0084721C" w:rsidRDefault="009B07FB">
            <w:pPr>
              <w:spacing w:line="252" w:lineRule="auto"/>
            </w:pPr>
            <w:r>
              <w:rPr>
                <w:sz w:val="17"/>
              </w:rPr>
              <w:t>跨境</w:t>
            </w:r>
            <w:r>
              <w:rPr>
                <w:sz w:val="17"/>
              </w:rPr>
              <w:t>AI</w:t>
            </w:r>
            <w:r>
              <w:rPr>
                <w:sz w:val="17"/>
              </w:rPr>
              <w:t>權利事件</w:t>
            </w:r>
          </w:p>
        </w:tc>
        <w:tc>
          <w:tcPr>
            <w:tcW w:w="3312" w:type="dxa"/>
            <w:tcMar>
              <w:top w:w="90" w:type="dxa"/>
              <w:left w:w="100" w:type="dxa"/>
              <w:bottom w:w="90" w:type="dxa"/>
              <w:right w:w="100" w:type="dxa"/>
            </w:tcMar>
            <w:vAlign w:val="center"/>
          </w:tcPr>
          <w:p w14:paraId="5FCE810F" w14:textId="77777777" w:rsidR="0084721C" w:rsidRDefault="009B07FB">
            <w:pPr>
              <w:spacing w:line="252" w:lineRule="auto"/>
              <w:rPr>
                <w:lang w:eastAsia="zh-TW"/>
              </w:rPr>
            </w:pPr>
            <w:r>
              <w:rPr>
                <w:sz w:val="17"/>
                <w:lang w:eastAsia="zh-TW"/>
              </w:rPr>
              <w:t>政府</w:t>
            </w:r>
            <w:r>
              <w:rPr>
                <w:sz w:val="17"/>
                <w:lang w:eastAsia="zh-TW"/>
              </w:rPr>
              <w:t>AI</w:t>
            </w:r>
            <w:r>
              <w:rPr>
                <w:sz w:val="17"/>
                <w:lang w:eastAsia="zh-TW"/>
              </w:rPr>
              <w:t>的資料、服務商、契約、權利人、部署地或</w:t>
            </w:r>
            <w:proofErr w:type="gramStart"/>
            <w:r>
              <w:rPr>
                <w:sz w:val="17"/>
                <w:lang w:eastAsia="zh-TW"/>
              </w:rPr>
              <w:t>準</w:t>
            </w:r>
            <w:proofErr w:type="gramEnd"/>
            <w:r>
              <w:rPr>
                <w:sz w:val="17"/>
                <w:lang w:eastAsia="zh-TW"/>
              </w:rPr>
              <w:t>據法至少一項跨越臺灣</w:t>
            </w:r>
            <w:proofErr w:type="gramStart"/>
            <w:r>
              <w:rPr>
                <w:sz w:val="17"/>
                <w:lang w:eastAsia="zh-TW"/>
              </w:rPr>
              <w:t>法域</w:t>
            </w:r>
            <w:proofErr w:type="gramEnd"/>
            <w:r>
              <w:rPr>
                <w:sz w:val="17"/>
                <w:lang w:eastAsia="zh-TW"/>
              </w:rPr>
              <w:t>，並引發具體的權利、用途或資料控制疑義。</w:t>
            </w:r>
          </w:p>
        </w:tc>
        <w:tc>
          <w:tcPr>
            <w:tcW w:w="3312" w:type="dxa"/>
            <w:tcMar>
              <w:top w:w="90" w:type="dxa"/>
              <w:left w:w="100" w:type="dxa"/>
              <w:bottom w:w="90" w:type="dxa"/>
              <w:right w:w="100" w:type="dxa"/>
            </w:tcMar>
            <w:vAlign w:val="center"/>
          </w:tcPr>
          <w:p w14:paraId="103A0A13" w14:textId="77777777" w:rsidR="0084721C" w:rsidRDefault="009B07FB">
            <w:pPr>
              <w:spacing w:line="252" w:lineRule="auto"/>
              <w:rPr>
                <w:lang w:eastAsia="zh-TW"/>
              </w:rPr>
            </w:pPr>
            <w:r>
              <w:rPr>
                <w:sz w:val="17"/>
                <w:lang w:eastAsia="zh-TW"/>
              </w:rPr>
              <w:t>境外通知、跨境契約或傳輸、境外部署、外國主管機關或合作方介入。</w:t>
            </w:r>
          </w:p>
        </w:tc>
      </w:tr>
      <w:tr w:rsidR="0084721C" w14:paraId="4DA44ED0" w14:textId="77777777">
        <w:trPr>
          <w:jc w:val="center"/>
        </w:trPr>
        <w:tc>
          <w:tcPr>
            <w:tcW w:w="3312" w:type="dxa"/>
            <w:tcMar>
              <w:top w:w="90" w:type="dxa"/>
              <w:left w:w="100" w:type="dxa"/>
              <w:bottom w:w="90" w:type="dxa"/>
              <w:right w:w="100" w:type="dxa"/>
            </w:tcMar>
            <w:vAlign w:val="center"/>
          </w:tcPr>
          <w:p w14:paraId="49FEC21C" w14:textId="77777777" w:rsidR="0084721C" w:rsidRDefault="009B07FB">
            <w:pPr>
              <w:spacing w:line="252" w:lineRule="auto"/>
            </w:pPr>
            <w:proofErr w:type="spellStart"/>
            <w:r>
              <w:rPr>
                <w:sz w:val="17"/>
              </w:rPr>
              <w:t>權利來源洗淡</w:t>
            </w:r>
            <w:proofErr w:type="spellEnd"/>
          </w:p>
        </w:tc>
        <w:tc>
          <w:tcPr>
            <w:tcW w:w="3312" w:type="dxa"/>
            <w:tcMar>
              <w:top w:w="90" w:type="dxa"/>
              <w:left w:w="100" w:type="dxa"/>
              <w:bottom w:w="90" w:type="dxa"/>
              <w:right w:w="100" w:type="dxa"/>
            </w:tcMar>
            <w:vAlign w:val="center"/>
          </w:tcPr>
          <w:p w14:paraId="4D699093" w14:textId="77777777" w:rsidR="0084721C" w:rsidRDefault="009B07FB">
            <w:pPr>
              <w:spacing w:line="252" w:lineRule="auto"/>
              <w:rPr>
                <w:lang w:eastAsia="zh-TW"/>
              </w:rPr>
            </w:pPr>
            <w:r>
              <w:rPr>
                <w:sz w:val="17"/>
                <w:lang w:eastAsia="zh-TW"/>
              </w:rPr>
              <w:t>資料經取得、彙整、</w:t>
            </w:r>
            <w:proofErr w:type="gramStart"/>
            <w:r>
              <w:rPr>
                <w:sz w:val="17"/>
                <w:lang w:eastAsia="zh-TW"/>
              </w:rPr>
              <w:t>爬取</w:t>
            </w:r>
            <w:proofErr w:type="gramEnd"/>
            <w:r>
              <w:rPr>
                <w:sz w:val="17"/>
                <w:lang w:eastAsia="zh-TW"/>
              </w:rPr>
              <w:t>、再授權、蒸餾、微調、向量化或</w:t>
            </w:r>
            <w:r>
              <w:rPr>
                <w:sz w:val="17"/>
                <w:lang w:eastAsia="zh-TW"/>
              </w:rPr>
              <w:t>API</w:t>
            </w:r>
            <w:r>
              <w:rPr>
                <w:sz w:val="17"/>
                <w:lang w:eastAsia="zh-TW"/>
              </w:rPr>
              <w:t>轉送後，原始權利人、授權範圍、</w:t>
            </w:r>
            <w:proofErr w:type="gramStart"/>
            <w:r>
              <w:rPr>
                <w:sz w:val="17"/>
                <w:lang w:eastAsia="zh-TW"/>
              </w:rPr>
              <w:t>適用法域</w:t>
            </w:r>
            <w:proofErr w:type="gramEnd"/>
            <w:r>
              <w:rPr>
                <w:sz w:val="17"/>
                <w:lang w:eastAsia="zh-TW"/>
              </w:rPr>
              <w:t>或再利用限制至少一項無法回溯，且現行責任人無法在合理期間重建資訊鏈。</w:t>
            </w:r>
          </w:p>
        </w:tc>
        <w:tc>
          <w:tcPr>
            <w:tcW w:w="3312" w:type="dxa"/>
            <w:tcMar>
              <w:top w:w="90" w:type="dxa"/>
              <w:left w:w="100" w:type="dxa"/>
              <w:bottom w:w="90" w:type="dxa"/>
              <w:right w:w="100" w:type="dxa"/>
            </w:tcMar>
            <w:vAlign w:val="center"/>
          </w:tcPr>
          <w:p w14:paraId="65DC4086" w14:textId="77777777" w:rsidR="0084721C" w:rsidRDefault="009B07FB">
            <w:pPr>
              <w:spacing w:line="252" w:lineRule="auto"/>
              <w:rPr>
                <w:lang w:eastAsia="zh-TW"/>
              </w:rPr>
            </w:pPr>
            <w:r>
              <w:rPr>
                <w:sz w:val="17"/>
                <w:lang w:eastAsia="zh-TW"/>
              </w:rPr>
              <w:t>授權鏈中斷、資料集清單缺失、權利管理資訊消失、部署地或次處理者不明。</w:t>
            </w:r>
          </w:p>
        </w:tc>
      </w:tr>
      <w:tr w:rsidR="0084721C" w14:paraId="46006464" w14:textId="77777777">
        <w:trPr>
          <w:jc w:val="center"/>
        </w:trPr>
        <w:tc>
          <w:tcPr>
            <w:tcW w:w="3312" w:type="dxa"/>
            <w:tcMar>
              <w:top w:w="90" w:type="dxa"/>
              <w:left w:w="100" w:type="dxa"/>
              <w:bottom w:w="90" w:type="dxa"/>
              <w:right w:w="100" w:type="dxa"/>
            </w:tcMar>
            <w:vAlign w:val="center"/>
          </w:tcPr>
          <w:p w14:paraId="33705E40" w14:textId="77777777" w:rsidR="0084721C" w:rsidRDefault="009B07FB">
            <w:pPr>
              <w:spacing w:line="252" w:lineRule="auto"/>
            </w:pPr>
            <w:proofErr w:type="spellStart"/>
            <w:r>
              <w:rPr>
                <w:sz w:val="17"/>
              </w:rPr>
              <w:t>國家回應能力</w:t>
            </w:r>
            <w:proofErr w:type="spellEnd"/>
          </w:p>
        </w:tc>
        <w:tc>
          <w:tcPr>
            <w:tcW w:w="3312" w:type="dxa"/>
            <w:tcMar>
              <w:top w:w="90" w:type="dxa"/>
              <w:left w:w="100" w:type="dxa"/>
              <w:bottom w:w="90" w:type="dxa"/>
              <w:right w:w="100" w:type="dxa"/>
            </w:tcMar>
            <w:vAlign w:val="center"/>
          </w:tcPr>
          <w:p w14:paraId="78DC8B2C" w14:textId="77777777" w:rsidR="0084721C" w:rsidRDefault="009B07FB">
            <w:pPr>
              <w:spacing w:line="252" w:lineRule="auto"/>
              <w:rPr>
                <w:lang w:eastAsia="zh-TW"/>
              </w:rPr>
            </w:pPr>
            <w:r>
              <w:rPr>
                <w:sz w:val="17"/>
                <w:lang w:eastAsia="zh-TW"/>
              </w:rPr>
              <w:t>政府在可預期期限內完成辨識、決策、執行、說明與補救的能力；「國家」不等於外交部單獨對外回應。</w:t>
            </w:r>
          </w:p>
        </w:tc>
        <w:tc>
          <w:tcPr>
            <w:tcW w:w="3312" w:type="dxa"/>
            <w:tcMar>
              <w:top w:w="90" w:type="dxa"/>
              <w:left w:w="100" w:type="dxa"/>
              <w:bottom w:w="90" w:type="dxa"/>
              <w:right w:w="100" w:type="dxa"/>
            </w:tcMar>
            <w:vAlign w:val="center"/>
          </w:tcPr>
          <w:p w14:paraId="3FD41397" w14:textId="77777777" w:rsidR="0084721C" w:rsidRDefault="009B07FB">
            <w:pPr>
              <w:spacing w:line="252" w:lineRule="auto"/>
              <w:rPr>
                <w:lang w:eastAsia="zh-TW"/>
              </w:rPr>
            </w:pPr>
            <w:r>
              <w:rPr>
                <w:sz w:val="17"/>
                <w:lang w:eastAsia="zh-TW"/>
              </w:rPr>
              <w:t>指定窗口、停止工具、結構化證據包、回覆時程、升級與覆核紀錄。</w:t>
            </w:r>
          </w:p>
        </w:tc>
      </w:tr>
      <w:tr w:rsidR="0084721C" w14:paraId="1BD0F84E" w14:textId="77777777">
        <w:trPr>
          <w:jc w:val="center"/>
        </w:trPr>
        <w:tc>
          <w:tcPr>
            <w:tcW w:w="3312" w:type="dxa"/>
            <w:tcMar>
              <w:top w:w="90" w:type="dxa"/>
              <w:left w:w="100" w:type="dxa"/>
              <w:bottom w:w="90" w:type="dxa"/>
              <w:right w:w="100" w:type="dxa"/>
            </w:tcMar>
            <w:vAlign w:val="center"/>
          </w:tcPr>
          <w:p w14:paraId="181836AF" w14:textId="77777777" w:rsidR="0084721C" w:rsidRDefault="009B07FB">
            <w:pPr>
              <w:spacing w:line="252" w:lineRule="auto"/>
            </w:pPr>
            <w:proofErr w:type="spellStart"/>
            <w:r>
              <w:rPr>
                <w:sz w:val="17"/>
              </w:rPr>
              <w:t>國家／跨境證據包</w:t>
            </w:r>
            <w:proofErr w:type="spellEnd"/>
          </w:p>
        </w:tc>
        <w:tc>
          <w:tcPr>
            <w:tcW w:w="3312" w:type="dxa"/>
            <w:tcMar>
              <w:top w:w="90" w:type="dxa"/>
              <w:left w:w="100" w:type="dxa"/>
              <w:bottom w:w="90" w:type="dxa"/>
              <w:right w:w="100" w:type="dxa"/>
            </w:tcMar>
            <w:vAlign w:val="center"/>
          </w:tcPr>
          <w:p w14:paraId="73F68FB1" w14:textId="77777777" w:rsidR="0084721C" w:rsidRDefault="009B07FB">
            <w:pPr>
              <w:spacing w:line="252" w:lineRule="auto"/>
              <w:rPr>
                <w:lang w:eastAsia="zh-TW"/>
              </w:rPr>
            </w:pPr>
            <w:r>
              <w:rPr>
                <w:sz w:val="17"/>
                <w:lang w:eastAsia="zh-TW"/>
              </w:rPr>
              <w:t>足以支援內部決策、對外說明及後續救濟的結構化資料集合。</w:t>
            </w:r>
          </w:p>
        </w:tc>
        <w:tc>
          <w:tcPr>
            <w:tcW w:w="3312" w:type="dxa"/>
            <w:tcMar>
              <w:top w:w="90" w:type="dxa"/>
              <w:left w:w="100" w:type="dxa"/>
              <w:bottom w:w="90" w:type="dxa"/>
              <w:right w:w="100" w:type="dxa"/>
            </w:tcMar>
            <w:vAlign w:val="center"/>
          </w:tcPr>
          <w:p w14:paraId="54F37B60" w14:textId="77777777" w:rsidR="0084721C" w:rsidRDefault="009B07FB">
            <w:pPr>
              <w:spacing w:line="252" w:lineRule="auto"/>
              <w:rPr>
                <w:lang w:eastAsia="zh-TW"/>
              </w:rPr>
            </w:pPr>
            <w:proofErr w:type="gramStart"/>
            <w:r>
              <w:rPr>
                <w:sz w:val="17"/>
                <w:lang w:eastAsia="zh-TW"/>
              </w:rPr>
              <w:t>法域、</w:t>
            </w:r>
            <w:proofErr w:type="gramEnd"/>
            <w:r>
              <w:rPr>
                <w:sz w:val="17"/>
                <w:lang w:eastAsia="zh-TW"/>
              </w:rPr>
              <w:t>權利來源、資料流、契約、日誌、決定理由、停止與補救紀錄。</w:t>
            </w:r>
          </w:p>
        </w:tc>
      </w:tr>
    </w:tbl>
    <w:p w14:paraId="3AD2876D" w14:textId="77777777" w:rsidR="0084721C" w:rsidRDefault="0084721C">
      <w:pPr>
        <w:spacing w:after="40"/>
        <w:rPr>
          <w:lang w:eastAsia="zh-TW"/>
        </w:rPr>
      </w:pPr>
    </w:p>
    <w:p w14:paraId="39A23831" w14:textId="77777777" w:rsidR="0084721C" w:rsidRDefault="009B07FB">
      <w:pPr>
        <w:spacing w:after="120" w:line="324" w:lineRule="auto"/>
        <w:rPr>
          <w:lang w:eastAsia="zh-TW"/>
        </w:rPr>
      </w:pPr>
      <w:r>
        <w:rPr>
          <w:lang w:eastAsia="zh-TW"/>
        </w:rPr>
        <w:lastRenderedPageBreak/>
        <w:t>標題中的「世界」是境外權利人、外國企業、資料庫與模型提供者、合作政府、國際供應鏈及經貿／技術合作機構；本文不替法院或仲裁庭判定侵權，而是檢驗政府能否向這些具體對象提出可被理解與查核的行政證據。</w:t>
      </w:r>
    </w:p>
    <w:p w14:paraId="1F52703E" w14:textId="77777777" w:rsidR="0084721C" w:rsidRDefault="009B07FB">
      <w:pPr>
        <w:spacing w:after="120" w:line="324" w:lineRule="auto"/>
        <w:rPr>
          <w:lang w:eastAsia="zh-TW"/>
        </w:rPr>
      </w:pPr>
      <w:r>
        <w:rPr>
          <w:lang w:eastAsia="zh-TW"/>
        </w:rPr>
        <w:t>「權利</w:t>
      </w:r>
      <w:proofErr w:type="gramStart"/>
      <w:r>
        <w:rPr>
          <w:lang w:eastAsia="zh-TW"/>
        </w:rPr>
        <w:t>來源洗淡</w:t>
      </w:r>
      <w:proofErr w:type="gramEnd"/>
      <w:r>
        <w:rPr>
          <w:lang w:eastAsia="zh-TW"/>
        </w:rPr>
        <w:t>」不是「資料來源不明」的修辭替代，而是資料血緣、供應鏈追溯、授權鏈中斷與權利管理資訊消失在</w:t>
      </w:r>
      <w:r>
        <w:rPr>
          <w:lang w:eastAsia="zh-TW"/>
        </w:rPr>
        <w:t>AI</w:t>
      </w:r>
      <w:r>
        <w:rPr>
          <w:lang w:eastAsia="zh-TW"/>
        </w:rPr>
        <w:t>處理流程中的累積結果。它是一個可反證的診斷概念：若機關或供應商能在合理期間重建權利人、用途、</w:t>
      </w:r>
      <w:proofErr w:type="gramStart"/>
      <w:r>
        <w:rPr>
          <w:lang w:eastAsia="zh-TW"/>
        </w:rPr>
        <w:t>法域與</w:t>
      </w:r>
      <w:proofErr w:type="gramEnd"/>
      <w:r>
        <w:rPr>
          <w:lang w:eastAsia="zh-TW"/>
        </w:rPr>
        <w:t>再利用限制，本文即不判定</w:t>
      </w:r>
      <w:proofErr w:type="gramStart"/>
      <w:r>
        <w:rPr>
          <w:lang w:eastAsia="zh-TW"/>
        </w:rPr>
        <w:t>為洗</w:t>
      </w:r>
      <w:proofErr w:type="gramEnd"/>
      <w:r>
        <w:rPr>
          <w:lang w:eastAsia="zh-TW"/>
        </w:rPr>
        <w:t>淡。</w:t>
      </w:r>
    </w:p>
    <w:p w14:paraId="38A8B618" w14:textId="77777777" w:rsidR="0084721C" w:rsidRDefault="009B07FB">
      <w:pPr>
        <w:spacing w:after="120" w:line="324" w:lineRule="auto"/>
        <w:rPr>
          <w:lang w:eastAsia="zh-TW"/>
        </w:rPr>
      </w:pPr>
      <w:r>
        <w:rPr>
          <w:lang w:eastAsia="zh-TW"/>
        </w:rPr>
        <w:t>資料血緣（</w:t>
      </w:r>
      <w:r>
        <w:rPr>
          <w:lang w:eastAsia="zh-TW"/>
        </w:rPr>
        <w:t>data provenance</w:t>
      </w:r>
      <w:r>
        <w:rPr>
          <w:lang w:eastAsia="zh-TW"/>
        </w:rPr>
        <w:t>）研究本就關切資料從何而來、經何種轉換</w:t>
      </w:r>
      <w:r>
        <w:rPr>
          <w:lang w:eastAsia="zh-TW"/>
        </w:rPr>
        <w:t>與由誰處理（</w:t>
      </w:r>
      <w:proofErr w:type="spellStart"/>
      <w:r>
        <w:rPr>
          <w:lang w:eastAsia="zh-TW"/>
        </w:rPr>
        <w:t>Simmhan</w:t>
      </w:r>
      <w:proofErr w:type="spellEnd"/>
      <w:r>
        <w:rPr>
          <w:lang w:eastAsia="zh-TW"/>
        </w:rPr>
        <w:t xml:space="preserve">, </w:t>
      </w:r>
      <w:proofErr w:type="spellStart"/>
      <w:r>
        <w:rPr>
          <w:lang w:eastAsia="zh-TW"/>
        </w:rPr>
        <w:t>Plale</w:t>
      </w:r>
      <w:proofErr w:type="spellEnd"/>
      <w:r>
        <w:rPr>
          <w:lang w:eastAsia="zh-TW"/>
        </w:rPr>
        <w:t>, &amp; Gannon, 2005</w:t>
      </w:r>
      <w:r>
        <w:rPr>
          <w:lang w:eastAsia="zh-TW"/>
        </w:rPr>
        <w:t>）。本文將此技術性追溯問題置入權利與行政責任脈絡：追不到來源不只妨礙系統除錯，也使機關無法說明取得與再利用的正當性。</w:t>
      </w:r>
    </w:p>
    <w:p w14:paraId="3B5E79B5" w14:textId="77777777" w:rsidR="0084721C" w:rsidRDefault="009B07FB">
      <w:pPr>
        <w:spacing w:after="120" w:line="324" w:lineRule="auto"/>
        <w:rPr>
          <w:lang w:eastAsia="zh-TW"/>
        </w:rPr>
      </w:pPr>
      <w:r>
        <w:rPr>
          <w:lang w:eastAsia="zh-TW"/>
        </w:rPr>
        <w:t>國家回應能力以</w:t>
      </w:r>
      <w:proofErr w:type="gramStart"/>
      <w:r>
        <w:rPr>
          <w:lang w:eastAsia="zh-TW"/>
        </w:rPr>
        <w:t>五項構</w:t>
      </w:r>
      <w:proofErr w:type="gramEnd"/>
      <w:r>
        <w:rPr>
          <w:lang w:eastAsia="zh-TW"/>
        </w:rPr>
        <w:t>面觀察，而非以抽象的「政府重視」判斷：辨識（能否盤點資料、模型、</w:t>
      </w:r>
      <w:r>
        <w:rPr>
          <w:lang w:eastAsia="zh-TW"/>
        </w:rPr>
        <w:t>API</w:t>
      </w:r>
      <w:r>
        <w:rPr>
          <w:lang w:eastAsia="zh-TW"/>
        </w:rPr>
        <w:t>與供應商鏈）、決策（能否作成</w:t>
      </w:r>
      <w:r>
        <w:rPr>
          <w:lang w:eastAsia="zh-TW"/>
        </w:rPr>
        <w:t>Go</w:t>
      </w:r>
      <w:r>
        <w:rPr>
          <w:lang w:eastAsia="zh-TW"/>
        </w:rPr>
        <w:t>／</w:t>
      </w:r>
      <w:r>
        <w:rPr>
          <w:lang w:eastAsia="zh-TW"/>
        </w:rPr>
        <w:t>Conditional</w:t>
      </w:r>
      <w:r>
        <w:rPr>
          <w:lang w:eastAsia="zh-TW"/>
        </w:rPr>
        <w:t>／</w:t>
      </w:r>
      <w:r>
        <w:rPr>
          <w:lang w:eastAsia="zh-TW"/>
        </w:rPr>
        <w:t>No-Go</w:t>
      </w:r>
      <w:r>
        <w:rPr>
          <w:lang w:eastAsia="zh-TW"/>
        </w:rPr>
        <w:t>／</w:t>
      </w:r>
      <w:r>
        <w:rPr>
          <w:lang w:eastAsia="zh-TW"/>
        </w:rPr>
        <w:t>Stop</w:t>
      </w:r>
      <w:r>
        <w:rPr>
          <w:lang w:eastAsia="zh-TW"/>
        </w:rPr>
        <w:t>）、執行（能否實際停止或隔離）、說明（能否提出可核對的理由與證據）、補救（能否移除、通知、修正、重訓、重評選或處理契約）。</w:t>
      </w:r>
      <w:proofErr w:type="gramStart"/>
      <w:r>
        <w:rPr>
          <w:lang w:eastAsia="zh-TW"/>
        </w:rPr>
        <w:t>五項均非必然</w:t>
      </w:r>
      <w:proofErr w:type="gramEnd"/>
      <w:r>
        <w:rPr>
          <w:lang w:eastAsia="zh-TW"/>
        </w:rPr>
        <w:t>數值化，卻構成本文判</w:t>
      </w:r>
      <w:r>
        <w:rPr>
          <w:lang w:eastAsia="zh-TW"/>
        </w:rPr>
        <w:t>斷能力不足的最小準則。</w:t>
      </w:r>
    </w:p>
    <w:p w14:paraId="326FD711" w14:textId="77777777" w:rsidR="0084721C" w:rsidRDefault="009B07FB">
      <w:pPr>
        <w:spacing w:after="120" w:line="324" w:lineRule="auto"/>
        <w:rPr>
          <w:lang w:eastAsia="zh-TW"/>
        </w:rPr>
      </w:pPr>
      <w:r>
        <w:rPr>
          <w:lang w:eastAsia="zh-TW"/>
        </w:rPr>
        <w:t>不同技術動作不應被合併成「放進</w:t>
      </w:r>
      <w:r>
        <w:rPr>
          <w:lang w:eastAsia="zh-TW"/>
        </w:rPr>
        <w:t>AI</w:t>
      </w:r>
      <w:r>
        <w:rPr>
          <w:lang w:eastAsia="zh-TW"/>
        </w:rPr>
        <w:t>」。同一來源在不同處理階段，權利風險、證據要求與停止方式均不同；下表是本文採取的最低區分。</w:t>
      </w:r>
    </w:p>
    <w:tbl>
      <w:tblPr>
        <w:tblStyle w:val="TableGrid"/>
        <w:tblW w:w="0" w:type="auto"/>
        <w:jc w:val="center"/>
        <w:tblLook w:val="04A0" w:firstRow="1" w:lastRow="0" w:firstColumn="1" w:lastColumn="0" w:noHBand="0" w:noVBand="1"/>
      </w:tblPr>
      <w:tblGrid>
        <w:gridCol w:w="3312"/>
        <w:gridCol w:w="3312"/>
        <w:gridCol w:w="3312"/>
      </w:tblGrid>
      <w:tr w:rsidR="0084721C" w14:paraId="146D16EE" w14:textId="77777777">
        <w:trPr>
          <w:jc w:val="center"/>
        </w:trPr>
        <w:tc>
          <w:tcPr>
            <w:tcW w:w="3312" w:type="dxa"/>
            <w:shd w:val="clear" w:color="auto" w:fill="DCE6F2"/>
            <w:tcMar>
              <w:top w:w="90" w:type="dxa"/>
              <w:left w:w="100" w:type="dxa"/>
              <w:bottom w:w="90" w:type="dxa"/>
              <w:right w:w="100" w:type="dxa"/>
            </w:tcMar>
            <w:vAlign w:val="center"/>
          </w:tcPr>
          <w:p w14:paraId="079A7781" w14:textId="77777777" w:rsidR="0084721C" w:rsidRDefault="009B07FB">
            <w:pPr>
              <w:spacing w:line="252" w:lineRule="auto"/>
            </w:pPr>
            <w:proofErr w:type="spellStart"/>
            <w:r>
              <w:rPr>
                <w:b/>
                <w:sz w:val="17"/>
              </w:rPr>
              <w:t>技術動作</w:t>
            </w:r>
            <w:proofErr w:type="spellEnd"/>
          </w:p>
        </w:tc>
        <w:tc>
          <w:tcPr>
            <w:tcW w:w="3312" w:type="dxa"/>
            <w:shd w:val="clear" w:color="auto" w:fill="DCE6F2"/>
            <w:tcMar>
              <w:top w:w="90" w:type="dxa"/>
              <w:left w:w="100" w:type="dxa"/>
              <w:bottom w:w="90" w:type="dxa"/>
              <w:right w:w="100" w:type="dxa"/>
            </w:tcMar>
            <w:vAlign w:val="center"/>
          </w:tcPr>
          <w:p w14:paraId="4BE7388D" w14:textId="77777777" w:rsidR="0084721C" w:rsidRDefault="009B07FB">
            <w:pPr>
              <w:spacing w:line="252" w:lineRule="auto"/>
              <w:rPr>
                <w:lang w:eastAsia="zh-TW"/>
              </w:rPr>
            </w:pPr>
            <w:r>
              <w:rPr>
                <w:b/>
                <w:sz w:val="17"/>
                <w:lang w:eastAsia="zh-TW"/>
              </w:rPr>
              <w:t>對權利來源的核心問題</w:t>
            </w:r>
          </w:p>
        </w:tc>
        <w:tc>
          <w:tcPr>
            <w:tcW w:w="3312" w:type="dxa"/>
            <w:shd w:val="clear" w:color="auto" w:fill="DCE6F2"/>
            <w:tcMar>
              <w:top w:w="90" w:type="dxa"/>
              <w:left w:w="100" w:type="dxa"/>
              <w:bottom w:w="90" w:type="dxa"/>
              <w:right w:w="100" w:type="dxa"/>
            </w:tcMar>
            <w:vAlign w:val="center"/>
          </w:tcPr>
          <w:p w14:paraId="007144E8" w14:textId="77777777" w:rsidR="0084721C" w:rsidRDefault="009B07FB">
            <w:pPr>
              <w:spacing w:line="252" w:lineRule="auto"/>
            </w:pPr>
            <w:proofErr w:type="spellStart"/>
            <w:r>
              <w:rPr>
                <w:b/>
                <w:sz w:val="17"/>
              </w:rPr>
              <w:t>最小停止／保全單位</w:t>
            </w:r>
            <w:proofErr w:type="spellEnd"/>
          </w:p>
        </w:tc>
      </w:tr>
      <w:tr w:rsidR="0084721C" w14:paraId="2FE023A7" w14:textId="77777777">
        <w:trPr>
          <w:jc w:val="center"/>
        </w:trPr>
        <w:tc>
          <w:tcPr>
            <w:tcW w:w="3312" w:type="dxa"/>
            <w:tcMar>
              <w:top w:w="90" w:type="dxa"/>
              <w:left w:w="100" w:type="dxa"/>
              <w:bottom w:w="90" w:type="dxa"/>
              <w:right w:w="100" w:type="dxa"/>
            </w:tcMar>
            <w:vAlign w:val="center"/>
          </w:tcPr>
          <w:p w14:paraId="3815671A" w14:textId="77777777" w:rsidR="0084721C" w:rsidRDefault="009B07FB">
            <w:pPr>
              <w:spacing w:line="252" w:lineRule="auto"/>
            </w:pPr>
            <w:r>
              <w:rPr>
                <w:sz w:val="17"/>
              </w:rPr>
              <w:t>訓練</w:t>
            </w:r>
          </w:p>
        </w:tc>
        <w:tc>
          <w:tcPr>
            <w:tcW w:w="3312" w:type="dxa"/>
            <w:tcMar>
              <w:top w:w="90" w:type="dxa"/>
              <w:left w:w="100" w:type="dxa"/>
              <w:bottom w:w="90" w:type="dxa"/>
              <w:right w:w="100" w:type="dxa"/>
            </w:tcMar>
            <w:vAlign w:val="center"/>
          </w:tcPr>
          <w:p w14:paraId="28213018" w14:textId="77777777" w:rsidR="0084721C" w:rsidRDefault="009B07FB">
            <w:pPr>
              <w:spacing w:line="252" w:lineRule="auto"/>
              <w:rPr>
                <w:lang w:eastAsia="zh-TW"/>
              </w:rPr>
            </w:pPr>
            <w:r>
              <w:rPr>
                <w:sz w:val="17"/>
                <w:lang w:eastAsia="zh-TW"/>
              </w:rPr>
              <w:t>是否有將資料作為模型學習材料的授權或法定依據？</w:t>
            </w:r>
          </w:p>
        </w:tc>
        <w:tc>
          <w:tcPr>
            <w:tcW w:w="3312" w:type="dxa"/>
            <w:tcMar>
              <w:top w:w="90" w:type="dxa"/>
              <w:left w:w="100" w:type="dxa"/>
              <w:bottom w:w="90" w:type="dxa"/>
              <w:right w:w="100" w:type="dxa"/>
            </w:tcMar>
            <w:vAlign w:val="center"/>
          </w:tcPr>
          <w:p w14:paraId="1C3ECA35" w14:textId="77777777" w:rsidR="0084721C" w:rsidRDefault="009B07FB">
            <w:pPr>
              <w:spacing w:line="252" w:lineRule="auto"/>
              <w:rPr>
                <w:lang w:eastAsia="zh-TW"/>
              </w:rPr>
            </w:pPr>
            <w:r>
              <w:rPr>
                <w:sz w:val="17"/>
                <w:lang w:eastAsia="zh-TW"/>
              </w:rPr>
              <w:t>訓練工作、資料集版本、權重版本與訓練日誌。</w:t>
            </w:r>
          </w:p>
        </w:tc>
      </w:tr>
      <w:tr w:rsidR="0084721C" w14:paraId="1453C6CD" w14:textId="77777777">
        <w:trPr>
          <w:jc w:val="center"/>
        </w:trPr>
        <w:tc>
          <w:tcPr>
            <w:tcW w:w="3312" w:type="dxa"/>
            <w:tcMar>
              <w:top w:w="90" w:type="dxa"/>
              <w:left w:w="100" w:type="dxa"/>
              <w:bottom w:w="90" w:type="dxa"/>
              <w:right w:w="100" w:type="dxa"/>
            </w:tcMar>
            <w:vAlign w:val="center"/>
          </w:tcPr>
          <w:p w14:paraId="44C493B0" w14:textId="77777777" w:rsidR="0084721C" w:rsidRDefault="009B07FB">
            <w:pPr>
              <w:spacing w:line="252" w:lineRule="auto"/>
            </w:pPr>
            <w:proofErr w:type="spellStart"/>
            <w:r>
              <w:rPr>
                <w:sz w:val="17"/>
              </w:rPr>
              <w:t>微調</w:t>
            </w:r>
            <w:proofErr w:type="spellEnd"/>
          </w:p>
        </w:tc>
        <w:tc>
          <w:tcPr>
            <w:tcW w:w="3312" w:type="dxa"/>
            <w:tcMar>
              <w:top w:w="90" w:type="dxa"/>
              <w:left w:w="100" w:type="dxa"/>
              <w:bottom w:w="90" w:type="dxa"/>
              <w:right w:w="100" w:type="dxa"/>
            </w:tcMar>
            <w:vAlign w:val="center"/>
          </w:tcPr>
          <w:p w14:paraId="44628E7E" w14:textId="77777777" w:rsidR="0084721C" w:rsidRDefault="009B07FB">
            <w:pPr>
              <w:spacing w:line="252" w:lineRule="auto"/>
              <w:rPr>
                <w:lang w:eastAsia="zh-TW"/>
              </w:rPr>
            </w:pPr>
            <w:r>
              <w:rPr>
                <w:sz w:val="17"/>
                <w:lang w:eastAsia="zh-TW"/>
              </w:rPr>
              <w:t>基礎模型可用，是否仍涵蓋特定領域資料再訓練與商業／公共部署？</w:t>
            </w:r>
          </w:p>
        </w:tc>
        <w:tc>
          <w:tcPr>
            <w:tcW w:w="3312" w:type="dxa"/>
            <w:tcMar>
              <w:top w:w="90" w:type="dxa"/>
              <w:left w:w="100" w:type="dxa"/>
              <w:bottom w:w="90" w:type="dxa"/>
              <w:right w:w="100" w:type="dxa"/>
            </w:tcMar>
            <w:vAlign w:val="center"/>
          </w:tcPr>
          <w:p w14:paraId="14016386" w14:textId="77777777" w:rsidR="0084721C" w:rsidRDefault="009B07FB">
            <w:pPr>
              <w:spacing w:line="252" w:lineRule="auto"/>
            </w:pPr>
            <w:proofErr w:type="spellStart"/>
            <w:r>
              <w:rPr>
                <w:sz w:val="17"/>
              </w:rPr>
              <w:t>微調資料集、</w:t>
            </w:r>
            <w:r>
              <w:rPr>
                <w:sz w:val="17"/>
              </w:rPr>
              <w:t>checkpoint</w:t>
            </w:r>
            <w:r>
              <w:rPr>
                <w:sz w:val="17"/>
              </w:rPr>
              <w:t>、部署版本與衍生權重</w:t>
            </w:r>
            <w:proofErr w:type="spellEnd"/>
            <w:r>
              <w:rPr>
                <w:sz w:val="17"/>
              </w:rPr>
              <w:t>。</w:t>
            </w:r>
          </w:p>
        </w:tc>
      </w:tr>
      <w:tr w:rsidR="0084721C" w14:paraId="47B525F0" w14:textId="77777777">
        <w:trPr>
          <w:jc w:val="center"/>
        </w:trPr>
        <w:tc>
          <w:tcPr>
            <w:tcW w:w="3312" w:type="dxa"/>
            <w:tcMar>
              <w:top w:w="90" w:type="dxa"/>
              <w:left w:w="100" w:type="dxa"/>
              <w:bottom w:w="90" w:type="dxa"/>
              <w:right w:w="100" w:type="dxa"/>
            </w:tcMar>
            <w:vAlign w:val="center"/>
          </w:tcPr>
          <w:p w14:paraId="6CFE6602" w14:textId="77777777" w:rsidR="0084721C" w:rsidRDefault="009B07FB">
            <w:pPr>
              <w:spacing w:line="252" w:lineRule="auto"/>
            </w:pPr>
            <w:r>
              <w:rPr>
                <w:sz w:val="17"/>
              </w:rPr>
              <w:t>RAG</w:t>
            </w:r>
            <w:r>
              <w:rPr>
                <w:sz w:val="17"/>
              </w:rPr>
              <w:t>檢索</w:t>
            </w:r>
          </w:p>
        </w:tc>
        <w:tc>
          <w:tcPr>
            <w:tcW w:w="3312" w:type="dxa"/>
            <w:tcMar>
              <w:top w:w="90" w:type="dxa"/>
              <w:left w:w="100" w:type="dxa"/>
              <w:bottom w:w="90" w:type="dxa"/>
              <w:right w:w="100" w:type="dxa"/>
            </w:tcMar>
            <w:vAlign w:val="center"/>
          </w:tcPr>
          <w:p w14:paraId="769C5C20" w14:textId="77777777" w:rsidR="0084721C" w:rsidRDefault="009B07FB">
            <w:pPr>
              <w:spacing w:line="252" w:lineRule="auto"/>
              <w:rPr>
                <w:lang w:eastAsia="zh-TW"/>
              </w:rPr>
            </w:pPr>
            <w:r>
              <w:rPr>
                <w:sz w:val="17"/>
                <w:lang w:eastAsia="zh-TW"/>
              </w:rPr>
              <w:t>可閱覽或下載，是否允許切塊、向量化、索引、</w:t>
            </w:r>
            <w:proofErr w:type="gramStart"/>
            <w:r>
              <w:rPr>
                <w:sz w:val="17"/>
                <w:lang w:eastAsia="zh-TW"/>
              </w:rPr>
              <w:t>檢索與供公共</w:t>
            </w:r>
            <w:proofErr w:type="gramEnd"/>
            <w:r>
              <w:rPr>
                <w:sz w:val="17"/>
                <w:lang w:eastAsia="zh-TW"/>
              </w:rPr>
              <w:t>決策使用？</w:t>
            </w:r>
          </w:p>
        </w:tc>
        <w:tc>
          <w:tcPr>
            <w:tcW w:w="3312" w:type="dxa"/>
            <w:tcMar>
              <w:top w:w="90" w:type="dxa"/>
              <w:left w:w="100" w:type="dxa"/>
              <w:bottom w:w="90" w:type="dxa"/>
              <w:right w:w="100" w:type="dxa"/>
            </w:tcMar>
            <w:vAlign w:val="center"/>
          </w:tcPr>
          <w:p w14:paraId="67872C23" w14:textId="77777777" w:rsidR="0084721C" w:rsidRDefault="009B07FB">
            <w:pPr>
              <w:spacing w:line="252" w:lineRule="auto"/>
              <w:rPr>
                <w:lang w:eastAsia="zh-TW"/>
              </w:rPr>
            </w:pPr>
            <w:r>
              <w:rPr>
                <w:sz w:val="17"/>
                <w:lang w:eastAsia="zh-TW"/>
              </w:rPr>
              <w:t>特定來源、切塊、向量索引、快取與檢索功能。</w:t>
            </w:r>
          </w:p>
        </w:tc>
      </w:tr>
      <w:tr w:rsidR="0084721C" w14:paraId="30F2663C" w14:textId="77777777">
        <w:trPr>
          <w:jc w:val="center"/>
        </w:trPr>
        <w:tc>
          <w:tcPr>
            <w:tcW w:w="3312" w:type="dxa"/>
            <w:tcMar>
              <w:top w:w="90" w:type="dxa"/>
              <w:left w:w="100" w:type="dxa"/>
              <w:bottom w:w="90" w:type="dxa"/>
              <w:right w:w="100" w:type="dxa"/>
            </w:tcMar>
            <w:vAlign w:val="center"/>
          </w:tcPr>
          <w:p w14:paraId="0B7D3F42" w14:textId="77777777" w:rsidR="0084721C" w:rsidRDefault="009B07FB">
            <w:pPr>
              <w:spacing w:line="252" w:lineRule="auto"/>
            </w:pPr>
            <w:proofErr w:type="spellStart"/>
            <w:r>
              <w:rPr>
                <w:sz w:val="17"/>
              </w:rPr>
              <w:t>外部</w:t>
            </w:r>
            <w:r>
              <w:rPr>
                <w:sz w:val="17"/>
              </w:rPr>
              <w:t>API</w:t>
            </w:r>
            <w:proofErr w:type="spellEnd"/>
          </w:p>
        </w:tc>
        <w:tc>
          <w:tcPr>
            <w:tcW w:w="3312" w:type="dxa"/>
            <w:tcMar>
              <w:top w:w="90" w:type="dxa"/>
              <w:left w:w="100" w:type="dxa"/>
              <w:bottom w:w="90" w:type="dxa"/>
              <w:right w:w="100" w:type="dxa"/>
            </w:tcMar>
            <w:vAlign w:val="center"/>
          </w:tcPr>
          <w:p w14:paraId="5EF07D00" w14:textId="77777777" w:rsidR="0084721C" w:rsidRDefault="009B07FB">
            <w:pPr>
              <w:spacing w:line="252" w:lineRule="auto"/>
              <w:rPr>
                <w:lang w:eastAsia="zh-TW"/>
              </w:rPr>
            </w:pPr>
            <w:r>
              <w:rPr>
                <w:sz w:val="17"/>
                <w:lang w:eastAsia="zh-TW"/>
              </w:rPr>
              <w:t>資料、提示詞或輸出是否跨境傳送；服務條款是否允許供應商留存或再利用？</w:t>
            </w:r>
          </w:p>
        </w:tc>
        <w:tc>
          <w:tcPr>
            <w:tcW w:w="3312" w:type="dxa"/>
            <w:tcMar>
              <w:top w:w="90" w:type="dxa"/>
              <w:left w:w="100" w:type="dxa"/>
              <w:bottom w:w="90" w:type="dxa"/>
              <w:right w:w="100" w:type="dxa"/>
            </w:tcMar>
            <w:vAlign w:val="center"/>
          </w:tcPr>
          <w:p w14:paraId="4AF8416A" w14:textId="77777777" w:rsidR="0084721C" w:rsidRDefault="009B07FB">
            <w:pPr>
              <w:spacing w:line="252" w:lineRule="auto"/>
              <w:rPr>
                <w:lang w:eastAsia="zh-TW"/>
              </w:rPr>
            </w:pPr>
            <w:r>
              <w:rPr>
                <w:sz w:val="17"/>
                <w:lang w:eastAsia="zh-TW"/>
              </w:rPr>
              <w:t>API</w:t>
            </w:r>
            <w:r>
              <w:rPr>
                <w:sz w:val="17"/>
                <w:lang w:eastAsia="zh-TW"/>
              </w:rPr>
              <w:t>金</w:t>
            </w:r>
            <w:proofErr w:type="gramStart"/>
            <w:r>
              <w:rPr>
                <w:sz w:val="17"/>
                <w:lang w:eastAsia="zh-TW"/>
              </w:rPr>
              <w:t>鑰</w:t>
            </w:r>
            <w:proofErr w:type="gramEnd"/>
            <w:r>
              <w:rPr>
                <w:sz w:val="17"/>
                <w:lang w:eastAsia="zh-TW"/>
              </w:rPr>
              <w:t>、路由、傳送工作、供應商留存設定與日誌。</w:t>
            </w:r>
          </w:p>
        </w:tc>
      </w:tr>
      <w:tr w:rsidR="0084721C" w14:paraId="3BD2C2D3" w14:textId="77777777">
        <w:trPr>
          <w:jc w:val="center"/>
        </w:trPr>
        <w:tc>
          <w:tcPr>
            <w:tcW w:w="3312" w:type="dxa"/>
            <w:tcMar>
              <w:top w:w="90" w:type="dxa"/>
              <w:left w:w="100" w:type="dxa"/>
              <w:bottom w:w="90" w:type="dxa"/>
              <w:right w:w="100" w:type="dxa"/>
            </w:tcMar>
            <w:vAlign w:val="center"/>
          </w:tcPr>
          <w:p w14:paraId="5E48E6C2" w14:textId="77777777" w:rsidR="0084721C" w:rsidRDefault="009B07FB">
            <w:pPr>
              <w:spacing w:line="252" w:lineRule="auto"/>
            </w:pPr>
            <w:proofErr w:type="spellStart"/>
            <w:r>
              <w:rPr>
                <w:sz w:val="17"/>
              </w:rPr>
              <w:t>輸出生成</w:t>
            </w:r>
            <w:proofErr w:type="spellEnd"/>
          </w:p>
        </w:tc>
        <w:tc>
          <w:tcPr>
            <w:tcW w:w="3312" w:type="dxa"/>
            <w:tcMar>
              <w:top w:w="90" w:type="dxa"/>
              <w:left w:w="100" w:type="dxa"/>
              <w:bottom w:w="90" w:type="dxa"/>
              <w:right w:w="100" w:type="dxa"/>
            </w:tcMar>
            <w:vAlign w:val="center"/>
          </w:tcPr>
          <w:p w14:paraId="2DC98DF3" w14:textId="77777777" w:rsidR="0084721C" w:rsidRDefault="009B07FB">
            <w:pPr>
              <w:spacing w:line="252" w:lineRule="auto"/>
              <w:rPr>
                <w:lang w:eastAsia="zh-TW"/>
              </w:rPr>
            </w:pPr>
            <w:r>
              <w:rPr>
                <w:sz w:val="17"/>
                <w:lang w:eastAsia="zh-TW"/>
              </w:rPr>
              <w:t>輸出是否重現、改作或揭露受保護內容；是否被用於評選、決策或對外服務？</w:t>
            </w:r>
          </w:p>
        </w:tc>
        <w:tc>
          <w:tcPr>
            <w:tcW w:w="3312" w:type="dxa"/>
            <w:tcMar>
              <w:top w:w="90" w:type="dxa"/>
              <w:left w:w="100" w:type="dxa"/>
              <w:bottom w:w="90" w:type="dxa"/>
              <w:right w:w="100" w:type="dxa"/>
            </w:tcMar>
            <w:vAlign w:val="center"/>
          </w:tcPr>
          <w:p w14:paraId="28576537" w14:textId="77777777" w:rsidR="0084721C" w:rsidRDefault="009B07FB">
            <w:pPr>
              <w:spacing w:line="252" w:lineRule="auto"/>
              <w:rPr>
                <w:lang w:eastAsia="zh-TW"/>
              </w:rPr>
            </w:pPr>
            <w:r>
              <w:rPr>
                <w:sz w:val="17"/>
                <w:lang w:eastAsia="zh-TW"/>
              </w:rPr>
              <w:t>產出功能、特定提示範本、輸出快取與使用紀錄。</w:t>
            </w:r>
          </w:p>
        </w:tc>
      </w:tr>
    </w:tbl>
    <w:p w14:paraId="1F88FC4F" w14:textId="77777777" w:rsidR="0084721C" w:rsidRDefault="0084721C">
      <w:pPr>
        <w:spacing w:after="40"/>
        <w:rPr>
          <w:lang w:eastAsia="zh-TW"/>
        </w:rPr>
      </w:pPr>
    </w:p>
    <w:p w14:paraId="65442C80" w14:textId="77777777" w:rsidR="0084721C" w:rsidRDefault="009B07FB">
      <w:pPr>
        <w:spacing w:after="140" w:line="324" w:lineRule="auto"/>
        <w:rPr>
          <w:lang w:eastAsia="zh-TW"/>
        </w:rPr>
      </w:pPr>
      <w:r>
        <w:rPr>
          <w:b/>
          <w:sz w:val="26"/>
          <w:lang w:eastAsia="zh-TW"/>
        </w:rPr>
        <w:t>三、研究方法：</w:t>
      </w:r>
      <w:r>
        <w:rPr>
          <w:b/>
          <w:sz w:val="26"/>
          <w:lang w:eastAsia="zh-TW"/>
        </w:rPr>
        <w:t>25</w:t>
      </w:r>
      <w:r>
        <w:rPr>
          <w:b/>
          <w:sz w:val="26"/>
          <w:lang w:eastAsia="zh-TW"/>
        </w:rPr>
        <w:t>治理座標、八步驟與兩層壓力測試</w:t>
      </w:r>
    </w:p>
    <w:tbl>
      <w:tblPr>
        <w:tblStyle w:val="TableGrid"/>
        <w:tblW w:w="0" w:type="auto"/>
        <w:jc w:val="center"/>
        <w:tblLook w:val="04A0" w:firstRow="1" w:lastRow="0" w:firstColumn="1" w:lastColumn="0" w:noHBand="0" w:noVBand="1"/>
      </w:tblPr>
      <w:tblGrid>
        <w:gridCol w:w="3312"/>
        <w:gridCol w:w="3312"/>
        <w:gridCol w:w="3312"/>
      </w:tblGrid>
      <w:tr w:rsidR="0084721C" w14:paraId="7D313865" w14:textId="77777777">
        <w:trPr>
          <w:jc w:val="center"/>
        </w:trPr>
        <w:tc>
          <w:tcPr>
            <w:tcW w:w="3312" w:type="dxa"/>
            <w:shd w:val="clear" w:color="auto" w:fill="DCE6F2"/>
            <w:tcMar>
              <w:top w:w="90" w:type="dxa"/>
              <w:left w:w="100" w:type="dxa"/>
              <w:bottom w:w="90" w:type="dxa"/>
              <w:right w:w="100" w:type="dxa"/>
            </w:tcMar>
            <w:vAlign w:val="center"/>
          </w:tcPr>
          <w:p w14:paraId="036C277C" w14:textId="77777777" w:rsidR="0084721C" w:rsidRDefault="009B07FB">
            <w:pPr>
              <w:spacing w:line="252" w:lineRule="auto"/>
            </w:pPr>
            <w:proofErr w:type="spellStart"/>
            <w:r>
              <w:rPr>
                <w:b/>
                <w:sz w:val="17"/>
              </w:rPr>
              <w:lastRenderedPageBreak/>
              <w:t>比較面向</w:t>
            </w:r>
            <w:proofErr w:type="spellEnd"/>
          </w:p>
        </w:tc>
        <w:tc>
          <w:tcPr>
            <w:tcW w:w="3312" w:type="dxa"/>
            <w:shd w:val="clear" w:color="auto" w:fill="DCE6F2"/>
            <w:tcMar>
              <w:top w:w="90" w:type="dxa"/>
              <w:left w:w="100" w:type="dxa"/>
              <w:bottom w:w="90" w:type="dxa"/>
              <w:right w:w="100" w:type="dxa"/>
            </w:tcMar>
            <w:vAlign w:val="center"/>
          </w:tcPr>
          <w:p w14:paraId="6733729F" w14:textId="77777777" w:rsidR="0084721C" w:rsidRDefault="009B07FB">
            <w:pPr>
              <w:spacing w:line="252" w:lineRule="auto"/>
              <w:rPr>
                <w:lang w:eastAsia="zh-TW"/>
              </w:rPr>
            </w:pPr>
            <w:r>
              <w:rPr>
                <w:b/>
                <w:sz w:val="17"/>
                <w:lang w:eastAsia="zh-TW"/>
              </w:rPr>
              <w:t>第十八篇：國內事前治理</w:t>
            </w:r>
          </w:p>
        </w:tc>
        <w:tc>
          <w:tcPr>
            <w:tcW w:w="3312" w:type="dxa"/>
            <w:shd w:val="clear" w:color="auto" w:fill="DCE6F2"/>
            <w:tcMar>
              <w:top w:w="90" w:type="dxa"/>
              <w:left w:w="100" w:type="dxa"/>
              <w:bottom w:w="90" w:type="dxa"/>
              <w:right w:w="100" w:type="dxa"/>
            </w:tcMar>
            <w:vAlign w:val="center"/>
          </w:tcPr>
          <w:p w14:paraId="3BC12EE7" w14:textId="77777777" w:rsidR="0084721C" w:rsidRDefault="009B07FB">
            <w:pPr>
              <w:spacing w:line="252" w:lineRule="auto"/>
              <w:rPr>
                <w:lang w:eastAsia="zh-TW"/>
              </w:rPr>
            </w:pPr>
            <w:r>
              <w:rPr>
                <w:b/>
                <w:sz w:val="17"/>
                <w:lang w:eastAsia="zh-TW"/>
              </w:rPr>
              <w:t>第十九篇：跨境與國家回應</w:t>
            </w:r>
          </w:p>
        </w:tc>
      </w:tr>
      <w:tr w:rsidR="0084721C" w14:paraId="155B2E7B" w14:textId="77777777">
        <w:trPr>
          <w:jc w:val="center"/>
        </w:trPr>
        <w:tc>
          <w:tcPr>
            <w:tcW w:w="3312" w:type="dxa"/>
            <w:tcMar>
              <w:top w:w="90" w:type="dxa"/>
              <w:left w:w="100" w:type="dxa"/>
              <w:bottom w:w="90" w:type="dxa"/>
              <w:right w:w="100" w:type="dxa"/>
            </w:tcMar>
            <w:vAlign w:val="center"/>
          </w:tcPr>
          <w:p w14:paraId="644D6AC8" w14:textId="77777777" w:rsidR="0084721C" w:rsidRDefault="009B07FB">
            <w:pPr>
              <w:spacing w:line="252" w:lineRule="auto"/>
            </w:pPr>
            <w:proofErr w:type="spellStart"/>
            <w:r>
              <w:rPr>
                <w:sz w:val="17"/>
              </w:rPr>
              <w:t>主問題</w:t>
            </w:r>
            <w:proofErr w:type="spellEnd"/>
          </w:p>
        </w:tc>
        <w:tc>
          <w:tcPr>
            <w:tcW w:w="3312" w:type="dxa"/>
            <w:tcMar>
              <w:top w:w="90" w:type="dxa"/>
              <w:left w:w="100" w:type="dxa"/>
              <w:bottom w:w="90" w:type="dxa"/>
              <w:right w:w="100" w:type="dxa"/>
            </w:tcMar>
            <w:vAlign w:val="center"/>
          </w:tcPr>
          <w:p w14:paraId="090670AC" w14:textId="77777777" w:rsidR="0084721C" w:rsidRDefault="009B07FB">
            <w:pPr>
              <w:spacing w:line="252" w:lineRule="auto"/>
              <w:rPr>
                <w:lang w:eastAsia="zh-TW"/>
              </w:rPr>
            </w:pPr>
            <w:r>
              <w:rPr>
                <w:sz w:val="17"/>
                <w:lang w:eastAsia="zh-TW"/>
              </w:rPr>
              <w:t>政府有沒有權利把第三人內容用於</w:t>
            </w:r>
            <w:r>
              <w:rPr>
                <w:sz w:val="17"/>
                <w:lang w:eastAsia="zh-TW"/>
              </w:rPr>
              <w:t>AI</w:t>
            </w:r>
            <w:r>
              <w:rPr>
                <w:sz w:val="17"/>
                <w:lang w:eastAsia="zh-TW"/>
              </w:rPr>
              <w:t>？</w:t>
            </w:r>
          </w:p>
        </w:tc>
        <w:tc>
          <w:tcPr>
            <w:tcW w:w="3312" w:type="dxa"/>
            <w:tcMar>
              <w:top w:w="90" w:type="dxa"/>
              <w:left w:w="100" w:type="dxa"/>
              <w:bottom w:w="90" w:type="dxa"/>
              <w:right w:w="100" w:type="dxa"/>
            </w:tcMar>
            <w:vAlign w:val="center"/>
          </w:tcPr>
          <w:p w14:paraId="571D2D2E" w14:textId="77777777" w:rsidR="0084721C" w:rsidRDefault="009B07FB">
            <w:pPr>
              <w:spacing w:line="252" w:lineRule="auto"/>
              <w:rPr>
                <w:lang w:eastAsia="zh-TW"/>
              </w:rPr>
            </w:pPr>
            <w:r>
              <w:rPr>
                <w:sz w:val="17"/>
                <w:lang w:eastAsia="zh-TW"/>
              </w:rPr>
              <w:t>當此作法被境外權利人、企業或政府質疑時，誰代表臺灣回答？</w:t>
            </w:r>
          </w:p>
        </w:tc>
      </w:tr>
      <w:tr w:rsidR="0084721C" w14:paraId="128DB2E0" w14:textId="77777777">
        <w:trPr>
          <w:jc w:val="center"/>
        </w:trPr>
        <w:tc>
          <w:tcPr>
            <w:tcW w:w="3312" w:type="dxa"/>
            <w:tcMar>
              <w:top w:w="90" w:type="dxa"/>
              <w:left w:w="100" w:type="dxa"/>
              <w:bottom w:w="90" w:type="dxa"/>
              <w:right w:w="100" w:type="dxa"/>
            </w:tcMar>
            <w:vAlign w:val="center"/>
          </w:tcPr>
          <w:p w14:paraId="6612E652" w14:textId="77777777" w:rsidR="0084721C" w:rsidRDefault="009B07FB">
            <w:pPr>
              <w:spacing w:line="252" w:lineRule="auto"/>
            </w:pPr>
            <w:proofErr w:type="spellStart"/>
            <w:r>
              <w:rPr>
                <w:sz w:val="17"/>
              </w:rPr>
              <w:t>主要場域</w:t>
            </w:r>
            <w:proofErr w:type="spellEnd"/>
          </w:p>
        </w:tc>
        <w:tc>
          <w:tcPr>
            <w:tcW w:w="3312" w:type="dxa"/>
            <w:tcMar>
              <w:top w:w="90" w:type="dxa"/>
              <w:left w:w="100" w:type="dxa"/>
              <w:bottom w:w="90" w:type="dxa"/>
              <w:right w:w="100" w:type="dxa"/>
            </w:tcMar>
            <w:vAlign w:val="center"/>
          </w:tcPr>
          <w:p w14:paraId="7E1AB61F" w14:textId="77777777" w:rsidR="0084721C" w:rsidRDefault="009B07FB">
            <w:pPr>
              <w:spacing w:line="252" w:lineRule="auto"/>
              <w:rPr>
                <w:lang w:eastAsia="zh-TW"/>
              </w:rPr>
            </w:pPr>
            <w:r>
              <w:rPr>
                <w:sz w:val="17"/>
                <w:lang w:eastAsia="zh-TW"/>
              </w:rPr>
              <w:t>資料盤點、採購、試行、驗收、異議處理</w:t>
            </w:r>
          </w:p>
        </w:tc>
        <w:tc>
          <w:tcPr>
            <w:tcW w:w="3312" w:type="dxa"/>
            <w:tcMar>
              <w:top w:w="90" w:type="dxa"/>
              <w:left w:w="100" w:type="dxa"/>
              <w:bottom w:w="90" w:type="dxa"/>
              <w:right w:w="100" w:type="dxa"/>
            </w:tcMar>
            <w:vAlign w:val="center"/>
          </w:tcPr>
          <w:p w14:paraId="61C9B766" w14:textId="77777777" w:rsidR="0084721C" w:rsidRDefault="009B07FB">
            <w:pPr>
              <w:spacing w:line="252" w:lineRule="auto"/>
              <w:rPr>
                <w:lang w:eastAsia="zh-TW"/>
              </w:rPr>
            </w:pPr>
            <w:r>
              <w:rPr>
                <w:sz w:val="17"/>
                <w:lang w:eastAsia="zh-TW"/>
              </w:rPr>
              <w:t>跨境供應鏈、境外權利主張、外國合作方與國家信任</w:t>
            </w:r>
          </w:p>
        </w:tc>
      </w:tr>
      <w:tr w:rsidR="0084721C" w14:paraId="2784E8FA" w14:textId="77777777">
        <w:trPr>
          <w:jc w:val="center"/>
        </w:trPr>
        <w:tc>
          <w:tcPr>
            <w:tcW w:w="3312" w:type="dxa"/>
            <w:tcMar>
              <w:top w:w="90" w:type="dxa"/>
              <w:left w:w="100" w:type="dxa"/>
              <w:bottom w:w="90" w:type="dxa"/>
              <w:right w:w="100" w:type="dxa"/>
            </w:tcMar>
            <w:vAlign w:val="center"/>
          </w:tcPr>
          <w:p w14:paraId="611407A6" w14:textId="77777777" w:rsidR="0084721C" w:rsidRDefault="009B07FB">
            <w:pPr>
              <w:spacing w:line="252" w:lineRule="auto"/>
            </w:pPr>
            <w:proofErr w:type="spellStart"/>
            <w:r>
              <w:rPr>
                <w:sz w:val="17"/>
              </w:rPr>
              <w:t>分析單位</w:t>
            </w:r>
            <w:proofErr w:type="spellEnd"/>
          </w:p>
        </w:tc>
        <w:tc>
          <w:tcPr>
            <w:tcW w:w="3312" w:type="dxa"/>
            <w:tcMar>
              <w:top w:w="90" w:type="dxa"/>
              <w:left w:w="100" w:type="dxa"/>
              <w:bottom w:w="90" w:type="dxa"/>
              <w:right w:w="100" w:type="dxa"/>
            </w:tcMar>
            <w:vAlign w:val="center"/>
          </w:tcPr>
          <w:p w14:paraId="5876680F" w14:textId="77777777" w:rsidR="0084721C" w:rsidRDefault="009B07FB">
            <w:pPr>
              <w:spacing w:line="252" w:lineRule="auto"/>
              <w:rPr>
                <w:lang w:eastAsia="zh-TW"/>
              </w:rPr>
            </w:pPr>
            <w:r>
              <w:rPr>
                <w:sz w:val="17"/>
                <w:lang w:eastAsia="zh-TW"/>
              </w:rPr>
              <w:t>一個政府</w:t>
            </w:r>
            <w:r>
              <w:rPr>
                <w:sz w:val="17"/>
                <w:lang w:eastAsia="zh-TW"/>
              </w:rPr>
              <w:t>AI</w:t>
            </w:r>
            <w:r>
              <w:rPr>
                <w:sz w:val="17"/>
                <w:lang w:eastAsia="zh-TW"/>
              </w:rPr>
              <w:t>系統的行政責任鏈</w:t>
            </w:r>
          </w:p>
        </w:tc>
        <w:tc>
          <w:tcPr>
            <w:tcW w:w="3312" w:type="dxa"/>
            <w:tcMar>
              <w:top w:w="90" w:type="dxa"/>
              <w:left w:w="100" w:type="dxa"/>
              <w:bottom w:w="90" w:type="dxa"/>
              <w:right w:w="100" w:type="dxa"/>
            </w:tcMar>
            <w:vAlign w:val="center"/>
          </w:tcPr>
          <w:p w14:paraId="5182F1D9" w14:textId="77777777" w:rsidR="0084721C" w:rsidRDefault="009B07FB">
            <w:pPr>
              <w:spacing w:line="252" w:lineRule="auto"/>
              <w:rPr>
                <w:lang w:eastAsia="zh-TW"/>
              </w:rPr>
            </w:pPr>
            <w:r>
              <w:rPr>
                <w:sz w:val="17"/>
                <w:lang w:eastAsia="zh-TW"/>
              </w:rPr>
              <w:t>制度性作法、跨機關升級與國家對外回應鏈</w:t>
            </w:r>
          </w:p>
        </w:tc>
      </w:tr>
      <w:tr w:rsidR="0084721C" w14:paraId="5B8CA0D6" w14:textId="77777777">
        <w:trPr>
          <w:jc w:val="center"/>
        </w:trPr>
        <w:tc>
          <w:tcPr>
            <w:tcW w:w="3312" w:type="dxa"/>
            <w:tcMar>
              <w:top w:w="90" w:type="dxa"/>
              <w:left w:w="100" w:type="dxa"/>
              <w:bottom w:w="90" w:type="dxa"/>
              <w:right w:w="100" w:type="dxa"/>
            </w:tcMar>
            <w:vAlign w:val="center"/>
          </w:tcPr>
          <w:p w14:paraId="30EA7BD0" w14:textId="77777777" w:rsidR="0084721C" w:rsidRDefault="009B07FB">
            <w:pPr>
              <w:spacing w:line="252" w:lineRule="auto"/>
            </w:pPr>
            <w:proofErr w:type="spellStart"/>
            <w:r>
              <w:rPr>
                <w:sz w:val="17"/>
              </w:rPr>
              <w:t>核心證據</w:t>
            </w:r>
            <w:proofErr w:type="spellEnd"/>
          </w:p>
        </w:tc>
        <w:tc>
          <w:tcPr>
            <w:tcW w:w="3312" w:type="dxa"/>
            <w:tcMar>
              <w:top w:w="90" w:type="dxa"/>
              <w:left w:w="100" w:type="dxa"/>
              <w:bottom w:w="90" w:type="dxa"/>
              <w:right w:w="100" w:type="dxa"/>
            </w:tcMar>
            <w:vAlign w:val="center"/>
          </w:tcPr>
          <w:p w14:paraId="2E9CAEDC" w14:textId="77777777" w:rsidR="0084721C" w:rsidRDefault="009B07FB">
            <w:pPr>
              <w:spacing w:line="252" w:lineRule="auto"/>
              <w:rPr>
                <w:lang w:eastAsia="zh-TW"/>
              </w:rPr>
            </w:pPr>
            <w:r>
              <w:rPr>
                <w:sz w:val="17"/>
                <w:lang w:eastAsia="zh-TW"/>
              </w:rPr>
              <w:t>來源、授權範圍、用途、供應商義務、停止權</w:t>
            </w:r>
          </w:p>
        </w:tc>
        <w:tc>
          <w:tcPr>
            <w:tcW w:w="3312" w:type="dxa"/>
            <w:tcMar>
              <w:top w:w="90" w:type="dxa"/>
              <w:left w:w="100" w:type="dxa"/>
              <w:bottom w:w="90" w:type="dxa"/>
              <w:right w:w="100" w:type="dxa"/>
            </w:tcMar>
            <w:vAlign w:val="center"/>
          </w:tcPr>
          <w:p w14:paraId="4BECEEA9" w14:textId="77777777" w:rsidR="0084721C" w:rsidRDefault="009B07FB">
            <w:pPr>
              <w:spacing w:line="252" w:lineRule="auto"/>
              <w:rPr>
                <w:lang w:eastAsia="zh-TW"/>
              </w:rPr>
            </w:pPr>
            <w:r>
              <w:rPr>
                <w:sz w:val="17"/>
                <w:lang w:eastAsia="zh-TW"/>
              </w:rPr>
              <w:t>加上</w:t>
            </w:r>
            <w:proofErr w:type="gramStart"/>
            <w:r>
              <w:rPr>
                <w:sz w:val="17"/>
                <w:lang w:eastAsia="zh-TW"/>
              </w:rPr>
              <w:t>法域、</w:t>
            </w:r>
            <w:proofErr w:type="gramEnd"/>
            <w:r>
              <w:rPr>
                <w:sz w:val="17"/>
                <w:lang w:eastAsia="zh-TW"/>
              </w:rPr>
              <w:t>跨境轉移、再授權、分包、對外說明與補救紀錄</w:t>
            </w:r>
          </w:p>
        </w:tc>
      </w:tr>
      <w:tr w:rsidR="0084721C" w14:paraId="4537CAE0" w14:textId="77777777">
        <w:trPr>
          <w:jc w:val="center"/>
        </w:trPr>
        <w:tc>
          <w:tcPr>
            <w:tcW w:w="3312" w:type="dxa"/>
            <w:tcMar>
              <w:top w:w="90" w:type="dxa"/>
              <w:left w:w="100" w:type="dxa"/>
              <w:bottom w:w="90" w:type="dxa"/>
              <w:right w:w="100" w:type="dxa"/>
            </w:tcMar>
            <w:vAlign w:val="center"/>
          </w:tcPr>
          <w:p w14:paraId="3D030A9C" w14:textId="77777777" w:rsidR="0084721C" w:rsidRDefault="009B07FB">
            <w:pPr>
              <w:spacing w:line="252" w:lineRule="auto"/>
            </w:pPr>
            <w:proofErr w:type="spellStart"/>
            <w:r>
              <w:rPr>
                <w:sz w:val="17"/>
              </w:rPr>
              <w:t>失效後果</w:t>
            </w:r>
            <w:proofErr w:type="spellEnd"/>
          </w:p>
        </w:tc>
        <w:tc>
          <w:tcPr>
            <w:tcW w:w="3312" w:type="dxa"/>
            <w:tcMar>
              <w:top w:w="90" w:type="dxa"/>
              <w:left w:w="100" w:type="dxa"/>
              <w:bottom w:w="90" w:type="dxa"/>
              <w:right w:w="100" w:type="dxa"/>
            </w:tcMar>
            <w:vAlign w:val="center"/>
          </w:tcPr>
          <w:p w14:paraId="38BAC67C" w14:textId="77777777" w:rsidR="0084721C" w:rsidRDefault="009B07FB">
            <w:pPr>
              <w:spacing w:line="252" w:lineRule="auto"/>
              <w:rPr>
                <w:lang w:eastAsia="zh-TW"/>
              </w:rPr>
            </w:pPr>
            <w:r>
              <w:rPr>
                <w:sz w:val="17"/>
                <w:lang w:eastAsia="zh-TW"/>
              </w:rPr>
              <w:t>行政說明失敗、侵權爭議與公共信任受損</w:t>
            </w:r>
          </w:p>
        </w:tc>
        <w:tc>
          <w:tcPr>
            <w:tcW w:w="3312" w:type="dxa"/>
            <w:tcMar>
              <w:top w:w="90" w:type="dxa"/>
              <w:left w:w="100" w:type="dxa"/>
              <w:bottom w:w="90" w:type="dxa"/>
              <w:right w:w="100" w:type="dxa"/>
            </w:tcMar>
            <w:vAlign w:val="center"/>
          </w:tcPr>
          <w:p w14:paraId="705D4548" w14:textId="77777777" w:rsidR="0084721C" w:rsidRDefault="009B07FB">
            <w:pPr>
              <w:spacing w:line="252" w:lineRule="auto"/>
              <w:rPr>
                <w:lang w:eastAsia="zh-TW"/>
              </w:rPr>
            </w:pPr>
            <w:r>
              <w:rPr>
                <w:sz w:val="17"/>
                <w:lang w:eastAsia="zh-TW"/>
              </w:rPr>
              <w:t>合作信任流失、跨境爭</w:t>
            </w:r>
            <w:proofErr w:type="gramStart"/>
            <w:r>
              <w:rPr>
                <w:sz w:val="17"/>
                <w:lang w:eastAsia="zh-TW"/>
              </w:rPr>
              <w:t>訟</w:t>
            </w:r>
            <w:proofErr w:type="gramEnd"/>
            <w:r>
              <w:rPr>
                <w:sz w:val="17"/>
                <w:lang w:eastAsia="zh-TW"/>
              </w:rPr>
              <w:t>或仲裁、產業與外交壓力</w:t>
            </w:r>
          </w:p>
        </w:tc>
      </w:tr>
    </w:tbl>
    <w:p w14:paraId="086EC6A0" w14:textId="77777777" w:rsidR="0084721C" w:rsidRDefault="0084721C">
      <w:pPr>
        <w:spacing w:after="40"/>
        <w:rPr>
          <w:lang w:eastAsia="zh-TW"/>
        </w:rPr>
      </w:pPr>
    </w:p>
    <w:p w14:paraId="1CC69409" w14:textId="77777777" w:rsidR="0084721C" w:rsidRDefault="009B07FB">
      <w:pPr>
        <w:spacing w:after="120" w:line="324" w:lineRule="auto"/>
        <w:rPr>
          <w:lang w:eastAsia="zh-TW"/>
        </w:rPr>
      </w:pPr>
      <w:r>
        <w:rPr>
          <w:lang w:eastAsia="zh-TW"/>
        </w:rPr>
        <w:t>第十八篇處理系統</w:t>
      </w:r>
      <w:r>
        <w:rPr>
          <w:lang w:eastAsia="zh-TW"/>
        </w:rPr>
        <w:t>OAC</w:t>
      </w:r>
      <w:r>
        <w:rPr>
          <w:lang w:eastAsia="zh-TW"/>
        </w:rPr>
        <w:t>（來源、範圍、停止）；第十九篇從跨境升級門檻開始，檢驗國家是否能提出可被外部檢驗的行政證據。這不是兩套理論，而是同一壓力測試在不同治理層級的延伸。</w:t>
      </w:r>
    </w:p>
    <w:p w14:paraId="0929E1AF" w14:textId="77777777" w:rsidR="0084721C" w:rsidRDefault="009B07FB">
      <w:pPr>
        <w:spacing w:after="60" w:line="324" w:lineRule="auto"/>
        <w:jc w:val="center"/>
        <w:rPr>
          <w:lang w:eastAsia="zh-TW"/>
        </w:rPr>
      </w:pPr>
      <w:r>
        <w:rPr>
          <w:b/>
          <w:sz w:val="20"/>
          <w:lang w:eastAsia="zh-TW"/>
        </w:rPr>
        <w:t>圖</w:t>
      </w:r>
      <w:r>
        <w:rPr>
          <w:b/>
          <w:sz w:val="20"/>
          <w:lang w:eastAsia="zh-TW"/>
        </w:rPr>
        <w:t>1</w:t>
      </w:r>
      <w:r>
        <w:rPr>
          <w:b/>
          <w:sz w:val="20"/>
          <w:lang w:eastAsia="zh-TW"/>
        </w:rPr>
        <w:t xml:space="preserve">　同一壓力測試的兩層治理：從系統</w:t>
      </w:r>
      <w:r>
        <w:rPr>
          <w:b/>
          <w:sz w:val="20"/>
          <w:lang w:eastAsia="zh-TW"/>
        </w:rPr>
        <w:t>OAC</w:t>
      </w:r>
      <w:r>
        <w:rPr>
          <w:b/>
          <w:sz w:val="20"/>
          <w:lang w:eastAsia="zh-TW"/>
        </w:rPr>
        <w:t>到國家證據包</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84721C" w14:paraId="5A103DCE" w14:textId="77777777">
        <w:trPr>
          <w:jc w:val="center"/>
        </w:trPr>
        <w:tc>
          <w:tcPr>
            <w:tcW w:w="1987" w:type="dxa"/>
            <w:shd w:val="clear" w:color="auto" w:fill="D9EAF7"/>
            <w:tcMar>
              <w:top w:w="90" w:type="dxa"/>
              <w:left w:w="100" w:type="dxa"/>
              <w:bottom w:w="90" w:type="dxa"/>
              <w:right w:w="100" w:type="dxa"/>
            </w:tcMar>
            <w:vAlign w:val="center"/>
          </w:tcPr>
          <w:p w14:paraId="26C3A3D5" w14:textId="77777777" w:rsidR="0084721C" w:rsidRDefault="009B07FB">
            <w:pPr>
              <w:spacing w:line="252" w:lineRule="auto"/>
            </w:pPr>
            <w:proofErr w:type="spellStart"/>
            <w:r>
              <w:rPr>
                <w:b/>
                <w:sz w:val="17"/>
              </w:rPr>
              <w:t>政府</w:t>
            </w:r>
            <w:r>
              <w:rPr>
                <w:b/>
                <w:sz w:val="17"/>
              </w:rPr>
              <w:t>AI</w:t>
            </w:r>
            <w:r>
              <w:rPr>
                <w:b/>
                <w:sz w:val="17"/>
              </w:rPr>
              <w:t>系統</w:t>
            </w:r>
            <w:proofErr w:type="spellEnd"/>
            <w:r>
              <w:rPr>
                <w:b/>
                <w:sz w:val="17"/>
              </w:rPr>
              <w:br/>
              <w:t>↓</w:t>
            </w:r>
          </w:p>
        </w:tc>
        <w:tc>
          <w:tcPr>
            <w:tcW w:w="1987" w:type="dxa"/>
            <w:shd w:val="clear" w:color="auto" w:fill="DDEBF7"/>
            <w:tcMar>
              <w:top w:w="90" w:type="dxa"/>
              <w:left w:w="100" w:type="dxa"/>
              <w:bottom w:w="90" w:type="dxa"/>
              <w:right w:w="100" w:type="dxa"/>
            </w:tcMar>
            <w:vAlign w:val="center"/>
          </w:tcPr>
          <w:p w14:paraId="3A70F121" w14:textId="77777777" w:rsidR="0084721C" w:rsidRDefault="009B07FB">
            <w:pPr>
              <w:spacing w:line="252" w:lineRule="auto"/>
              <w:rPr>
                <w:lang w:eastAsia="zh-TW"/>
              </w:rPr>
            </w:pPr>
            <w:r>
              <w:rPr>
                <w:b/>
                <w:sz w:val="17"/>
                <w:lang w:eastAsia="zh-TW"/>
              </w:rPr>
              <w:t>系統</w:t>
            </w:r>
            <w:r>
              <w:rPr>
                <w:b/>
                <w:sz w:val="17"/>
                <w:lang w:eastAsia="zh-TW"/>
              </w:rPr>
              <w:t>OAC</w:t>
            </w:r>
            <w:r>
              <w:rPr>
                <w:b/>
                <w:sz w:val="17"/>
                <w:lang w:eastAsia="zh-TW"/>
              </w:rPr>
              <w:br/>
            </w:r>
            <w:r>
              <w:rPr>
                <w:b/>
                <w:sz w:val="17"/>
                <w:lang w:eastAsia="zh-TW"/>
              </w:rPr>
              <w:t>來源、範圍、停止</w:t>
            </w:r>
            <w:r>
              <w:rPr>
                <w:b/>
                <w:sz w:val="17"/>
                <w:lang w:eastAsia="zh-TW"/>
              </w:rPr>
              <w:br/>
              <w:t>↓</w:t>
            </w:r>
          </w:p>
        </w:tc>
        <w:tc>
          <w:tcPr>
            <w:tcW w:w="1987" w:type="dxa"/>
            <w:shd w:val="clear" w:color="auto" w:fill="FFF2CC"/>
            <w:tcMar>
              <w:top w:w="90" w:type="dxa"/>
              <w:left w:w="100" w:type="dxa"/>
              <w:bottom w:w="90" w:type="dxa"/>
              <w:right w:w="100" w:type="dxa"/>
            </w:tcMar>
            <w:vAlign w:val="center"/>
          </w:tcPr>
          <w:p w14:paraId="19DF5529" w14:textId="77777777" w:rsidR="0084721C" w:rsidRDefault="009B07FB">
            <w:pPr>
              <w:spacing w:line="252" w:lineRule="auto"/>
            </w:pPr>
            <w:proofErr w:type="spellStart"/>
            <w:r>
              <w:rPr>
                <w:b/>
                <w:sz w:val="17"/>
              </w:rPr>
              <w:t>跨境升級門檻</w:t>
            </w:r>
            <w:proofErr w:type="spellEnd"/>
            <w:r>
              <w:rPr>
                <w:b/>
                <w:sz w:val="17"/>
              </w:rPr>
              <w:br/>
              <w:t>↓</w:t>
            </w:r>
          </w:p>
        </w:tc>
        <w:tc>
          <w:tcPr>
            <w:tcW w:w="1987" w:type="dxa"/>
            <w:shd w:val="clear" w:color="auto" w:fill="E2F0D9"/>
            <w:tcMar>
              <w:top w:w="90" w:type="dxa"/>
              <w:left w:w="100" w:type="dxa"/>
              <w:bottom w:w="90" w:type="dxa"/>
              <w:right w:w="100" w:type="dxa"/>
            </w:tcMar>
            <w:vAlign w:val="center"/>
          </w:tcPr>
          <w:p w14:paraId="27D2B507" w14:textId="77777777" w:rsidR="0084721C" w:rsidRDefault="009B07FB">
            <w:pPr>
              <w:spacing w:line="252" w:lineRule="auto"/>
            </w:pPr>
            <w:r>
              <w:rPr>
                <w:b/>
                <w:sz w:val="17"/>
              </w:rPr>
              <w:t>國家證據包</w:t>
            </w:r>
            <w:r>
              <w:rPr>
                <w:b/>
                <w:sz w:val="17"/>
              </w:rPr>
              <w:br/>
              <w:t>↓</w:t>
            </w:r>
          </w:p>
        </w:tc>
        <w:tc>
          <w:tcPr>
            <w:tcW w:w="1987" w:type="dxa"/>
            <w:shd w:val="clear" w:color="auto" w:fill="FCE4D6"/>
            <w:tcMar>
              <w:top w:w="90" w:type="dxa"/>
              <w:left w:w="100" w:type="dxa"/>
              <w:bottom w:w="90" w:type="dxa"/>
              <w:right w:w="100" w:type="dxa"/>
            </w:tcMar>
            <w:vAlign w:val="center"/>
          </w:tcPr>
          <w:p w14:paraId="59778AAF" w14:textId="77777777" w:rsidR="0084721C" w:rsidRDefault="009B07FB">
            <w:pPr>
              <w:spacing w:line="252" w:lineRule="auto"/>
            </w:pPr>
            <w:r>
              <w:rPr>
                <w:b/>
                <w:sz w:val="17"/>
              </w:rPr>
              <w:t>對外說明與補救</w:t>
            </w:r>
          </w:p>
        </w:tc>
      </w:tr>
    </w:tbl>
    <w:p w14:paraId="3C1FE6B2" w14:textId="77777777" w:rsidR="0084721C" w:rsidRDefault="009B07FB">
      <w:pPr>
        <w:spacing w:after="160" w:line="324" w:lineRule="auto"/>
        <w:jc w:val="center"/>
        <w:rPr>
          <w:lang w:eastAsia="zh-TW"/>
        </w:rPr>
      </w:pPr>
      <w:r>
        <w:rPr>
          <w:sz w:val="19"/>
          <w:lang w:eastAsia="zh-TW"/>
        </w:rPr>
        <w:t>第十八篇處理前兩格；第十九篇從跨境升級門檻開始，檢驗國家是否能提出可被外部檢驗的行政證據。</w:t>
      </w:r>
    </w:p>
    <w:p w14:paraId="2EE212DB" w14:textId="77777777" w:rsidR="0084721C" w:rsidRDefault="009B07FB">
      <w:pPr>
        <w:spacing w:after="120" w:line="324" w:lineRule="auto"/>
        <w:rPr>
          <w:lang w:eastAsia="zh-TW"/>
        </w:rPr>
      </w:pPr>
      <w:r>
        <w:rPr>
          <w:lang w:eastAsia="zh-TW"/>
        </w:rPr>
        <w:t>第十九篇不是另立國際關係理論，而是完整承接「</w:t>
      </w:r>
      <w:r>
        <w:rPr>
          <w:lang w:eastAsia="zh-TW"/>
        </w:rPr>
        <w:t>AI</w:t>
      </w:r>
      <w:r>
        <w:rPr>
          <w:lang w:eastAsia="zh-TW"/>
        </w:rPr>
        <w:t>鑲嵌式公共行政理論壓力測試」。在</w:t>
      </w:r>
      <w:r>
        <w:rPr>
          <w:lang w:eastAsia="zh-TW"/>
        </w:rPr>
        <w:t>25</w:t>
      </w:r>
      <w:r>
        <w:rPr>
          <w:lang w:eastAsia="zh-TW"/>
        </w:rPr>
        <w:t>治理座標的五個分析單位中，「國際」原本就是第五單位；本篇要追蹤案例如何從個體、群體、組織與社會，</w:t>
      </w:r>
      <w:proofErr w:type="gramStart"/>
      <w:r>
        <w:rPr>
          <w:lang w:eastAsia="zh-TW"/>
        </w:rPr>
        <w:t>跨格移動</w:t>
      </w:r>
      <w:proofErr w:type="gramEnd"/>
      <w:r>
        <w:rPr>
          <w:lang w:eastAsia="zh-TW"/>
        </w:rPr>
        <w:t>到國際單位。</w:t>
      </w:r>
    </w:p>
    <w:p w14:paraId="31FA2D62" w14:textId="77777777" w:rsidR="0084721C" w:rsidRDefault="009B07FB">
      <w:pPr>
        <w:spacing w:after="120" w:line="324" w:lineRule="auto"/>
        <w:rPr>
          <w:lang w:eastAsia="zh-TW"/>
        </w:rPr>
      </w:pPr>
      <w:r>
        <w:rPr>
          <w:lang w:eastAsia="zh-TW"/>
        </w:rPr>
        <w:t>本文的研究材料是四類：臺灣、中國大陸、歐盟與美國的規範文本；主管機關或行政機關官方政策文件；可作為問題類型錨點的公開爭議或採購材料；以及為壓力測試而建構的合成情境。本文不進行訪談、事件發生率估計或單一個案的法律責任認定；比較法的功能是辨識責任閘門與證據要求，規範性制度設計則是本文的研究結論，而非現行法描述。</w:t>
      </w:r>
    </w:p>
    <w:tbl>
      <w:tblPr>
        <w:tblStyle w:val="TableGrid"/>
        <w:tblW w:w="0" w:type="auto"/>
        <w:jc w:val="center"/>
        <w:tblLook w:val="04A0" w:firstRow="1" w:lastRow="0" w:firstColumn="1" w:lastColumn="0" w:noHBand="0" w:noVBand="1"/>
      </w:tblPr>
      <w:tblGrid>
        <w:gridCol w:w="4968"/>
        <w:gridCol w:w="4968"/>
      </w:tblGrid>
      <w:tr w:rsidR="0084721C" w14:paraId="33F470E6" w14:textId="77777777">
        <w:trPr>
          <w:jc w:val="center"/>
        </w:trPr>
        <w:tc>
          <w:tcPr>
            <w:tcW w:w="4968" w:type="dxa"/>
            <w:shd w:val="clear" w:color="auto" w:fill="DCE6F2"/>
            <w:tcMar>
              <w:top w:w="90" w:type="dxa"/>
              <w:left w:w="100" w:type="dxa"/>
              <w:bottom w:w="90" w:type="dxa"/>
              <w:right w:w="100" w:type="dxa"/>
            </w:tcMar>
            <w:vAlign w:val="center"/>
          </w:tcPr>
          <w:p w14:paraId="65ABC990" w14:textId="77777777" w:rsidR="0084721C" w:rsidRDefault="009B07FB">
            <w:pPr>
              <w:spacing w:line="252" w:lineRule="auto"/>
            </w:pPr>
            <w:proofErr w:type="spellStart"/>
            <w:r>
              <w:rPr>
                <w:b/>
                <w:sz w:val="17"/>
              </w:rPr>
              <w:t>壓力測試步驟</w:t>
            </w:r>
            <w:proofErr w:type="spellEnd"/>
          </w:p>
        </w:tc>
        <w:tc>
          <w:tcPr>
            <w:tcW w:w="4968" w:type="dxa"/>
            <w:shd w:val="clear" w:color="auto" w:fill="DCE6F2"/>
            <w:tcMar>
              <w:top w:w="90" w:type="dxa"/>
              <w:left w:w="100" w:type="dxa"/>
              <w:bottom w:w="90" w:type="dxa"/>
              <w:right w:w="100" w:type="dxa"/>
            </w:tcMar>
            <w:vAlign w:val="center"/>
          </w:tcPr>
          <w:p w14:paraId="0A6085AA" w14:textId="77777777" w:rsidR="0084721C" w:rsidRDefault="009B07FB">
            <w:pPr>
              <w:spacing w:line="252" w:lineRule="auto"/>
            </w:pPr>
            <w:r>
              <w:rPr>
                <w:b/>
                <w:sz w:val="17"/>
              </w:rPr>
              <w:t>第十九篇的具體操作</w:t>
            </w:r>
          </w:p>
        </w:tc>
      </w:tr>
      <w:tr w:rsidR="0084721C" w14:paraId="6CF6CEAD" w14:textId="77777777">
        <w:trPr>
          <w:jc w:val="center"/>
        </w:trPr>
        <w:tc>
          <w:tcPr>
            <w:tcW w:w="4968" w:type="dxa"/>
            <w:tcMar>
              <w:top w:w="90" w:type="dxa"/>
              <w:left w:w="100" w:type="dxa"/>
              <w:bottom w:w="90" w:type="dxa"/>
              <w:right w:w="100" w:type="dxa"/>
            </w:tcMar>
            <w:vAlign w:val="center"/>
          </w:tcPr>
          <w:p w14:paraId="439BEC7D" w14:textId="77777777" w:rsidR="0084721C" w:rsidRDefault="009B07FB">
            <w:pPr>
              <w:spacing w:line="252" w:lineRule="auto"/>
              <w:rPr>
                <w:lang w:eastAsia="zh-TW"/>
              </w:rPr>
            </w:pPr>
            <w:r>
              <w:rPr>
                <w:sz w:val="17"/>
                <w:lang w:eastAsia="zh-TW"/>
              </w:rPr>
              <w:t>第一步：</w:t>
            </w:r>
            <w:r>
              <w:rPr>
                <w:sz w:val="17"/>
                <w:lang w:eastAsia="zh-TW"/>
              </w:rPr>
              <w:t>25</w:t>
            </w:r>
            <w:r>
              <w:rPr>
                <w:sz w:val="17"/>
                <w:lang w:eastAsia="zh-TW"/>
              </w:rPr>
              <w:t>治理座標定位</w:t>
            </w:r>
          </w:p>
        </w:tc>
        <w:tc>
          <w:tcPr>
            <w:tcW w:w="4968" w:type="dxa"/>
            <w:tcMar>
              <w:top w:w="90" w:type="dxa"/>
              <w:left w:w="100" w:type="dxa"/>
              <w:bottom w:w="90" w:type="dxa"/>
              <w:right w:w="100" w:type="dxa"/>
            </w:tcMar>
            <w:vAlign w:val="center"/>
          </w:tcPr>
          <w:p w14:paraId="4FCC5572" w14:textId="77777777" w:rsidR="0084721C" w:rsidRDefault="009B07FB">
            <w:pPr>
              <w:spacing w:line="252" w:lineRule="auto"/>
              <w:rPr>
                <w:lang w:eastAsia="zh-TW"/>
              </w:rPr>
            </w:pPr>
            <w:r>
              <w:rPr>
                <w:sz w:val="17"/>
                <w:lang w:eastAsia="zh-TW"/>
              </w:rPr>
              <w:t>同時定位境外權利人、專業群體、臺灣目的機關與供應商、公共服務使用者，以及國際制度／合作／貿易與安全場域。</w:t>
            </w:r>
          </w:p>
        </w:tc>
      </w:tr>
      <w:tr w:rsidR="0084721C" w14:paraId="3605607C" w14:textId="77777777">
        <w:trPr>
          <w:jc w:val="center"/>
        </w:trPr>
        <w:tc>
          <w:tcPr>
            <w:tcW w:w="4968" w:type="dxa"/>
            <w:tcMar>
              <w:top w:w="90" w:type="dxa"/>
              <w:left w:w="100" w:type="dxa"/>
              <w:bottom w:w="90" w:type="dxa"/>
              <w:right w:w="100" w:type="dxa"/>
            </w:tcMar>
            <w:vAlign w:val="center"/>
          </w:tcPr>
          <w:p w14:paraId="5363C200" w14:textId="77777777" w:rsidR="0084721C" w:rsidRDefault="009B07FB">
            <w:pPr>
              <w:spacing w:line="252" w:lineRule="auto"/>
              <w:rPr>
                <w:lang w:eastAsia="zh-TW"/>
              </w:rPr>
            </w:pPr>
            <w:r>
              <w:rPr>
                <w:sz w:val="17"/>
                <w:lang w:eastAsia="zh-TW"/>
              </w:rPr>
              <w:lastRenderedPageBreak/>
              <w:t>第二步：三種權力移轉</w:t>
            </w:r>
          </w:p>
        </w:tc>
        <w:tc>
          <w:tcPr>
            <w:tcW w:w="4968" w:type="dxa"/>
            <w:tcMar>
              <w:top w:w="90" w:type="dxa"/>
              <w:left w:w="100" w:type="dxa"/>
              <w:bottom w:w="90" w:type="dxa"/>
              <w:right w:w="100" w:type="dxa"/>
            </w:tcMar>
            <w:vAlign w:val="center"/>
          </w:tcPr>
          <w:p w14:paraId="35165D48" w14:textId="77777777" w:rsidR="0084721C" w:rsidRDefault="009B07FB">
            <w:pPr>
              <w:spacing w:line="252" w:lineRule="auto"/>
              <w:rPr>
                <w:lang w:eastAsia="zh-TW"/>
              </w:rPr>
            </w:pPr>
            <w:r>
              <w:rPr>
                <w:sz w:val="17"/>
                <w:lang w:eastAsia="zh-TW"/>
              </w:rPr>
              <w:t>P1</w:t>
            </w:r>
            <w:r>
              <w:rPr>
                <w:sz w:val="17"/>
                <w:lang w:eastAsia="zh-TW"/>
              </w:rPr>
              <w:t>：誰把「</w:t>
            </w:r>
            <w:proofErr w:type="gramStart"/>
            <w:r>
              <w:rPr>
                <w:sz w:val="17"/>
                <w:lang w:eastAsia="zh-TW"/>
              </w:rPr>
              <w:t>跨境可得</w:t>
            </w:r>
            <w:proofErr w:type="gramEnd"/>
            <w:r>
              <w:rPr>
                <w:sz w:val="17"/>
                <w:lang w:eastAsia="zh-TW"/>
              </w:rPr>
              <w:t>」定義為可用資料；</w:t>
            </w:r>
            <w:r>
              <w:rPr>
                <w:sz w:val="17"/>
                <w:lang w:eastAsia="zh-TW"/>
              </w:rPr>
              <w:t>P2</w:t>
            </w:r>
            <w:r>
              <w:rPr>
                <w:sz w:val="17"/>
                <w:lang w:eastAsia="zh-TW"/>
              </w:rPr>
              <w:t>：誰決定採購、技轉、分包與資料範圍；</w:t>
            </w:r>
            <w:r>
              <w:rPr>
                <w:sz w:val="17"/>
                <w:lang w:eastAsia="zh-TW"/>
              </w:rPr>
              <w:t>P3</w:t>
            </w:r>
            <w:r>
              <w:rPr>
                <w:sz w:val="17"/>
                <w:lang w:eastAsia="zh-TW"/>
              </w:rPr>
              <w:t>：</w:t>
            </w:r>
            <w:r>
              <w:rPr>
                <w:sz w:val="17"/>
                <w:lang w:eastAsia="zh-TW"/>
              </w:rPr>
              <w:t>AI</w:t>
            </w:r>
            <w:r>
              <w:rPr>
                <w:sz w:val="17"/>
                <w:lang w:eastAsia="zh-TW"/>
              </w:rPr>
              <w:t>輸出、公共採購或供應鏈結果如何影響公共權益與外部信任。</w:t>
            </w:r>
          </w:p>
        </w:tc>
      </w:tr>
      <w:tr w:rsidR="0084721C" w14:paraId="44D442B8" w14:textId="77777777">
        <w:trPr>
          <w:jc w:val="center"/>
        </w:trPr>
        <w:tc>
          <w:tcPr>
            <w:tcW w:w="4968" w:type="dxa"/>
            <w:tcMar>
              <w:top w:w="90" w:type="dxa"/>
              <w:left w:w="100" w:type="dxa"/>
              <w:bottom w:w="90" w:type="dxa"/>
              <w:right w:w="100" w:type="dxa"/>
            </w:tcMar>
            <w:vAlign w:val="center"/>
          </w:tcPr>
          <w:p w14:paraId="075339E9" w14:textId="77777777" w:rsidR="0084721C" w:rsidRDefault="009B07FB">
            <w:pPr>
              <w:spacing w:line="252" w:lineRule="auto"/>
              <w:rPr>
                <w:lang w:eastAsia="zh-TW"/>
              </w:rPr>
            </w:pPr>
            <w:r>
              <w:rPr>
                <w:sz w:val="17"/>
                <w:lang w:eastAsia="zh-TW"/>
              </w:rPr>
              <w:t>第三步：三種結構性效應</w:t>
            </w:r>
          </w:p>
        </w:tc>
        <w:tc>
          <w:tcPr>
            <w:tcW w:w="4968" w:type="dxa"/>
            <w:tcMar>
              <w:top w:w="90" w:type="dxa"/>
              <w:left w:w="100" w:type="dxa"/>
              <w:bottom w:w="90" w:type="dxa"/>
              <w:right w:w="100" w:type="dxa"/>
            </w:tcMar>
            <w:vAlign w:val="center"/>
          </w:tcPr>
          <w:p w14:paraId="1EE1505A" w14:textId="77777777" w:rsidR="0084721C" w:rsidRDefault="009B07FB">
            <w:pPr>
              <w:spacing w:line="252" w:lineRule="auto"/>
              <w:rPr>
                <w:lang w:eastAsia="zh-TW"/>
              </w:rPr>
            </w:pPr>
            <w:proofErr w:type="gramStart"/>
            <w:r>
              <w:rPr>
                <w:sz w:val="17"/>
                <w:lang w:eastAsia="zh-TW"/>
              </w:rPr>
              <w:t>追蹤跨格移動</w:t>
            </w:r>
            <w:proofErr w:type="gramEnd"/>
            <w:r>
              <w:rPr>
                <w:sz w:val="17"/>
                <w:lang w:eastAsia="zh-TW"/>
              </w:rPr>
              <w:t>、邊界消解與權威重構：著作權、契約、採購、資料與外交／安全邊界如何交疊。</w:t>
            </w:r>
          </w:p>
        </w:tc>
      </w:tr>
      <w:tr w:rsidR="0084721C" w14:paraId="64DB835A" w14:textId="77777777">
        <w:trPr>
          <w:jc w:val="center"/>
        </w:trPr>
        <w:tc>
          <w:tcPr>
            <w:tcW w:w="4968" w:type="dxa"/>
            <w:tcMar>
              <w:top w:w="90" w:type="dxa"/>
              <w:left w:w="100" w:type="dxa"/>
              <w:bottom w:w="90" w:type="dxa"/>
              <w:right w:w="100" w:type="dxa"/>
            </w:tcMar>
            <w:vAlign w:val="center"/>
          </w:tcPr>
          <w:p w14:paraId="1E106543" w14:textId="77777777" w:rsidR="0084721C" w:rsidRDefault="009B07FB">
            <w:pPr>
              <w:spacing w:line="252" w:lineRule="auto"/>
            </w:pPr>
            <w:proofErr w:type="spellStart"/>
            <w:r>
              <w:rPr>
                <w:sz w:val="17"/>
              </w:rPr>
              <w:t>第四步：四條治理鏈</w:t>
            </w:r>
            <w:proofErr w:type="spellEnd"/>
          </w:p>
        </w:tc>
        <w:tc>
          <w:tcPr>
            <w:tcW w:w="4968" w:type="dxa"/>
            <w:tcMar>
              <w:top w:w="90" w:type="dxa"/>
              <w:left w:w="100" w:type="dxa"/>
              <w:bottom w:w="90" w:type="dxa"/>
              <w:right w:w="100" w:type="dxa"/>
            </w:tcMar>
            <w:vAlign w:val="center"/>
          </w:tcPr>
          <w:p w14:paraId="76097BB3" w14:textId="77777777" w:rsidR="0084721C" w:rsidRDefault="009B07FB">
            <w:pPr>
              <w:spacing w:line="252" w:lineRule="auto"/>
              <w:rPr>
                <w:lang w:eastAsia="zh-TW"/>
              </w:rPr>
            </w:pPr>
            <w:r>
              <w:rPr>
                <w:sz w:val="17"/>
                <w:lang w:eastAsia="zh-TW"/>
              </w:rPr>
              <w:t>分別追查情境建構、權威、理由與責任鏈能否跨越</w:t>
            </w:r>
            <w:proofErr w:type="gramStart"/>
            <w:r>
              <w:rPr>
                <w:sz w:val="17"/>
                <w:lang w:eastAsia="zh-TW"/>
              </w:rPr>
              <w:t>法域、</w:t>
            </w:r>
            <w:proofErr w:type="gramEnd"/>
            <w:r>
              <w:rPr>
                <w:sz w:val="17"/>
                <w:lang w:eastAsia="zh-TW"/>
              </w:rPr>
              <w:t>供應鏈與組織邊界。</w:t>
            </w:r>
          </w:p>
        </w:tc>
      </w:tr>
      <w:tr w:rsidR="0084721C" w14:paraId="74DB6593" w14:textId="77777777">
        <w:trPr>
          <w:jc w:val="center"/>
        </w:trPr>
        <w:tc>
          <w:tcPr>
            <w:tcW w:w="4968" w:type="dxa"/>
            <w:tcMar>
              <w:top w:w="90" w:type="dxa"/>
              <w:left w:w="100" w:type="dxa"/>
              <w:bottom w:w="90" w:type="dxa"/>
              <w:right w:w="100" w:type="dxa"/>
            </w:tcMar>
            <w:vAlign w:val="center"/>
          </w:tcPr>
          <w:p w14:paraId="544B0151" w14:textId="77777777" w:rsidR="0084721C" w:rsidRDefault="009B07FB">
            <w:pPr>
              <w:spacing w:line="252" w:lineRule="auto"/>
              <w:rPr>
                <w:lang w:eastAsia="zh-TW"/>
              </w:rPr>
            </w:pPr>
            <w:r>
              <w:rPr>
                <w:sz w:val="17"/>
                <w:lang w:eastAsia="zh-TW"/>
              </w:rPr>
              <w:t>第五步：七項治理審計</w:t>
            </w:r>
          </w:p>
        </w:tc>
        <w:tc>
          <w:tcPr>
            <w:tcW w:w="4968" w:type="dxa"/>
            <w:tcMar>
              <w:top w:w="90" w:type="dxa"/>
              <w:left w:w="100" w:type="dxa"/>
              <w:bottom w:w="90" w:type="dxa"/>
              <w:right w:w="100" w:type="dxa"/>
            </w:tcMar>
            <w:vAlign w:val="center"/>
          </w:tcPr>
          <w:p w14:paraId="5C7E504C" w14:textId="77777777" w:rsidR="0084721C" w:rsidRDefault="009B07FB">
            <w:pPr>
              <w:spacing w:line="252" w:lineRule="auto"/>
              <w:rPr>
                <w:lang w:eastAsia="zh-TW"/>
              </w:rPr>
            </w:pPr>
            <w:r>
              <w:rPr>
                <w:sz w:val="17"/>
                <w:lang w:eastAsia="zh-TW"/>
              </w:rPr>
              <w:t>檢查公共價值、程序與組織證據：不只問是否合法，也問是否可說明、可追溯、可停止、可補救。</w:t>
            </w:r>
          </w:p>
        </w:tc>
      </w:tr>
      <w:tr w:rsidR="0084721C" w14:paraId="52BD7823" w14:textId="77777777">
        <w:trPr>
          <w:jc w:val="center"/>
        </w:trPr>
        <w:tc>
          <w:tcPr>
            <w:tcW w:w="4968" w:type="dxa"/>
            <w:tcMar>
              <w:top w:w="90" w:type="dxa"/>
              <w:left w:w="100" w:type="dxa"/>
              <w:bottom w:w="90" w:type="dxa"/>
              <w:right w:w="100" w:type="dxa"/>
            </w:tcMar>
            <w:vAlign w:val="center"/>
          </w:tcPr>
          <w:p w14:paraId="1FD49CCF" w14:textId="77777777" w:rsidR="0084721C" w:rsidRDefault="009B07FB">
            <w:pPr>
              <w:spacing w:line="252" w:lineRule="auto"/>
              <w:rPr>
                <w:lang w:eastAsia="zh-TW"/>
              </w:rPr>
            </w:pPr>
            <w:r>
              <w:rPr>
                <w:sz w:val="17"/>
                <w:lang w:eastAsia="zh-TW"/>
              </w:rPr>
              <w:t>第六步：異質案例壓力測試</w:t>
            </w:r>
          </w:p>
        </w:tc>
        <w:tc>
          <w:tcPr>
            <w:tcW w:w="4968" w:type="dxa"/>
            <w:tcMar>
              <w:top w:w="90" w:type="dxa"/>
              <w:left w:w="100" w:type="dxa"/>
              <w:bottom w:w="90" w:type="dxa"/>
              <w:right w:w="100" w:type="dxa"/>
            </w:tcMar>
            <w:vAlign w:val="center"/>
          </w:tcPr>
          <w:p w14:paraId="3A9073F6" w14:textId="77777777" w:rsidR="0084721C" w:rsidRDefault="009B07FB">
            <w:pPr>
              <w:spacing w:line="252" w:lineRule="auto"/>
              <w:rPr>
                <w:lang w:eastAsia="zh-TW"/>
              </w:rPr>
            </w:pPr>
            <w:r>
              <w:rPr>
                <w:sz w:val="17"/>
                <w:lang w:eastAsia="zh-TW"/>
              </w:rPr>
              <w:t>以境外建築設計</w:t>
            </w:r>
            <w:r>
              <w:rPr>
                <w:sz w:val="17"/>
                <w:lang w:eastAsia="zh-TW"/>
              </w:rPr>
              <w:t>RAG</w:t>
            </w:r>
            <w:r>
              <w:rPr>
                <w:sz w:val="17"/>
                <w:lang w:eastAsia="zh-TW"/>
              </w:rPr>
              <w:t>、跨境模型／</w:t>
            </w:r>
            <w:r>
              <w:rPr>
                <w:sz w:val="17"/>
                <w:lang w:eastAsia="zh-TW"/>
              </w:rPr>
              <w:t>API</w:t>
            </w:r>
            <w:r>
              <w:rPr>
                <w:sz w:val="17"/>
                <w:lang w:eastAsia="zh-TW"/>
              </w:rPr>
              <w:t>供應鏈與高敏感技術合作三案比較。</w:t>
            </w:r>
          </w:p>
        </w:tc>
      </w:tr>
      <w:tr w:rsidR="0084721C" w14:paraId="7503BA35" w14:textId="77777777">
        <w:trPr>
          <w:jc w:val="center"/>
        </w:trPr>
        <w:tc>
          <w:tcPr>
            <w:tcW w:w="4968" w:type="dxa"/>
            <w:tcMar>
              <w:top w:w="90" w:type="dxa"/>
              <w:left w:w="100" w:type="dxa"/>
              <w:bottom w:w="90" w:type="dxa"/>
              <w:right w:w="100" w:type="dxa"/>
            </w:tcMar>
            <w:vAlign w:val="center"/>
          </w:tcPr>
          <w:p w14:paraId="49B6B367" w14:textId="77777777" w:rsidR="0084721C" w:rsidRDefault="009B07FB">
            <w:pPr>
              <w:spacing w:line="252" w:lineRule="auto"/>
              <w:rPr>
                <w:lang w:eastAsia="zh-TW"/>
              </w:rPr>
            </w:pPr>
            <w:r>
              <w:rPr>
                <w:sz w:val="17"/>
                <w:lang w:eastAsia="zh-TW"/>
              </w:rPr>
              <w:t>第七步：辨識重複斷裂模式</w:t>
            </w:r>
          </w:p>
        </w:tc>
        <w:tc>
          <w:tcPr>
            <w:tcW w:w="4968" w:type="dxa"/>
            <w:tcMar>
              <w:top w:w="90" w:type="dxa"/>
              <w:left w:w="100" w:type="dxa"/>
              <w:bottom w:w="90" w:type="dxa"/>
              <w:right w:w="100" w:type="dxa"/>
            </w:tcMar>
            <w:vAlign w:val="center"/>
          </w:tcPr>
          <w:p w14:paraId="010D4459" w14:textId="77777777" w:rsidR="0084721C" w:rsidRDefault="009B07FB">
            <w:pPr>
              <w:spacing w:line="252" w:lineRule="auto"/>
              <w:rPr>
                <w:lang w:eastAsia="zh-TW"/>
              </w:rPr>
            </w:pPr>
            <w:r>
              <w:rPr>
                <w:sz w:val="17"/>
                <w:lang w:eastAsia="zh-TW"/>
              </w:rPr>
              <w:t>找出「取得／接觸」被誤當成「完整利用權」及多手政府責任推移是否反覆出現。</w:t>
            </w:r>
          </w:p>
        </w:tc>
      </w:tr>
      <w:tr w:rsidR="0084721C" w14:paraId="14924AFF" w14:textId="77777777">
        <w:trPr>
          <w:jc w:val="center"/>
        </w:trPr>
        <w:tc>
          <w:tcPr>
            <w:tcW w:w="4968" w:type="dxa"/>
            <w:tcMar>
              <w:top w:w="90" w:type="dxa"/>
              <w:left w:w="100" w:type="dxa"/>
              <w:bottom w:w="90" w:type="dxa"/>
              <w:right w:w="100" w:type="dxa"/>
            </w:tcMar>
            <w:vAlign w:val="center"/>
          </w:tcPr>
          <w:p w14:paraId="2B0B8615" w14:textId="77777777" w:rsidR="0084721C" w:rsidRDefault="009B07FB">
            <w:pPr>
              <w:spacing w:line="252" w:lineRule="auto"/>
              <w:rPr>
                <w:lang w:eastAsia="zh-TW"/>
              </w:rPr>
            </w:pPr>
            <w:r>
              <w:rPr>
                <w:sz w:val="17"/>
                <w:lang w:eastAsia="zh-TW"/>
              </w:rPr>
              <w:t>第八步：</w:t>
            </w:r>
            <w:proofErr w:type="gramStart"/>
            <w:r>
              <w:rPr>
                <w:sz w:val="17"/>
                <w:lang w:eastAsia="zh-TW"/>
              </w:rPr>
              <w:t>後設異例</w:t>
            </w:r>
            <w:proofErr w:type="gramEnd"/>
            <w:r>
              <w:rPr>
                <w:sz w:val="17"/>
                <w:lang w:eastAsia="zh-TW"/>
              </w:rPr>
              <w:t>判斷</w:t>
            </w:r>
          </w:p>
        </w:tc>
        <w:tc>
          <w:tcPr>
            <w:tcW w:w="4968" w:type="dxa"/>
            <w:tcMar>
              <w:top w:w="90" w:type="dxa"/>
              <w:left w:w="100" w:type="dxa"/>
              <w:bottom w:w="90" w:type="dxa"/>
              <w:right w:w="100" w:type="dxa"/>
            </w:tcMar>
            <w:vAlign w:val="center"/>
          </w:tcPr>
          <w:p w14:paraId="7423982F" w14:textId="77777777" w:rsidR="0084721C" w:rsidRDefault="009B07FB">
            <w:pPr>
              <w:spacing w:line="252" w:lineRule="auto"/>
              <w:rPr>
                <w:lang w:eastAsia="zh-TW"/>
              </w:rPr>
            </w:pPr>
            <w:r>
              <w:rPr>
                <w:sz w:val="17"/>
                <w:lang w:eastAsia="zh-TW"/>
              </w:rPr>
              <w:t>以反例檢驗：若有完整資料履歷、用途限制、停止權與升級機制，典型斷裂是否仍必然發生？</w:t>
            </w:r>
          </w:p>
        </w:tc>
      </w:tr>
    </w:tbl>
    <w:p w14:paraId="4B53DF4B" w14:textId="77777777" w:rsidR="0084721C" w:rsidRDefault="0084721C">
      <w:pPr>
        <w:spacing w:after="40"/>
        <w:rPr>
          <w:lang w:eastAsia="zh-TW"/>
        </w:rPr>
      </w:pPr>
    </w:p>
    <w:p w14:paraId="6BAA2519" w14:textId="77777777" w:rsidR="0084721C" w:rsidRDefault="009B07FB">
      <w:pPr>
        <w:spacing w:after="120" w:line="324" w:lineRule="auto"/>
        <w:rPr>
          <w:lang w:eastAsia="zh-TW"/>
        </w:rPr>
      </w:pPr>
      <w:r>
        <w:rPr>
          <w:lang w:eastAsia="zh-TW"/>
        </w:rPr>
        <w:t>四條治理鏈與七項治理審計的對應，在跨境情境中進一步檢驗：資料代表性審計是否把境外</w:t>
      </w:r>
      <w:proofErr w:type="gramStart"/>
      <w:r>
        <w:rPr>
          <w:lang w:eastAsia="zh-TW"/>
        </w:rPr>
        <w:t>作品誤標為</w:t>
      </w:r>
      <w:proofErr w:type="gramEnd"/>
      <w:r>
        <w:rPr>
          <w:lang w:eastAsia="zh-TW"/>
        </w:rPr>
        <w:t>公共或開源知識；裁量邊界審計是否說</w:t>
      </w:r>
      <w:proofErr w:type="gramStart"/>
      <w:r>
        <w:rPr>
          <w:lang w:eastAsia="zh-TW"/>
        </w:rPr>
        <w:t>清楚控制權</w:t>
      </w:r>
      <w:proofErr w:type="gramEnd"/>
      <w:r>
        <w:rPr>
          <w:lang w:eastAsia="zh-TW"/>
        </w:rPr>
        <w:t>；推理說明審計是否能提出讓境外權利人理解的使用理由；責任歸屬與組織能力審計是否確認停止、保全、回覆與升級責任。</w:t>
      </w:r>
    </w:p>
    <w:p w14:paraId="795E1CA6" w14:textId="77777777" w:rsidR="0084721C" w:rsidRDefault="009B07FB">
      <w:pPr>
        <w:spacing w:after="120" w:line="324" w:lineRule="auto"/>
        <w:rPr>
          <w:lang w:eastAsia="zh-TW"/>
        </w:rPr>
      </w:pPr>
      <w:r>
        <w:rPr>
          <w:lang w:eastAsia="zh-TW"/>
        </w:rPr>
        <w:t>此一設計與</w:t>
      </w:r>
      <w:proofErr w:type="gramStart"/>
      <w:r>
        <w:rPr>
          <w:lang w:eastAsia="zh-TW"/>
        </w:rPr>
        <w:t>演算法問責文獻</w:t>
      </w:r>
      <w:proofErr w:type="gramEnd"/>
      <w:r>
        <w:rPr>
          <w:lang w:eastAsia="zh-TW"/>
        </w:rPr>
        <w:t>的基本要求相通：</w:t>
      </w:r>
      <w:proofErr w:type="gramStart"/>
      <w:r>
        <w:rPr>
          <w:lang w:eastAsia="zh-TW"/>
        </w:rPr>
        <w:t>可問責性</w:t>
      </w:r>
      <w:proofErr w:type="gramEnd"/>
      <w:r>
        <w:rPr>
          <w:lang w:eastAsia="zh-TW"/>
        </w:rPr>
        <w:t>不能只依賴抽象透明，而須具備可檢驗的程序、記錄與覆核條件（</w:t>
      </w:r>
      <w:r>
        <w:rPr>
          <w:lang w:eastAsia="zh-TW"/>
        </w:rPr>
        <w:t>Kroll et al., 2017</w:t>
      </w:r>
      <w:proofErr w:type="gramStart"/>
      <w:r>
        <w:rPr>
          <w:lang w:eastAsia="zh-TW"/>
        </w:rPr>
        <w:t>）</w:t>
      </w:r>
      <w:proofErr w:type="gramEnd"/>
      <w:r>
        <w:rPr>
          <w:lang w:eastAsia="zh-TW"/>
        </w:rPr>
        <w:t>。本文的差異在於，將這些條件具體接到政府</w:t>
      </w:r>
      <w:r>
        <w:rPr>
          <w:lang w:eastAsia="zh-TW"/>
        </w:rPr>
        <w:t>AI</w:t>
      </w:r>
      <w:r>
        <w:rPr>
          <w:lang w:eastAsia="zh-TW"/>
        </w:rPr>
        <w:t>的跨境權利來源、採購與停止程序。</w:t>
      </w:r>
    </w:p>
    <w:p w14:paraId="2A7E1427" w14:textId="77777777" w:rsidR="0084721C" w:rsidRDefault="009B07FB">
      <w:pPr>
        <w:spacing w:after="140" w:line="324" w:lineRule="auto"/>
        <w:rPr>
          <w:lang w:eastAsia="zh-TW"/>
        </w:rPr>
      </w:pPr>
      <w:r>
        <w:rPr>
          <w:b/>
          <w:sz w:val="26"/>
          <w:lang w:eastAsia="zh-TW"/>
        </w:rPr>
        <w:t>四、三類合成情境：私權、供應鏈與敏感技術</w:t>
      </w:r>
    </w:p>
    <w:p w14:paraId="41D7DBC8" w14:textId="77777777" w:rsidR="0084721C" w:rsidRDefault="009B07FB">
      <w:pPr>
        <w:spacing w:after="140" w:line="324" w:lineRule="auto"/>
        <w:ind w:left="403"/>
        <w:rPr>
          <w:lang w:eastAsia="zh-TW"/>
        </w:rPr>
      </w:pPr>
      <w:r>
        <w:rPr>
          <w:sz w:val="20"/>
          <w:lang w:eastAsia="zh-TW"/>
        </w:rPr>
        <w:t>*</w:t>
      </w:r>
      <w:r>
        <w:rPr>
          <w:sz w:val="20"/>
          <w:lang w:eastAsia="zh-TW"/>
        </w:rPr>
        <w:t>*</w:t>
      </w:r>
      <w:r>
        <w:rPr>
          <w:sz w:val="20"/>
          <w:lang w:eastAsia="zh-TW"/>
        </w:rPr>
        <w:t>案例說明。</w:t>
      </w:r>
      <w:r>
        <w:rPr>
          <w:sz w:val="20"/>
          <w:lang w:eastAsia="zh-TW"/>
        </w:rPr>
        <w:t xml:space="preserve">** </w:t>
      </w:r>
      <w:r>
        <w:rPr>
          <w:sz w:val="20"/>
          <w:lang w:eastAsia="zh-TW"/>
        </w:rPr>
        <w:t>本節所有</w:t>
      </w:r>
      <w:proofErr w:type="gramStart"/>
      <w:r>
        <w:rPr>
          <w:sz w:val="20"/>
          <w:lang w:eastAsia="zh-TW"/>
        </w:rPr>
        <w:t>情境均為研究者</w:t>
      </w:r>
      <w:proofErr w:type="gramEnd"/>
      <w:r>
        <w:rPr>
          <w:sz w:val="20"/>
          <w:lang w:eastAsia="zh-TW"/>
        </w:rPr>
        <w:t>依公開制度與爭議類型建構之合成案例，不指涉特定機關、企業、權利人或已發生事件。案例中的法律效果僅作為治理壓力測試，不構成個案侵權、違約、出口管制或國安判斷。</w:t>
      </w:r>
    </w:p>
    <w:p w14:paraId="111769AA" w14:textId="77777777" w:rsidR="0084721C" w:rsidRDefault="009B07FB">
      <w:pPr>
        <w:spacing w:after="140" w:line="324" w:lineRule="auto"/>
      </w:pPr>
      <w:r>
        <w:rPr>
          <w:b/>
          <w:sz w:val="26"/>
        </w:rPr>
        <w:t>（</w:t>
      </w:r>
      <w:proofErr w:type="spellStart"/>
      <w:r>
        <w:rPr>
          <w:b/>
          <w:sz w:val="26"/>
        </w:rPr>
        <w:t>一）事件類型總覽</w:t>
      </w:r>
      <w:proofErr w:type="spellEnd"/>
    </w:p>
    <w:tbl>
      <w:tblPr>
        <w:tblStyle w:val="TableGrid"/>
        <w:tblW w:w="0" w:type="auto"/>
        <w:jc w:val="center"/>
        <w:tblLook w:val="04A0" w:firstRow="1" w:lastRow="0" w:firstColumn="1" w:lastColumn="0" w:noHBand="0" w:noVBand="1"/>
      </w:tblPr>
      <w:tblGrid>
        <w:gridCol w:w="2484"/>
        <w:gridCol w:w="2484"/>
        <w:gridCol w:w="2484"/>
        <w:gridCol w:w="2484"/>
      </w:tblGrid>
      <w:tr w:rsidR="0084721C" w14:paraId="3276F862" w14:textId="77777777">
        <w:trPr>
          <w:jc w:val="center"/>
        </w:trPr>
        <w:tc>
          <w:tcPr>
            <w:tcW w:w="2484" w:type="dxa"/>
            <w:shd w:val="clear" w:color="auto" w:fill="DCE6F2"/>
            <w:tcMar>
              <w:top w:w="90" w:type="dxa"/>
              <w:left w:w="100" w:type="dxa"/>
              <w:bottom w:w="90" w:type="dxa"/>
              <w:right w:w="100" w:type="dxa"/>
            </w:tcMar>
            <w:vAlign w:val="center"/>
          </w:tcPr>
          <w:p w14:paraId="4A3D68B6" w14:textId="77777777" w:rsidR="0084721C" w:rsidRDefault="009B07FB">
            <w:pPr>
              <w:spacing w:line="252" w:lineRule="auto"/>
            </w:pPr>
            <w:r>
              <w:rPr>
                <w:b/>
                <w:sz w:val="17"/>
              </w:rPr>
              <w:t>事件類型</w:t>
            </w:r>
          </w:p>
        </w:tc>
        <w:tc>
          <w:tcPr>
            <w:tcW w:w="2484" w:type="dxa"/>
            <w:shd w:val="clear" w:color="auto" w:fill="DCE6F2"/>
            <w:tcMar>
              <w:top w:w="90" w:type="dxa"/>
              <w:left w:w="100" w:type="dxa"/>
              <w:bottom w:w="90" w:type="dxa"/>
              <w:right w:w="100" w:type="dxa"/>
            </w:tcMar>
            <w:vAlign w:val="center"/>
          </w:tcPr>
          <w:p w14:paraId="30E6F2AC" w14:textId="77777777" w:rsidR="0084721C" w:rsidRDefault="009B07FB">
            <w:pPr>
              <w:spacing w:line="252" w:lineRule="auto"/>
            </w:pPr>
            <w:r>
              <w:rPr>
                <w:b/>
                <w:sz w:val="17"/>
              </w:rPr>
              <w:t>代表情境</w:t>
            </w:r>
          </w:p>
        </w:tc>
        <w:tc>
          <w:tcPr>
            <w:tcW w:w="2484" w:type="dxa"/>
            <w:shd w:val="clear" w:color="auto" w:fill="DCE6F2"/>
            <w:tcMar>
              <w:top w:w="90" w:type="dxa"/>
              <w:left w:w="100" w:type="dxa"/>
              <w:bottom w:w="90" w:type="dxa"/>
              <w:right w:w="100" w:type="dxa"/>
            </w:tcMar>
            <w:vAlign w:val="center"/>
          </w:tcPr>
          <w:p w14:paraId="26F8812F" w14:textId="77777777" w:rsidR="0084721C" w:rsidRDefault="009B07FB">
            <w:pPr>
              <w:spacing w:line="252" w:lineRule="auto"/>
            </w:pPr>
            <w:r>
              <w:rPr>
                <w:b/>
                <w:sz w:val="17"/>
              </w:rPr>
              <w:t>壓力測試重點</w:t>
            </w:r>
          </w:p>
        </w:tc>
        <w:tc>
          <w:tcPr>
            <w:tcW w:w="2484" w:type="dxa"/>
            <w:shd w:val="clear" w:color="auto" w:fill="DCE6F2"/>
            <w:tcMar>
              <w:top w:w="90" w:type="dxa"/>
              <w:left w:w="100" w:type="dxa"/>
              <w:bottom w:w="90" w:type="dxa"/>
              <w:right w:w="100" w:type="dxa"/>
            </w:tcMar>
            <w:vAlign w:val="center"/>
          </w:tcPr>
          <w:p w14:paraId="2680B39B" w14:textId="77777777" w:rsidR="0084721C" w:rsidRDefault="009B07FB">
            <w:pPr>
              <w:spacing w:line="252" w:lineRule="auto"/>
            </w:pPr>
            <w:r>
              <w:rPr>
                <w:b/>
                <w:sz w:val="17"/>
              </w:rPr>
              <w:t>不宜誤解為</w:t>
            </w:r>
          </w:p>
        </w:tc>
      </w:tr>
      <w:tr w:rsidR="0084721C" w14:paraId="6E0ABA98" w14:textId="77777777">
        <w:trPr>
          <w:jc w:val="center"/>
        </w:trPr>
        <w:tc>
          <w:tcPr>
            <w:tcW w:w="2484" w:type="dxa"/>
            <w:tcMar>
              <w:top w:w="90" w:type="dxa"/>
              <w:left w:w="100" w:type="dxa"/>
              <w:bottom w:w="90" w:type="dxa"/>
              <w:right w:w="100" w:type="dxa"/>
            </w:tcMar>
            <w:vAlign w:val="center"/>
          </w:tcPr>
          <w:p w14:paraId="19238E7D" w14:textId="77777777" w:rsidR="0084721C" w:rsidRDefault="009B07FB">
            <w:pPr>
              <w:spacing w:line="252" w:lineRule="auto"/>
            </w:pPr>
            <w:r>
              <w:rPr>
                <w:sz w:val="17"/>
              </w:rPr>
              <w:t>跨境私權事件</w:t>
            </w:r>
          </w:p>
        </w:tc>
        <w:tc>
          <w:tcPr>
            <w:tcW w:w="2484" w:type="dxa"/>
            <w:tcMar>
              <w:top w:w="90" w:type="dxa"/>
              <w:left w:w="100" w:type="dxa"/>
              <w:bottom w:w="90" w:type="dxa"/>
              <w:right w:w="100" w:type="dxa"/>
            </w:tcMar>
            <w:vAlign w:val="center"/>
          </w:tcPr>
          <w:p w14:paraId="041DFE72" w14:textId="77777777" w:rsidR="0084721C" w:rsidRDefault="009B07FB">
            <w:pPr>
              <w:spacing w:line="252" w:lineRule="auto"/>
              <w:rPr>
                <w:lang w:eastAsia="zh-TW"/>
              </w:rPr>
            </w:pPr>
            <w:r>
              <w:rPr>
                <w:sz w:val="17"/>
                <w:lang w:eastAsia="zh-TW"/>
              </w:rPr>
              <w:t>境外建築師的設計資料進入臺</w:t>
            </w:r>
            <w:r>
              <w:rPr>
                <w:sz w:val="17"/>
                <w:lang w:eastAsia="zh-TW"/>
              </w:rPr>
              <w:lastRenderedPageBreak/>
              <w:t>灣公共建築投標</w:t>
            </w:r>
            <w:r>
              <w:rPr>
                <w:sz w:val="17"/>
                <w:lang w:eastAsia="zh-TW"/>
              </w:rPr>
              <w:t>RAG</w:t>
            </w:r>
            <w:r>
              <w:rPr>
                <w:sz w:val="17"/>
                <w:lang w:eastAsia="zh-TW"/>
              </w:rPr>
              <w:t>；產出未完全抄襲但呈現高度近似。</w:t>
            </w:r>
          </w:p>
        </w:tc>
        <w:tc>
          <w:tcPr>
            <w:tcW w:w="2484" w:type="dxa"/>
            <w:tcMar>
              <w:top w:w="90" w:type="dxa"/>
              <w:left w:w="100" w:type="dxa"/>
              <w:bottom w:w="90" w:type="dxa"/>
              <w:right w:w="100" w:type="dxa"/>
            </w:tcMar>
            <w:vAlign w:val="center"/>
          </w:tcPr>
          <w:p w14:paraId="0DB71543" w14:textId="77777777" w:rsidR="0084721C" w:rsidRDefault="009B07FB">
            <w:pPr>
              <w:spacing w:line="252" w:lineRule="auto"/>
              <w:rPr>
                <w:lang w:eastAsia="zh-TW"/>
              </w:rPr>
            </w:pPr>
            <w:r>
              <w:rPr>
                <w:sz w:val="17"/>
                <w:lang w:eastAsia="zh-TW"/>
              </w:rPr>
              <w:lastRenderedPageBreak/>
              <w:t>資料庫條款是否允許</w:t>
            </w:r>
            <w:r>
              <w:rPr>
                <w:sz w:val="17"/>
                <w:lang w:eastAsia="zh-TW"/>
              </w:rPr>
              <w:t>AI</w:t>
            </w:r>
            <w:r>
              <w:rPr>
                <w:sz w:val="17"/>
                <w:lang w:eastAsia="zh-TW"/>
              </w:rPr>
              <w:t>、投</w:t>
            </w:r>
            <w:r>
              <w:rPr>
                <w:sz w:val="17"/>
                <w:lang w:eastAsia="zh-TW"/>
              </w:rPr>
              <w:lastRenderedPageBreak/>
              <w:t>標、商業利用？政府能否保全檢索與評選紀錄並暫停採納？</w:t>
            </w:r>
          </w:p>
        </w:tc>
        <w:tc>
          <w:tcPr>
            <w:tcW w:w="2484" w:type="dxa"/>
            <w:tcMar>
              <w:top w:w="90" w:type="dxa"/>
              <w:left w:w="100" w:type="dxa"/>
              <w:bottom w:w="90" w:type="dxa"/>
              <w:right w:w="100" w:type="dxa"/>
            </w:tcMar>
            <w:vAlign w:val="center"/>
          </w:tcPr>
          <w:p w14:paraId="43B76782" w14:textId="77777777" w:rsidR="0084721C" w:rsidRDefault="009B07FB">
            <w:pPr>
              <w:spacing w:line="252" w:lineRule="auto"/>
              <w:rPr>
                <w:lang w:eastAsia="zh-TW"/>
              </w:rPr>
            </w:pPr>
            <w:r>
              <w:rPr>
                <w:sz w:val="17"/>
                <w:lang w:eastAsia="zh-TW"/>
              </w:rPr>
              <w:lastRenderedPageBreak/>
              <w:t>只要「理念接近」就當然侵</w:t>
            </w:r>
            <w:r>
              <w:rPr>
                <w:sz w:val="17"/>
                <w:lang w:eastAsia="zh-TW"/>
              </w:rPr>
              <w:lastRenderedPageBreak/>
              <w:t>權；侵權仍由法院依個案認定。</w:t>
            </w:r>
          </w:p>
        </w:tc>
      </w:tr>
      <w:tr w:rsidR="0084721C" w14:paraId="5D0D7CC6" w14:textId="77777777">
        <w:trPr>
          <w:jc w:val="center"/>
        </w:trPr>
        <w:tc>
          <w:tcPr>
            <w:tcW w:w="2484" w:type="dxa"/>
            <w:tcMar>
              <w:top w:w="90" w:type="dxa"/>
              <w:left w:w="100" w:type="dxa"/>
              <w:bottom w:w="90" w:type="dxa"/>
              <w:right w:w="100" w:type="dxa"/>
            </w:tcMar>
            <w:vAlign w:val="center"/>
          </w:tcPr>
          <w:p w14:paraId="2CA5474A" w14:textId="77777777" w:rsidR="0084721C" w:rsidRDefault="009B07FB">
            <w:pPr>
              <w:spacing w:line="252" w:lineRule="auto"/>
            </w:pPr>
            <w:proofErr w:type="spellStart"/>
            <w:r>
              <w:rPr>
                <w:sz w:val="17"/>
              </w:rPr>
              <w:lastRenderedPageBreak/>
              <w:t>跨境供應鏈事件</w:t>
            </w:r>
            <w:proofErr w:type="spellEnd"/>
          </w:p>
        </w:tc>
        <w:tc>
          <w:tcPr>
            <w:tcW w:w="2484" w:type="dxa"/>
            <w:tcMar>
              <w:top w:w="90" w:type="dxa"/>
              <w:left w:w="100" w:type="dxa"/>
              <w:bottom w:w="90" w:type="dxa"/>
              <w:right w:w="100" w:type="dxa"/>
            </w:tcMar>
            <w:vAlign w:val="center"/>
          </w:tcPr>
          <w:p w14:paraId="5BACB547" w14:textId="77777777" w:rsidR="0084721C" w:rsidRDefault="009B07FB">
            <w:pPr>
              <w:spacing w:line="252" w:lineRule="auto"/>
              <w:rPr>
                <w:lang w:eastAsia="zh-TW"/>
              </w:rPr>
            </w:pPr>
            <w:r>
              <w:rPr>
                <w:sz w:val="17"/>
                <w:lang w:eastAsia="zh-TW"/>
              </w:rPr>
              <w:t>政府使用境外模型、資料集、</w:t>
            </w:r>
            <w:r>
              <w:rPr>
                <w:sz w:val="17"/>
                <w:lang w:eastAsia="zh-TW"/>
              </w:rPr>
              <w:t>API</w:t>
            </w:r>
            <w:r>
              <w:rPr>
                <w:sz w:val="17"/>
                <w:lang w:eastAsia="zh-TW"/>
              </w:rPr>
              <w:t>或開源微調模型，原始授權條件經多層轉手而失去可辨識性。</w:t>
            </w:r>
          </w:p>
        </w:tc>
        <w:tc>
          <w:tcPr>
            <w:tcW w:w="2484" w:type="dxa"/>
            <w:tcMar>
              <w:top w:w="90" w:type="dxa"/>
              <w:left w:w="100" w:type="dxa"/>
              <w:bottom w:w="90" w:type="dxa"/>
              <w:right w:w="100" w:type="dxa"/>
            </w:tcMar>
            <w:vAlign w:val="center"/>
          </w:tcPr>
          <w:p w14:paraId="0BB34501" w14:textId="77777777" w:rsidR="0084721C" w:rsidRDefault="009B07FB">
            <w:pPr>
              <w:spacing w:line="252" w:lineRule="auto"/>
              <w:rPr>
                <w:lang w:eastAsia="zh-TW"/>
              </w:rPr>
            </w:pPr>
            <w:r>
              <w:rPr>
                <w:sz w:val="17"/>
                <w:lang w:eastAsia="zh-TW"/>
              </w:rPr>
              <w:t>能否追到來源、</w:t>
            </w:r>
            <w:proofErr w:type="gramStart"/>
            <w:r>
              <w:rPr>
                <w:sz w:val="17"/>
                <w:lang w:eastAsia="zh-TW"/>
              </w:rPr>
              <w:t>法域、</w:t>
            </w:r>
            <w:proofErr w:type="gramEnd"/>
            <w:r>
              <w:rPr>
                <w:sz w:val="17"/>
                <w:lang w:eastAsia="zh-TW"/>
              </w:rPr>
              <w:t>再授權與供應商責任？能否移除來源、停止服務並保全紀錄？</w:t>
            </w:r>
          </w:p>
        </w:tc>
        <w:tc>
          <w:tcPr>
            <w:tcW w:w="2484" w:type="dxa"/>
            <w:tcMar>
              <w:top w:w="90" w:type="dxa"/>
              <w:left w:w="100" w:type="dxa"/>
              <w:bottom w:w="90" w:type="dxa"/>
              <w:right w:w="100" w:type="dxa"/>
            </w:tcMar>
            <w:vAlign w:val="center"/>
          </w:tcPr>
          <w:p w14:paraId="776AF387" w14:textId="77777777" w:rsidR="0084721C" w:rsidRDefault="009B07FB">
            <w:pPr>
              <w:spacing w:line="252" w:lineRule="auto"/>
              <w:rPr>
                <w:lang w:eastAsia="zh-TW"/>
              </w:rPr>
            </w:pPr>
            <w:r>
              <w:rPr>
                <w:sz w:val="17"/>
                <w:lang w:eastAsia="zh-TW"/>
              </w:rPr>
              <w:t>開源、公開可得或由供應商提供，即等於政府可自由利用。</w:t>
            </w:r>
          </w:p>
        </w:tc>
      </w:tr>
      <w:tr w:rsidR="0084721C" w14:paraId="5C6E67E5" w14:textId="77777777">
        <w:trPr>
          <w:jc w:val="center"/>
        </w:trPr>
        <w:tc>
          <w:tcPr>
            <w:tcW w:w="2484" w:type="dxa"/>
            <w:tcMar>
              <w:top w:w="90" w:type="dxa"/>
              <w:left w:w="100" w:type="dxa"/>
              <w:bottom w:w="90" w:type="dxa"/>
              <w:right w:w="100" w:type="dxa"/>
            </w:tcMar>
            <w:vAlign w:val="center"/>
          </w:tcPr>
          <w:p w14:paraId="6978A626" w14:textId="77777777" w:rsidR="0084721C" w:rsidRDefault="009B07FB">
            <w:pPr>
              <w:spacing w:line="252" w:lineRule="auto"/>
            </w:pPr>
            <w:proofErr w:type="spellStart"/>
            <w:r>
              <w:rPr>
                <w:sz w:val="17"/>
              </w:rPr>
              <w:t>高敏感技術合作事件</w:t>
            </w:r>
            <w:proofErr w:type="spellEnd"/>
          </w:p>
        </w:tc>
        <w:tc>
          <w:tcPr>
            <w:tcW w:w="2484" w:type="dxa"/>
            <w:tcMar>
              <w:top w:w="90" w:type="dxa"/>
              <w:left w:w="100" w:type="dxa"/>
              <w:bottom w:w="90" w:type="dxa"/>
              <w:right w:w="100" w:type="dxa"/>
            </w:tcMar>
            <w:vAlign w:val="center"/>
          </w:tcPr>
          <w:p w14:paraId="548AE110" w14:textId="77777777" w:rsidR="0084721C" w:rsidRDefault="009B07FB">
            <w:pPr>
              <w:spacing w:line="252" w:lineRule="auto"/>
              <w:rPr>
                <w:lang w:eastAsia="zh-TW"/>
              </w:rPr>
            </w:pPr>
            <w:r>
              <w:rPr>
                <w:sz w:val="17"/>
                <w:lang w:eastAsia="zh-TW"/>
              </w:rPr>
              <w:t>國防或關鍵技術</w:t>
            </w:r>
            <w:proofErr w:type="gramStart"/>
            <w:r>
              <w:rPr>
                <w:sz w:val="17"/>
                <w:lang w:eastAsia="zh-TW"/>
              </w:rPr>
              <w:t>共製中</w:t>
            </w:r>
            <w:proofErr w:type="gramEnd"/>
            <w:r>
              <w:rPr>
                <w:sz w:val="17"/>
                <w:lang w:eastAsia="zh-TW"/>
              </w:rPr>
              <w:t>，受用途限制的技術資料進入本地供應鏈、</w:t>
            </w:r>
            <w:proofErr w:type="gramStart"/>
            <w:r>
              <w:rPr>
                <w:sz w:val="17"/>
                <w:lang w:eastAsia="zh-TW"/>
              </w:rPr>
              <w:t>分包</w:t>
            </w:r>
            <w:proofErr w:type="gramEnd"/>
            <w:r>
              <w:rPr>
                <w:sz w:val="17"/>
                <w:lang w:eastAsia="zh-TW"/>
              </w:rPr>
              <w:t>或</w:t>
            </w:r>
            <w:r>
              <w:rPr>
                <w:sz w:val="17"/>
                <w:lang w:eastAsia="zh-TW"/>
              </w:rPr>
              <w:t>AI</w:t>
            </w:r>
            <w:r>
              <w:rPr>
                <w:sz w:val="17"/>
                <w:lang w:eastAsia="zh-TW"/>
              </w:rPr>
              <w:t>工具。</w:t>
            </w:r>
          </w:p>
        </w:tc>
        <w:tc>
          <w:tcPr>
            <w:tcW w:w="2484" w:type="dxa"/>
            <w:tcMar>
              <w:top w:w="90" w:type="dxa"/>
              <w:left w:w="100" w:type="dxa"/>
              <w:bottom w:w="90" w:type="dxa"/>
              <w:right w:w="100" w:type="dxa"/>
            </w:tcMar>
            <w:vAlign w:val="center"/>
          </w:tcPr>
          <w:p w14:paraId="6EE8F3CF" w14:textId="77777777" w:rsidR="0084721C" w:rsidRDefault="009B07FB">
            <w:pPr>
              <w:spacing w:line="252" w:lineRule="auto"/>
              <w:rPr>
                <w:lang w:eastAsia="zh-TW"/>
              </w:rPr>
            </w:pPr>
            <w:r>
              <w:rPr>
                <w:sz w:val="17"/>
                <w:lang w:eastAsia="zh-TW"/>
              </w:rPr>
              <w:t>能否在不可回復損害前控制用途、再移轉、分包、再出口與受控資料環境？</w:t>
            </w:r>
          </w:p>
        </w:tc>
        <w:tc>
          <w:tcPr>
            <w:tcW w:w="2484" w:type="dxa"/>
            <w:tcMar>
              <w:top w:w="90" w:type="dxa"/>
              <w:left w:w="100" w:type="dxa"/>
              <w:bottom w:w="90" w:type="dxa"/>
              <w:right w:w="100" w:type="dxa"/>
            </w:tcMar>
            <w:vAlign w:val="center"/>
          </w:tcPr>
          <w:p w14:paraId="79DE3399" w14:textId="77777777" w:rsidR="0084721C" w:rsidRDefault="009B07FB">
            <w:pPr>
              <w:spacing w:line="252" w:lineRule="auto"/>
              <w:rPr>
                <w:lang w:eastAsia="zh-TW"/>
              </w:rPr>
            </w:pPr>
            <w:r>
              <w:rPr>
                <w:sz w:val="17"/>
                <w:lang w:eastAsia="zh-TW"/>
              </w:rPr>
              <w:t>僅靠</w:t>
            </w:r>
            <w:r>
              <w:rPr>
                <w:sz w:val="17"/>
                <w:lang w:eastAsia="zh-TW"/>
              </w:rPr>
              <w:t>NDA</w:t>
            </w:r>
            <w:r>
              <w:rPr>
                <w:sz w:val="17"/>
                <w:lang w:eastAsia="zh-TW"/>
              </w:rPr>
              <w:t>、保密切結或事後仲裁即可防止不可回復的技術外流。</w:t>
            </w:r>
          </w:p>
        </w:tc>
      </w:tr>
    </w:tbl>
    <w:p w14:paraId="1294AB03" w14:textId="77777777" w:rsidR="0084721C" w:rsidRDefault="0084721C">
      <w:pPr>
        <w:spacing w:after="40"/>
        <w:rPr>
          <w:lang w:eastAsia="zh-TW"/>
        </w:rPr>
      </w:pPr>
    </w:p>
    <w:p w14:paraId="6C715E5D" w14:textId="77777777" w:rsidR="0084721C" w:rsidRDefault="009B07FB">
      <w:pPr>
        <w:spacing w:after="140" w:line="324" w:lineRule="auto"/>
        <w:rPr>
          <w:lang w:eastAsia="zh-TW"/>
        </w:rPr>
      </w:pPr>
      <w:r>
        <w:rPr>
          <w:b/>
          <w:sz w:val="26"/>
          <w:lang w:eastAsia="zh-TW"/>
        </w:rPr>
        <w:t>（二）情境</w:t>
      </w:r>
      <w:proofErr w:type="gramStart"/>
      <w:r>
        <w:rPr>
          <w:b/>
          <w:sz w:val="26"/>
          <w:lang w:eastAsia="zh-TW"/>
        </w:rPr>
        <w:t>一</w:t>
      </w:r>
      <w:proofErr w:type="gramEnd"/>
      <w:r>
        <w:rPr>
          <w:b/>
          <w:sz w:val="26"/>
          <w:lang w:eastAsia="zh-TW"/>
        </w:rPr>
        <w:t>：境外建築設計資料與公共投標</w:t>
      </w:r>
      <w:r>
        <w:rPr>
          <w:b/>
          <w:sz w:val="26"/>
          <w:lang w:eastAsia="zh-TW"/>
        </w:rPr>
        <w:t>RAG</w:t>
      </w:r>
    </w:p>
    <w:p w14:paraId="543E128A" w14:textId="77777777" w:rsidR="0084721C" w:rsidRDefault="009B07FB">
      <w:pPr>
        <w:spacing w:after="120" w:line="324" w:lineRule="auto"/>
        <w:rPr>
          <w:lang w:eastAsia="zh-TW"/>
        </w:rPr>
      </w:pPr>
      <w:r>
        <w:rPr>
          <w:lang w:eastAsia="zh-TW"/>
        </w:rPr>
        <w:t>某地方政府採購「</w:t>
      </w:r>
      <w:r>
        <w:rPr>
          <w:lang w:eastAsia="zh-TW"/>
        </w:rPr>
        <w:t>公共建築設計輔助</w:t>
      </w:r>
      <w:r>
        <w:rPr>
          <w:lang w:eastAsia="zh-TW"/>
        </w:rPr>
        <w:t>AI</w:t>
      </w:r>
      <w:r>
        <w:rPr>
          <w:lang w:eastAsia="zh-TW"/>
        </w:rPr>
        <w:t>」，資料來源包括境外知名建築師事務所公開於專業資料庫的設計圖說、說明書與案例研究。供應商將資料切塊、向量化，供評選委員會與承辦人檢索。數月後，境外事務所發現系統產出的設計說明與自家作品架構高度近似，且未標示來源，於是透過律師向機關提出異議，並同步知會原資料庫業者與所屬國家專業團體。</w:t>
      </w:r>
    </w:p>
    <w:p w14:paraId="6C5A229B" w14:textId="77777777" w:rsidR="0084721C" w:rsidRDefault="009B07FB">
      <w:pPr>
        <w:spacing w:after="120" w:line="324" w:lineRule="auto"/>
        <w:rPr>
          <w:lang w:eastAsia="zh-TW"/>
        </w:rPr>
      </w:pPr>
      <w:r>
        <w:rPr>
          <w:lang w:eastAsia="zh-TW"/>
        </w:rPr>
        <w:t>壓力測試發現的斷裂：</w:t>
      </w:r>
    </w:p>
    <w:p w14:paraId="58EE726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情境</w:t>
      </w:r>
      <w:proofErr w:type="gramStart"/>
      <w:r>
        <w:rPr>
          <w:lang w:eastAsia="zh-TW"/>
        </w:rPr>
        <w:t>建構</w:t>
      </w:r>
      <w:proofErr w:type="gramEnd"/>
      <w:r>
        <w:rPr>
          <w:lang w:eastAsia="zh-TW"/>
        </w:rPr>
        <w:t>鏈</w:t>
      </w:r>
      <w:r>
        <w:rPr>
          <w:lang w:eastAsia="zh-TW"/>
        </w:rPr>
        <w:t>**</w:t>
      </w:r>
      <w:r>
        <w:rPr>
          <w:lang w:eastAsia="zh-TW"/>
        </w:rPr>
        <w:t>：承辦人與供應商把「可瀏覽的專業資料庫」誤定義為「可供</w:t>
      </w:r>
      <w:r>
        <w:rPr>
          <w:lang w:eastAsia="zh-TW"/>
        </w:rPr>
        <w:t>RAG</w:t>
      </w:r>
      <w:r>
        <w:rPr>
          <w:lang w:eastAsia="zh-TW"/>
        </w:rPr>
        <w:t>與投標利用的公共設計靈感」。</w:t>
      </w:r>
    </w:p>
    <w:p w14:paraId="4EA8521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權威鏈</w:t>
      </w:r>
      <w:r>
        <w:rPr>
          <w:lang w:eastAsia="zh-TW"/>
        </w:rPr>
        <w:t>**</w:t>
      </w:r>
      <w:r>
        <w:rPr>
          <w:lang w:eastAsia="zh-TW"/>
        </w:rPr>
        <w:t>：資料庫授權條款多半只允許個人閱覽或非商業研究，未涵蓋政</w:t>
      </w:r>
      <w:r>
        <w:rPr>
          <w:lang w:eastAsia="zh-TW"/>
        </w:rPr>
        <w:t>府採購評選與</w:t>
      </w:r>
      <w:r>
        <w:rPr>
          <w:lang w:eastAsia="zh-TW"/>
        </w:rPr>
        <w:t>AI</w:t>
      </w:r>
      <w:r>
        <w:rPr>
          <w:lang w:eastAsia="zh-TW"/>
        </w:rPr>
        <w:t>改寫；機關無法指出誰有權決定此種使用。</w:t>
      </w:r>
    </w:p>
    <w:p w14:paraId="2A62AA7B"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理由鏈</w:t>
      </w:r>
      <w:r>
        <w:rPr>
          <w:lang w:eastAsia="zh-TW"/>
        </w:rPr>
        <w:t>**</w:t>
      </w:r>
      <w:r>
        <w:rPr>
          <w:lang w:eastAsia="zh-TW"/>
        </w:rPr>
        <w:t>：系統無法清楚說明哪些片段被檢索、如何影響最終評選；對外只能回答「資料公開可得」或「廠商保證無侵權」。</w:t>
      </w:r>
    </w:p>
    <w:p w14:paraId="2632EDE7"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責任鏈</w:t>
      </w:r>
      <w:r>
        <w:rPr>
          <w:lang w:eastAsia="zh-TW"/>
        </w:rPr>
        <w:t>**</w:t>
      </w:r>
      <w:r>
        <w:rPr>
          <w:lang w:eastAsia="zh-TW"/>
        </w:rPr>
        <w:t>：地方機關無力命令境外資料庫或次供應商停止；中央單位尚未被啟動，只能互相轉</w:t>
      </w:r>
      <w:proofErr w:type="gramStart"/>
      <w:r>
        <w:rPr>
          <w:lang w:eastAsia="zh-TW"/>
        </w:rPr>
        <w:t>介</w:t>
      </w:r>
      <w:proofErr w:type="gramEnd"/>
      <w:r>
        <w:rPr>
          <w:lang w:eastAsia="zh-TW"/>
        </w:rPr>
        <w:t>。</w:t>
      </w:r>
    </w:p>
    <w:p w14:paraId="0ADD79C2" w14:textId="77777777" w:rsidR="0084721C" w:rsidRDefault="009B07FB">
      <w:pPr>
        <w:spacing w:after="120" w:line="324" w:lineRule="auto"/>
        <w:rPr>
          <w:lang w:eastAsia="zh-TW"/>
        </w:rPr>
      </w:pPr>
      <w:r>
        <w:rPr>
          <w:lang w:eastAsia="zh-TW"/>
        </w:rPr>
        <w:t>此案例顯示：即使最終法院認定不構成侵權，政府已因無法提出事前證據而失去說明能力。預防性暫停（停止</w:t>
      </w:r>
      <w:r>
        <w:rPr>
          <w:lang w:eastAsia="zh-TW"/>
        </w:rPr>
        <w:t>RAG</w:t>
      </w:r>
      <w:r>
        <w:rPr>
          <w:lang w:eastAsia="zh-TW"/>
        </w:rPr>
        <w:t>檢索、暫停採納該來源、保全評選紀錄）若有契約依據，至少能在爭議期間避免損害擴大。</w:t>
      </w:r>
    </w:p>
    <w:p w14:paraId="6D94BBD9" w14:textId="77777777" w:rsidR="0084721C" w:rsidRDefault="009B07FB">
      <w:pPr>
        <w:spacing w:after="140" w:line="324" w:lineRule="auto"/>
        <w:rPr>
          <w:lang w:eastAsia="zh-TW"/>
        </w:rPr>
      </w:pPr>
      <w:r>
        <w:rPr>
          <w:b/>
          <w:sz w:val="26"/>
          <w:lang w:eastAsia="zh-TW"/>
        </w:rPr>
        <w:t>（三）情境二：跨境模型、資料集與</w:t>
      </w:r>
      <w:r>
        <w:rPr>
          <w:b/>
          <w:sz w:val="26"/>
          <w:lang w:eastAsia="zh-TW"/>
        </w:rPr>
        <w:t>API</w:t>
      </w:r>
      <w:r>
        <w:rPr>
          <w:b/>
          <w:sz w:val="26"/>
          <w:lang w:eastAsia="zh-TW"/>
        </w:rPr>
        <w:t>的權利來源洗淡</w:t>
      </w:r>
    </w:p>
    <w:p w14:paraId="7DF772C2" w14:textId="77777777" w:rsidR="0084721C" w:rsidRDefault="009B07FB">
      <w:pPr>
        <w:spacing w:after="120" w:line="324" w:lineRule="auto"/>
        <w:rPr>
          <w:lang w:eastAsia="zh-TW"/>
        </w:rPr>
      </w:pPr>
      <w:r>
        <w:rPr>
          <w:lang w:eastAsia="zh-TW"/>
        </w:rPr>
        <w:lastRenderedPageBreak/>
        <w:t>某中央機關採購「政策研究與公共問答</w:t>
      </w:r>
      <w:r>
        <w:rPr>
          <w:lang w:eastAsia="zh-TW"/>
        </w:rPr>
        <w:t>AI</w:t>
      </w:r>
      <w:r>
        <w:rPr>
          <w:lang w:eastAsia="zh-TW"/>
        </w:rPr>
        <w:t>助理」，後端使用境外開源微調模型與第三方</w:t>
      </w:r>
      <w:r>
        <w:rPr>
          <w:lang w:eastAsia="zh-TW"/>
        </w:rPr>
        <w:t>API</w:t>
      </w:r>
      <w:r>
        <w:rPr>
          <w:lang w:eastAsia="zh-TW"/>
        </w:rPr>
        <w:t>。原始訓練或檢索資料經</w:t>
      </w:r>
      <w:proofErr w:type="gramStart"/>
      <w:r>
        <w:rPr>
          <w:lang w:eastAsia="zh-TW"/>
        </w:rPr>
        <w:t>多次爬取</w:t>
      </w:r>
      <w:proofErr w:type="gramEnd"/>
      <w:r>
        <w:rPr>
          <w:lang w:eastAsia="zh-TW"/>
        </w:rPr>
        <w:t>、彙整、蒸餾與再包裝，原始授權條件已無法追溯。境外權利人（或權利人團體）主張其作品被用於訓練或檢索，要求臺灣政府說明與停止。</w:t>
      </w:r>
    </w:p>
    <w:p w14:paraId="18FA714B" w14:textId="77777777" w:rsidR="0084721C" w:rsidRDefault="009B07FB">
      <w:pPr>
        <w:spacing w:after="120" w:line="324" w:lineRule="auto"/>
        <w:rPr>
          <w:lang w:eastAsia="zh-TW"/>
        </w:rPr>
      </w:pPr>
      <w:r>
        <w:rPr>
          <w:lang w:eastAsia="zh-TW"/>
        </w:rPr>
        <w:t>此處「權利</w:t>
      </w:r>
      <w:proofErr w:type="gramStart"/>
      <w:r>
        <w:rPr>
          <w:lang w:eastAsia="zh-TW"/>
        </w:rPr>
        <w:t>來源洗淡</w:t>
      </w:r>
      <w:proofErr w:type="gramEnd"/>
      <w:r>
        <w:rPr>
          <w:lang w:eastAsia="zh-TW"/>
        </w:rPr>
        <w:t>」風險最為明顯：每多一層技術轉手，原始授權條件就更難被追溯一次。若機關以「開源模型」「供應商提供」為由不再追問，原始作者的權利與政府的說明能力同時</w:t>
      </w:r>
      <w:proofErr w:type="gramStart"/>
      <w:r>
        <w:rPr>
          <w:lang w:eastAsia="zh-TW"/>
        </w:rPr>
        <w:t>被洗淡</w:t>
      </w:r>
      <w:proofErr w:type="gramEnd"/>
      <w:r>
        <w:rPr>
          <w:lang w:eastAsia="zh-TW"/>
        </w:rPr>
        <w:t>。</w:t>
      </w:r>
    </w:p>
    <w:p w14:paraId="5AD9049D" w14:textId="77777777" w:rsidR="0084721C" w:rsidRDefault="009B07FB">
      <w:pPr>
        <w:spacing w:after="120" w:line="324" w:lineRule="auto"/>
        <w:rPr>
          <w:lang w:eastAsia="zh-TW"/>
        </w:rPr>
      </w:pPr>
      <w:r>
        <w:rPr>
          <w:lang w:eastAsia="zh-TW"/>
        </w:rPr>
        <w:t>壓力測試重點在於：政府能否要求供應商交付可查核的權利來源證據包（法域、資料流、再授權、分包、部署</w:t>
      </w:r>
      <w:r>
        <w:rPr>
          <w:lang w:eastAsia="zh-TW"/>
        </w:rPr>
        <w:t>地、可移除能力）？若不能，則即使技術上可停止服務，也無法向境外權利人證明「我們曾努力確認權利」。</w:t>
      </w:r>
    </w:p>
    <w:p w14:paraId="5292E7FB" w14:textId="77777777" w:rsidR="0084721C" w:rsidRDefault="009B07FB">
      <w:pPr>
        <w:spacing w:after="140" w:line="324" w:lineRule="auto"/>
        <w:rPr>
          <w:lang w:eastAsia="zh-TW"/>
        </w:rPr>
      </w:pPr>
      <w:r>
        <w:rPr>
          <w:b/>
          <w:sz w:val="26"/>
          <w:lang w:eastAsia="zh-TW"/>
        </w:rPr>
        <w:t>（四）情境三（邊界驗證）：高敏感技術合作與供應鏈使用範圍失控</w:t>
      </w:r>
    </w:p>
    <w:p w14:paraId="68DA6611" w14:textId="77777777" w:rsidR="0084721C" w:rsidRDefault="009B07FB">
      <w:pPr>
        <w:spacing w:after="120" w:line="324" w:lineRule="auto"/>
        <w:rPr>
          <w:lang w:eastAsia="zh-TW"/>
        </w:rPr>
      </w:pPr>
      <w:r>
        <w:rPr>
          <w:lang w:eastAsia="zh-TW"/>
        </w:rPr>
        <w:t>在國防或關鍵技術</w:t>
      </w:r>
      <w:proofErr w:type="gramStart"/>
      <w:r>
        <w:rPr>
          <w:lang w:eastAsia="zh-TW"/>
        </w:rPr>
        <w:t>共製案</w:t>
      </w:r>
      <w:proofErr w:type="gramEnd"/>
      <w:r>
        <w:rPr>
          <w:lang w:eastAsia="zh-TW"/>
        </w:rPr>
        <w:t>中，外國技術</w:t>
      </w:r>
      <w:proofErr w:type="gramStart"/>
      <w:r>
        <w:rPr>
          <w:lang w:eastAsia="zh-TW"/>
        </w:rPr>
        <w:t>資料依技</w:t>
      </w:r>
      <w:proofErr w:type="gramEnd"/>
      <w:r>
        <w:rPr>
          <w:lang w:eastAsia="zh-TW"/>
        </w:rPr>
        <w:t>轉、保密、用途限制或出口管制條件進入本地供應鏈、分包商或</w:t>
      </w:r>
      <w:r>
        <w:rPr>
          <w:lang w:eastAsia="zh-TW"/>
        </w:rPr>
        <w:t>AI</w:t>
      </w:r>
      <w:r>
        <w:rPr>
          <w:lang w:eastAsia="zh-TW"/>
        </w:rPr>
        <w:t>輔助設計工具。風險核心不再是著作權是否被重製，而是受控資料是否被超出目的使用、交予未獲核准者、再移轉、再出口，或輸入未被允許的訓練、檢索或雲端環境。一旦輸出國政府或原技術供應商提出異議，技術外流與合作關係破裂可能已不可回復。</w:t>
      </w:r>
    </w:p>
    <w:p w14:paraId="1D8A8ADF" w14:textId="77777777" w:rsidR="0084721C" w:rsidRDefault="009B07FB">
      <w:pPr>
        <w:spacing w:after="120" w:line="324" w:lineRule="auto"/>
        <w:rPr>
          <w:lang w:eastAsia="zh-TW"/>
        </w:rPr>
      </w:pPr>
      <w:r>
        <w:rPr>
          <w:lang w:eastAsia="zh-TW"/>
        </w:rPr>
        <w:t>此案例因此不是第一、二案</w:t>
      </w:r>
      <w:r>
        <w:rPr>
          <w:lang w:eastAsia="zh-TW"/>
        </w:rPr>
        <w:t>的「高風險著作權版」。它檢驗的是：目的機關、主承包商與分包商能否在用途限制被突破前，隔離受控資料、停止未授權存取、保全交付及存取紀錄，並依既有保密、</w:t>
      </w:r>
      <w:proofErr w:type="gramStart"/>
      <w:r>
        <w:rPr>
          <w:lang w:eastAsia="zh-TW"/>
        </w:rPr>
        <w:t>資安</w:t>
      </w:r>
      <w:proofErr w:type="gramEnd"/>
      <w:r>
        <w:rPr>
          <w:lang w:eastAsia="zh-TW"/>
        </w:rPr>
        <w:t>、採購與出口管制程序升級。民事救濟即使存在，亦不足以回復全部後果。</w:t>
      </w:r>
    </w:p>
    <w:p w14:paraId="66FE47AE" w14:textId="77777777" w:rsidR="0084721C" w:rsidRDefault="009B07FB">
      <w:pPr>
        <w:spacing w:after="100" w:line="324" w:lineRule="auto"/>
        <w:rPr>
          <w:lang w:eastAsia="zh-TW"/>
        </w:rPr>
      </w:pPr>
      <w:r>
        <w:rPr>
          <w:b/>
          <w:sz w:val="23"/>
          <w:lang w:eastAsia="zh-TW"/>
        </w:rPr>
        <w:t>接觸不等於利用：智財與契約法的共同界線</w:t>
      </w:r>
    </w:p>
    <w:p w14:paraId="4410C0AB" w14:textId="77777777" w:rsidR="0084721C" w:rsidRDefault="009B07FB">
      <w:pPr>
        <w:spacing w:after="120" w:line="324" w:lineRule="auto"/>
        <w:rPr>
          <w:lang w:eastAsia="zh-TW"/>
        </w:rPr>
      </w:pPr>
      <w:r>
        <w:rPr>
          <w:lang w:eastAsia="zh-TW"/>
        </w:rPr>
        <w:t>本篇所稱「接觸權不等於利用權」，不是創造新的智慧財產權概念，而是區分三種不同法律效果。在著作權爭議中，能證明接觸特定作品，可能是個案判斷是否存在接觸事實的材料之</w:t>
      </w:r>
      <w:proofErr w:type="gramStart"/>
      <w:r>
        <w:rPr>
          <w:lang w:eastAsia="zh-TW"/>
        </w:rPr>
        <w:t>一</w:t>
      </w:r>
      <w:proofErr w:type="gramEnd"/>
      <w:r>
        <w:rPr>
          <w:lang w:eastAsia="zh-TW"/>
        </w:rPr>
        <w:t>；它本身不等於取得重製、改作、公開傳輸或其他利用的授權。在營業秘密或敏感技術合作中，受控環</w:t>
      </w:r>
      <w:r>
        <w:rPr>
          <w:lang w:eastAsia="zh-TW"/>
        </w:rPr>
        <w:t>境下的接觸通常更可能附帶保密、用途、受讓人與再移轉限制；它不能被推定為可拆解、改良、分包、再出口或輸入</w:t>
      </w:r>
      <w:r>
        <w:rPr>
          <w:lang w:eastAsia="zh-TW"/>
        </w:rPr>
        <w:t>AI</w:t>
      </w:r>
      <w:r>
        <w:rPr>
          <w:lang w:eastAsia="zh-TW"/>
        </w:rPr>
        <w:t>的權利。至於契約關係，帳號、資料庫、</w:t>
      </w:r>
      <w:r>
        <w:rPr>
          <w:lang w:eastAsia="zh-TW"/>
        </w:rPr>
        <w:t>NDA</w:t>
      </w:r>
      <w:r>
        <w:rPr>
          <w:lang w:eastAsia="zh-TW"/>
        </w:rPr>
        <w:t>、技轉</w:t>
      </w:r>
      <w:proofErr w:type="gramStart"/>
      <w:r>
        <w:rPr>
          <w:lang w:eastAsia="zh-TW"/>
        </w:rPr>
        <w:t>或共製安排</w:t>
      </w:r>
      <w:proofErr w:type="gramEnd"/>
      <w:r>
        <w:rPr>
          <w:lang w:eastAsia="zh-TW"/>
        </w:rPr>
        <w:t>所允許的閱覽、研究、測試或維修範圍，亦不當然涵蓋切塊、向量化、</w:t>
      </w:r>
      <w:r>
        <w:rPr>
          <w:lang w:eastAsia="zh-TW"/>
        </w:rPr>
        <w:t>RAG</w:t>
      </w:r>
      <w:r>
        <w:rPr>
          <w:lang w:eastAsia="zh-TW"/>
        </w:rPr>
        <w:t>檢索、微調、模型訓練或對外公共服務。</w:t>
      </w:r>
    </w:p>
    <w:p w14:paraId="51BC2D85" w14:textId="77777777" w:rsidR="0084721C" w:rsidRDefault="009B07FB">
      <w:pPr>
        <w:spacing w:after="120" w:line="324" w:lineRule="auto"/>
        <w:rPr>
          <w:lang w:eastAsia="zh-TW"/>
        </w:rPr>
      </w:pPr>
      <w:r>
        <w:rPr>
          <w:lang w:eastAsia="zh-TW"/>
        </w:rPr>
        <w:lastRenderedPageBreak/>
        <w:t>因此，政府</w:t>
      </w:r>
      <w:r>
        <w:rPr>
          <w:lang w:eastAsia="zh-TW"/>
        </w:rPr>
        <w:t>AI</w:t>
      </w:r>
      <w:r>
        <w:rPr>
          <w:lang w:eastAsia="zh-TW"/>
        </w:rPr>
        <w:t>採購必須把「是否接觸得到」改寫</w:t>
      </w:r>
      <w:proofErr w:type="gramStart"/>
      <w:r>
        <w:rPr>
          <w:lang w:eastAsia="zh-TW"/>
        </w:rPr>
        <w:t>為可逐項</w:t>
      </w:r>
      <w:proofErr w:type="gramEnd"/>
      <w:r>
        <w:rPr>
          <w:lang w:eastAsia="zh-TW"/>
        </w:rPr>
        <w:t>驗證的問題：誰授予何種利用、可以由誰處理、用於何種目的、交給何種次處理者、保存於何處、何時必須停止。這正是第十八篇四級授權與</w:t>
      </w:r>
      <w:proofErr w:type="gramStart"/>
      <w:r>
        <w:rPr>
          <w:lang w:eastAsia="zh-TW"/>
        </w:rPr>
        <w:t>第十九篇跨境</w:t>
      </w:r>
      <w:proofErr w:type="gramEnd"/>
      <w:r>
        <w:rPr>
          <w:lang w:eastAsia="zh-TW"/>
        </w:rPr>
        <w:t>證據包的銜接點。</w:t>
      </w:r>
    </w:p>
    <w:p w14:paraId="3B2B3982" w14:textId="77777777" w:rsidR="0084721C" w:rsidRDefault="009B07FB">
      <w:pPr>
        <w:spacing w:after="40" w:line="324" w:lineRule="auto"/>
        <w:jc w:val="center"/>
        <w:rPr>
          <w:lang w:eastAsia="zh-TW"/>
        </w:rPr>
      </w:pPr>
      <w:r>
        <w:rPr>
          <w:b/>
          <w:sz w:val="36"/>
          <w:lang w:eastAsia="zh-TW"/>
        </w:rPr>
        <w:t>表：兩種國際事件的異質案例比較（摘要</w:t>
      </w:r>
      <w:r>
        <w:rPr>
          <w:b/>
          <w:sz w:val="36"/>
          <w:lang w:eastAsia="zh-TW"/>
        </w:rPr>
        <w:t>）</w:t>
      </w:r>
    </w:p>
    <w:tbl>
      <w:tblPr>
        <w:tblStyle w:val="TableGrid"/>
        <w:tblW w:w="0" w:type="auto"/>
        <w:jc w:val="center"/>
        <w:tblLook w:val="04A0" w:firstRow="1" w:lastRow="0" w:firstColumn="1" w:lastColumn="0" w:noHBand="0" w:noVBand="1"/>
      </w:tblPr>
      <w:tblGrid>
        <w:gridCol w:w="3312"/>
        <w:gridCol w:w="3312"/>
        <w:gridCol w:w="3312"/>
      </w:tblGrid>
      <w:tr w:rsidR="0084721C" w14:paraId="2C12E347" w14:textId="77777777">
        <w:trPr>
          <w:jc w:val="center"/>
        </w:trPr>
        <w:tc>
          <w:tcPr>
            <w:tcW w:w="3312" w:type="dxa"/>
            <w:shd w:val="clear" w:color="auto" w:fill="DCE6F2"/>
            <w:tcMar>
              <w:top w:w="90" w:type="dxa"/>
              <w:left w:w="100" w:type="dxa"/>
              <w:bottom w:w="90" w:type="dxa"/>
              <w:right w:w="100" w:type="dxa"/>
            </w:tcMar>
            <w:vAlign w:val="center"/>
          </w:tcPr>
          <w:p w14:paraId="044A032D" w14:textId="77777777" w:rsidR="0084721C" w:rsidRDefault="009B07FB">
            <w:pPr>
              <w:spacing w:line="252" w:lineRule="auto"/>
            </w:pPr>
            <w:proofErr w:type="spellStart"/>
            <w:r>
              <w:rPr>
                <w:b/>
                <w:sz w:val="17"/>
              </w:rPr>
              <w:t>比較項目</w:t>
            </w:r>
            <w:proofErr w:type="spellEnd"/>
          </w:p>
        </w:tc>
        <w:tc>
          <w:tcPr>
            <w:tcW w:w="3312" w:type="dxa"/>
            <w:shd w:val="clear" w:color="auto" w:fill="DCE6F2"/>
            <w:tcMar>
              <w:top w:w="90" w:type="dxa"/>
              <w:left w:w="100" w:type="dxa"/>
              <w:bottom w:w="90" w:type="dxa"/>
              <w:right w:w="100" w:type="dxa"/>
            </w:tcMar>
            <w:vAlign w:val="center"/>
          </w:tcPr>
          <w:p w14:paraId="26688BBF" w14:textId="77777777" w:rsidR="0084721C" w:rsidRDefault="009B07FB">
            <w:pPr>
              <w:spacing w:line="252" w:lineRule="auto"/>
              <w:rPr>
                <w:lang w:eastAsia="zh-TW"/>
              </w:rPr>
            </w:pPr>
            <w:r>
              <w:rPr>
                <w:b/>
                <w:sz w:val="17"/>
                <w:lang w:eastAsia="zh-TW"/>
              </w:rPr>
              <w:t>國際建築師</w:t>
            </w:r>
            <w:r>
              <w:rPr>
                <w:b/>
                <w:sz w:val="17"/>
                <w:lang w:eastAsia="zh-TW"/>
              </w:rPr>
              <w:t>RAG</w:t>
            </w:r>
            <w:r>
              <w:rPr>
                <w:b/>
                <w:sz w:val="17"/>
                <w:lang w:eastAsia="zh-TW"/>
              </w:rPr>
              <w:t>投標案</w:t>
            </w:r>
          </w:p>
        </w:tc>
        <w:tc>
          <w:tcPr>
            <w:tcW w:w="3312" w:type="dxa"/>
            <w:shd w:val="clear" w:color="auto" w:fill="DCE6F2"/>
            <w:tcMar>
              <w:top w:w="90" w:type="dxa"/>
              <w:left w:w="100" w:type="dxa"/>
              <w:bottom w:w="90" w:type="dxa"/>
              <w:right w:w="100" w:type="dxa"/>
            </w:tcMar>
            <w:vAlign w:val="center"/>
          </w:tcPr>
          <w:p w14:paraId="13C5F349" w14:textId="77777777" w:rsidR="0084721C" w:rsidRDefault="009B07FB">
            <w:pPr>
              <w:spacing w:line="252" w:lineRule="auto"/>
              <w:rPr>
                <w:lang w:eastAsia="zh-TW"/>
              </w:rPr>
            </w:pPr>
            <w:proofErr w:type="gramStart"/>
            <w:r>
              <w:rPr>
                <w:b/>
                <w:sz w:val="17"/>
                <w:lang w:eastAsia="zh-TW"/>
              </w:rPr>
              <w:t>國防共製與</w:t>
            </w:r>
            <w:proofErr w:type="gramEnd"/>
            <w:r>
              <w:rPr>
                <w:b/>
                <w:sz w:val="17"/>
                <w:lang w:eastAsia="zh-TW"/>
              </w:rPr>
              <w:t>無人機技術案</w:t>
            </w:r>
          </w:p>
        </w:tc>
      </w:tr>
      <w:tr w:rsidR="0084721C" w14:paraId="5501DA9E" w14:textId="77777777">
        <w:trPr>
          <w:jc w:val="center"/>
        </w:trPr>
        <w:tc>
          <w:tcPr>
            <w:tcW w:w="3312" w:type="dxa"/>
            <w:tcMar>
              <w:top w:w="90" w:type="dxa"/>
              <w:left w:w="100" w:type="dxa"/>
              <w:bottom w:w="90" w:type="dxa"/>
              <w:right w:w="100" w:type="dxa"/>
            </w:tcMar>
            <w:vAlign w:val="center"/>
          </w:tcPr>
          <w:p w14:paraId="6BA5F7A0" w14:textId="77777777" w:rsidR="0084721C" w:rsidRDefault="009B07FB">
            <w:pPr>
              <w:spacing w:line="252" w:lineRule="auto"/>
            </w:pPr>
            <w:proofErr w:type="spellStart"/>
            <w:r>
              <w:rPr>
                <w:sz w:val="17"/>
              </w:rPr>
              <w:t>主要權利</w:t>
            </w:r>
            <w:proofErr w:type="spellEnd"/>
          </w:p>
        </w:tc>
        <w:tc>
          <w:tcPr>
            <w:tcW w:w="3312" w:type="dxa"/>
            <w:tcMar>
              <w:top w:w="90" w:type="dxa"/>
              <w:left w:w="100" w:type="dxa"/>
              <w:bottom w:w="90" w:type="dxa"/>
              <w:right w:w="100" w:type="dxa"/>
            </w:tcMar>
            <w:vAlign w:val="center"/>
          </w:tcPr>
          <w:p w14:paraId="5919B759" w14:textId="77777777" w:rsidR="0084721C" w:rsidRDefault="009B07FB">
            <w:pPr>
              <w:spacing w:line="252" w:lineRule="auto"/>
              <w:rPr>
                <w:lang w:eastAsia="zh-TW"/>
              </w:rPr>
            </w:pPr>
            <w:r>
              <w:rPr>
                <w:sz w:val="17"/>
                <w:lang w:eastAsia="zh-TW"/>
              </w:rPr>
              <w:t>著作權、資料庫契約、可能的人格權</w:t>
            </w:r>
          </w:p>
        </w:tc>
        <w:tc>
          <w:tcPr>
            <w:tcW w:w="3312" w:type="dxa"/>
            <w:tcMar>
              <w:top w:w="90" w:type="dxa"/>
              <w:left w:w="100" w:type="dxa"/>
              <w:bottom w:w="90" w:type="dxa"/>
              <w:right w:w="100" w:type="dxa"/>
            </w:tcMar>
            <w:vAlign w:val="center"/>
          </w:tcPr>
          <w:p w14:paraId="4A9BC5D8" w14:textId="77777777" w:rsidR="0084721C" w:rsidRDefault="009B07FB">
            <w:pPr>
              <w:spacing w:line="252" w:lineRule="auto"/>
              <w:rPr>
                <w:lang w:eastAsia="zh-TW"/>
              </w:rPr>
            </w:pPr>
            <w:r>
              <w:rPr>
                <w:sz w:val="17"/>
                <w:lang w:eastAsia="zh-TW"/>
              </w:rPr>
              <w:t>專利、著作權、營業秘密、技術授權、機密與出口管制</w:t>
            </w:r>
          </w:p>
        </w:tc>
      </w:tr>
      <w:tr w:rsidR="0084721C" w14:paraId="734AC76E" w14:textId="77777777">
        <w:trPr>
          <w:jc w:val="center"/>
        </w:trPr>
        <w:tc>
          <w:tcPr>
            <w:tcW w:w="3312" w:type="dxa"/>
            <w:tcMar>
              <w:top w:w="90" w:type="dxa"/>
              <w:left w:w="100" w:type="dxa"/>
              <w:bottom w:w="90" w:type="dxa"/>
              <w:right w:w="100" w:type="dxa"/>
            </w:tcMar>
            <w:vAlign w:val="center"/>
          </w:tcPr>
          <w:p w14:paraId="432CAF7F" w14:textId="77777777" w:rsidR="0084721C" w:rsidRDefault="009B07FB">
            <w:pPr>
              <w:spacing w:line="252" w:lineRule="auto"/>
            </w:pPr>
            <w:proofErr w:type="spellStart"/>
            <w:r>
              <w:rPr>
                <w:sz w:val="17"/>
              </w:rPr>
              <w:t>最常見錯誤</w:t>
            </w:r>
            <w:proofErr w:type="spellEnd"/>
          </w:p>
        </w:tc>
        <w:tc>
          <w:tcPr>
            <w:tcW w:w="3312" w:type="dxa"/>
            <w:tcMar>
              <w:top w:w="90" w:type="dxa"/>
              <w:left w:w="100" w:type="dxa"/>
              <w:bottom w:w="90" w:type="dxa"/>
              <w:right w:w="100" w:type="dxa"/>
            </w:tcMar>
            <w:vAlign w:val="center"/>
          </w:tcPr>
          <w:p w14:paraId="24557BA5" w14:textId="77777777" w:rsidR="0084721C" w:rsidRDefault="009B07FB">
            <w:pPr>
              <w:spacing w:line="252" w:lineRule="auto"/>
              <w:rPr>
                <w:lang w:eastAsia="zh-TW"/>
              </w:rPr>
            </w:pPr>
            <w:r>
              <w:rPr>
                <w:sz w:val="17"/>
                <w:lang w:eastAsia="zh-TW"/>
              </w:rPr>
              <w:t>把「可瀏覽」當成「可供</w:t>
            </w:r>
            <w:r>
              <w:rPr>
                <w:sz w:val="17"/>
                <w:lang w:eastAsia="zh-TW"/>
              </w:rPr>
              <w:t>RAG</w:t>
            </w:r>
            <w:r>
              <w:rPr>
                <w:sz w:val="17"/>
                <w:lang w:eastAsia="zh-TW"/>
              </w:rPr>
              <w:t>與投標利用」</w:t>
            </w:r>
          </w:p>
        </w:tc>
        <w:tc>
          <w:tcPr>
            <w:tcW w:w="3312" w:type="dxa"/>
            <w:tcMar>
              <w:top w:w="90" w:type="dxa"/>
              <w:left w:w="100" w:type="dxa"/>
              <w:bottom w:w="90" w:type="dxa"/>
              <w:right w:w="100" w:type="dxa"/>
            </w:tcMar>
            <w:vAlign w:val="center"/>
          </w:tcPr>
          <w:p w14:paraId="7E7540FB" w14:textId="77777777" w:rsidR="0084721C" w:rsidRDefault="009B07FB">
            <w:pPr>
              <w:spacing w:line="252" w:lineRule="auto"/>
              <w:rPr>
                <w:lang w:eastAsia="zh-TW"/>
              </w:rPr>
            </w:pPr>
            <w:r>
              <w:rPr>
                <w:sz w:val="17"/>
                <w:lang w:eastAsia="zh-TW"/>
              </w:rPr>
              <w:t>把「可接觸／</w:t>
            </w:r>
            <w:proofErr w:type="gramStart"/>
            <w:r>
              <w:rPr>
                <w:sz w:val="17"/>
                <w:lang w:eastAsia="zh-TW"/>
              </w:rPr>
              <w:t>可共製</w:t>
            </w:r>
            <w:proofErr w:type="gramEnd"/>
            <w:r>
              <w:rPr>
                <w:sz w:val="17"/>
                <w:lang w:eastAsia="zh-TW"/>
              </w:rPr>
              <w:t>」當成「可拆解、改良、</w:t>
            </w:r>
            <w:proofErr w:type="gramStart"/>
            <w:r>
              <w:rPr>
                <w:sz w:val="17"/>
                <w:lang w:eastAsia="zh-TW"/>
              </w:rPr>
              <w:t>轉給次供應</w:t>
            </w:r>
            <w:proofErr w:type="gramEnd"/>
            <w:r>
              <w:rPr>
                <w:sz w:val="17"/>
                <w:lang w:eastAsia="zh-TW"/>
              </w:rPr>
              <w:t>商或輸入</w:t>
            </w:r>
            <w:r>
              <w:rPr>
                <w:sz w:val="17"/>
                <w:lang w:eastAsia="zh-TW"/>
              </w:rPr>
              <w:t>AI</w:t>
            </w:r>
            <w:r>
              <w:rPr>
                <w:sz w:val="17"/>
                <w:lang w:eastAsia="zh-TW"/>
              </w:rPr>
              <w:t>」</w:t>
            </w:r>
          </w:p>
        </w:tc>
      </w:tr>
      <w:tr w:rsidR="0084721C" w14:paraId="642E6CB3" w14:textId="77777777">
        <w:trPr>
          <w:jc w:val="center"/>
        </w:trPr>
        <w:tc>
          <w:tcPr>
            <w:tcW w:w="3312" w:type="dxa"/>
            <w:tcMar>
              <w:top w:w="90" w:type="dxa"/>
              <w:left w:w="100" w:type="dxa"/>
              <w:bottom w:w="90" w:type="dxa"/>
              <w:right w:w="100" w:type="dxa"/>
            </w:tcMar>
            <w:vAlign w:val="center"/>
          </w:tcPr>
          <w:p w14:paraId="16D1B6AF" w14:textId="77777777" w:rsidR="0084721C" w:rsidRDefault="009B07FB">
            <w:pPr>
              <w:spacing w:line="252" w:lineRule="auto"/>
            </w:pPr>
            <w:proofErr w:type="spellStart"/>
            <w:r>
              <w:rPr>
                <w:sz w:val="17"/>
              </w:rPr>
              <w:t>先期停止</w:t>
            </w:r>
            <w:proofErr w:type="spellEnd"/>
          </w:p>
        </w:tc>
        <w:tc>
          <w:tcPr>
            <w:tcW w:w="3312" w:type="dxa"/>
            <w:tcMar>
              <w:top w:w="90" w:type="dxa"/>
              <w:left w:w="100" w:type="dxa"/>
              <w:bottom w:w="90" w:type="dxa"/>
              <w:right w:w="100" w:type="dxa"/>
            </w:tcMar>
            <w:vAlign w:val="center"/>
          </w:tcPr>
          <w:p w14:paraId="065A0476" w14:textId="77777777" w:rsidR="0084721C" w:rsidRDefault="009B07FB">
            <w:pPr>
              <w:spacing w:line="252" w:lineRule="auto"/>
              <w:rPr>
                <w:lang w:eastAsia="zh-TW"/>
              </w:rPr>
            </w:pPr>
            <w:r>
              <w:rPr>
                <w:sz w:val="17"/>
                <w:lang w:eastAsia="zh-TW"/>
              </w:rPr>
              <w:t>停止</w:t>
            </w:r>
            <w:r>
              <w:rPr>
                <w:sz w:val="17"/>
                <w:lang w:eastAsia="zh-TW"/>
              </w:rPr>
              <w:t>RAG</w:t>
            </w:r>
            <w:r>
              <w:rPr>
                <w:sz w:val="17"/>
                <w:lang w:eastAsia="zh-TW"/>
              </w:rPr>
              <w:t>檢索、暫停採納、保全評選紀錄</w:t>
            </w:r>
          </w:p>
        </w:tc>
        <w:tc>
          <w:tcPr>
            <w:tcW w:w="3312" w:type="dxa"/>
            <w:tcMar>
              <w:top w:w="90" w:type="dxa"/>
              <w:left w:w="100" w:type="dxa"/>
              <w:bottom w:w="90" w:type="dxa"/>
              <w:right w:w="100" w:type="dxa"/>
            </w:tcMar>
            <w:vAlign w:val="center"/>
          </w:tcPr>
          <w:p w14:paraId="4669CEC6" w14:textId="77777777" w:rsidR="0084721C" w:rsidRDefault="009B07FB">
            <w:pPr>
              <w:spacing w:line="252" w:lineRule="auto"/>
              <w:rPr>
                <w:lang w:eastAsia="zh-TW"/>
              </w:rPr>
            </w:pPr>
            <w:r>
              <w:rPr>
                <w:sz w:val="17"/>
                <w:lang w:eastAsia="zh-TW"/>
              </w:rPr>
              <w:t>隔離資料、停止分包／製造／系統存取，啟動機密</w:t>
            </w:r>
            <w:proofErr w:type="gramStart"/>
            <w:r>
              <w:rPr>
                <w:sz w:val="17"/>
                <w:lang w:eastAsia="zh-TW"/>
              </w:rPr>
              <w:t>與資安事件</w:t>
            </w:r>
            <w:proofErr w:type="gramEnd"/>
            <w:r>
              <w:rPr>
                <w:sz w:val="17"/>
                <w:lang w:eastAsia="zh-TW"/>
              </w:rPr>
              <w:t>程序</w:t>
            </w:r>
          </w:p>
        </w:tc>
      </w:tr>
      <w:tr w:rsidR="0084721C" w14:paraId="3E379EEC" w14:textId="77777777">
        <w:trPr>
          <w:jc w:val="center"/>
        </w:trPr>
        <w:tc>
          <w:tcPr>
            <w:tcW w:w="3312" w:type="dxa"/>
            <w:tcMar>
              <w:top w:w="90" w:type="dxa"/>
              <w:left w:w="100" w:type="dxa"/>
              <w:bottom w:w="90" w:type="dxa"/>
              <w:right w:w="100" w:type="dxa"/>
            </w:tcMar>
            <w:vAlign w:val="center"/>
          </w:tcPr>
          <w:p w14:paraId="640D0902" w14:textId="77777777" w:rsidR="0084721C" w:rsidRDefault="009B07FB">
            <w:pPr>
              <w:spacing w:line="252" w:lineRule="auto"/>
            </w:pPr>
            <w:proofErr w:type="spellStart"/>
            <w:r>
              <w:rPr>
                <w:sz w:val="17"/>
              </w:rPr>
              <w:t>事後救濟限制</w:t>
            </w:r>
            <w:proofErr w:type="spellEnd"/>
          </w:p>
        </w:tc>
        <w:tc>
          <w:tcPr>
            <w:tcW w:w="3312" w:type="dxa"/>
            <w:tcMar>
              <w:top w:w="90" w:type="dxa"/>
              <w:left w:w="100" w:type="dxa"/>
              <w:bottom w:w="90" w:type="dxa"/>
              <w:right w:w="100" w:type="dxa"/>
            </w:tcMar>
            <w:vAlign w:val="center"/>
          </w:tcPr>
          <w:p w14:paraId="631F86D6" w14:textId="77777777" w:rsidR="0084721C" w:rsidRDefault="009B07FB">
            <w:pPr>
              <w:spacing w:line="252" w:lineRule="auto"/>
            </w:pPr>
            <w:r>
              <w:rPr>
                <w:sz w:val="17"/>
              </w:rPr>
              <w:t>民事訴訟、採購爭議</w:t>
            </w:r>
          </w:p>
        </w:tc>
        <w:tc>
          <w:tcPr>
            <w:tcW w:w="3312" w:type="dxa"/>
            <w:tcMar>
              <w:top w:w="90" w:type="dxa"/>
              <w:left w:w="100" w:type="dxa"/>
              <w:bottom w:w="90" w:type="dxa"/>
              <w:right w:w="100" w:type="dxa"/>
            </w:tcMar>
            <w:vAlign w:val="center"/>
          </w:tcPr>
          <w:p w14:paraId="4B84BC46" w14:textId="77777777" w:rsidR="0084721C" w:rsidRDefault="009B07FB">
            <w:pPr>
              <w:spacing w:line="252" w:lineRule="auto"/>
              <w:rPr>
                <w:lang w:eastAsia="zh-TW"/>
              </w:rPr>
            </w:pPr>
            <w:r>
              <w:rPr>
                <w:sz w:val="17"/>
                <w:lang w:eastAsia="zh-TW"/>
              </w:rPr>
              <w:t>契約、仲裁之外，還可能傷及技轉與合作關係、觸發出口管制</w:t>
            </w:r>
          </w:p>
        </w:tc>
      </w:tr>
    </w:tbl>
    <w:p w14:paraId="76D8A73C" w14:textId="77777777" w:rsidR="0084721C" w:rsidRDefault="0084721C">
      <w:pPr>
        <w:spacing w:after="40"/>
        <w:rPr>
          <w:lang w:eastAsia="zh-TW"/>
        </w:rPr>
      </w:pPr>
    </w:p>
    <w:p w14:paraId="7094B163" w14:textId="77777777" w:rsidR="0084721C" w:rsidRDefault="009B07FB">
      <w:pPr>
        <w:spacing w:after="100" w:line="324" w:lineRule="auto"/>
        <w:rPr>
          <w:lang w:eastAsia="zh-TW"/>
        </w:rPr>
      </w:pPr>
      <w:r>
        <w:rPr>
          <w:b/>
          <w:sz w:val="23"/>
          <w:lang w:eastAsia="zh-TW"/>
        </w:rPr>
        <w:t>案例的性質與公開近似材料</w:t>
      </w:r>
    </w:p>
    <w:p w14:paraId="13662844" w14:textId="77777777" w:rsidR="0084721C" w:rsidRDefault="009B07FB">
      <w:pPr>
        <w:spacing w:after="120" w:line="324" w:lineRule="auto"/>
        <w:rPr>
          <w:lang w:eastAsia="zh-TW"/>
        </w:rPr>
      </w:pPr>
      <w:r>
        <w:rPr>
          <w:lang w:eastAsia="zh-TW"/>
        </w:rPr>
        <w:t>上述三案是為壓力測試而設計的合成異質情境，並非指稱臺灣已發生特定國際侵權或國安事件；其功能在於讓同一套治理鏈承受</w:t>
      </w:r>
      <w:proofErr w:type="gramStart"/>
      <w:r>
        <w:rPr>
          <w:lang w:eastAsia="zh-TW"/>
        </w:rPr>
        <w:t>低敏私</w:t>
      </w:r>
      <w:proofErr w:type="gramEnd"/>
      <w:r>
        <w:rPr>
          <w:lang w:eastAsia="zh-TW"/>
        </w:rPr>
        <w:t>權、中度供應鏈與高敏技術合作的不同負荷。正式版本將以公開近似材料作為法理與制度錨點，而不</w:t>
      </w:r>
      <w:proofErr w:type="gramStart"/>
      <w:r>
        <w:rPr>
          <w:lang w:eastAsia="zh-TW"/>
        </w:rPr>
        <w:t>將其誤寫</w:t>
      </w:r>
      <w:proofErr w:type="gramEnd"/>
      <w:r>
        <w:rPr>
          <w:lang w:eastAsia="zh-TW"/>
        </w:rPr>
        <w:t>成案例事實的證明。</w:t>
      </w:r>
    </w:p>
    <w:tbl>
      <w:tblPr>
        <w:tblStyle w:val="TableGrid"/>
        <w:tblW w:w="0" w:type="auto"/>
        <w:jc w:val="center"/>
        <w:tblLook w:val="04A0" w:firstRow="1" w:lastRow="0" w:firstColumn="1" w:lastColumn="0" w:noHBand="0" w:noVBand="1"/>
      </w:tblPr>
      <w:tblGrid>
        <w:gridCol w:w="3312"/>
        <w:gridCol w:w="3312"/>
        <w:gridCol w:w="3312"/>
      </w:tblGrid>
      <w:tr w:rsidR="0084721C" w14:paraId="57C2D719" w14:textId="77777777">
        <w:trPr>
          <w:jc w:val="center"/>
        </w:trPr>
        <w:tc>
          <w:tcPr>
            <w:tcW w:w="3312" w:type="dxa"/>
            <w:shd w:val="clear" w:color="auto" w:fill="DCE6F2"/>
            <w:tcMar>
              <w:top w:w="90" w:type="dxa"/>
              <w:left w:w="100" w:type="dxa"/>
              <w:bottom w:w="90" w:type="dxa"/>
              <w:right w:w="100" w:type="dxa"/>
            </w:tcMar>
            <w:vAlign w:val="center"/>
          </w:tcPr>
          <w:p w14:paraId="51237193" w14:textId="77777777" w:rsidR="0084721C" w:rsidRDefault="009B07FB">
            <w:pPr>
              <w:spacing w:line="252" w:lineRule="auto"/>
            </w:pPr>
            <w:proofErr w:type="spellStart"/>
            <w:r>
              <w:rPr>
                <w:b/>
                <w:sz w:val="17"/>
              </w:rPr>
              <w:t>公開近似材料</w:t>
            </w:r>
            <w:proofErr w:type="spellEnd"/>
          </w:p>
        </w:tc>
        <w:tc>
          <w:tcPr>
            <w:tcW w:w="3312" w:type="dxa"/>
            <w:shd w:val="clear" w:color="auto" w:fill="DCE6F2"/>
            <w:tcMar>
              <w:top w:w="90" w:type="dxa"/>
              <w:left w:w="100" w:type="dxa"/>
              <w:bottom w:w="90" w:type="dxa"/>
              <w:right w:w="100" w:type="dxa"/>
            </w:tcMar>
            <w:vAlign w:val="center"/>
          </w:tcPr>
          <w:p w14:paraId="57C8E912" w14:textId="77777777" w:rsidR="0084721C" w:rsidRDefault="009B07FB">
            <w:pPr>
              <w:spacing w:line="252" w:lineRule="auto"/>
            </w:pPr>
            <w:r>
              <w:rPr>
                <w:b/>
                <w:sz w:val="17"/>
              </w:rPr>
              <w:t>可支持的問題</w:t>
            </w:r>
          </w:p>
        </w:tc>
        <w:tc>
          <w:tcPr>
            <w:tcW w:w="3312" w:type="dxa"/>
            <w:shd w:val="clear" w:color="auto" w:fill="DCE6F2"/>
            <w:tcMar>
              <w:top w:w="90" w:type="dxa"/>
              <w:left w:w="100" w:type="dxa"/>
              <w:bottom w:w="90" w:type="dxa"/>
              <w:right w:w="100" w:type="dxa"/>
            </w:tcMar>
            <w:vAlign w:val="center"/>
          </w:tcPr>
          <w:p w14:paraId="51A23B1E" w14:textId="77777777" w:rsidR="0084721C" w:rsidRDefault="009B07FB">
            <w:pPr>
              <w:spacing w:line="252" w:lineRule="auto"/>
            </w:pPr>
            <w:r>
              <w:rPr>
                <w:b/>
                <w:sz w:val="17"/>
              </w:rPr>
              <w:t>不可推論之處</w:t>
            </w:r>
          </w:p>
        </w:tc>
      </w:tr>
      <w:tr w:rsidR="0084721C" w14:paraId="01A2E1A6" w14:textId="77777777">
        <w:trPr>
          <w:jc w:val="center"/>
        </w:trPr>
        <w:tc>
          <w:tcPr>
            <w:tcW w:w="3312" w:type="dxa"/>
            <w:tcMar>
              <w:top w:w="90" w:type="dxa"/>
              <w:left w:w="100" w:type="dxa"/>
              <w:bottom w:w="90" w:type="dxa"/>
              <w:right w:w="100" w:type="dxa"/>
            </w:tcMar>
            <w:vAlign w:val="center"/>
          </w:tcPr>
          <w:p w14:paraId="68C2B4D1" w14:textId="77777777" w:rsidR="0084721C" w:rsidRDefault="009B07FB">
            <w:pPr>
              <w:spacing w:line="252" w:lineRule="auto"/>
              <w:rPr>
                <w:lang w:eastAsia="zh-TW"/>
              </w:rPr>
            </w:pPr>
            <w:r>
              <w:rPr>
                <w:sz w:val="17"/>
                <w:lang w:eastAsia="zh-TW"/>
              </w:rPr>
              <w:t>經濟部智慧財產局政府機關著作權與採購實務資料</w:t>
            </w:r>
          </w:p>
        </w:tc>
        <w:tc>
          <w:tcPr>
            <w:tcW w:w="3312" w:type="dxa"/>
            <w:tcMar>
              <w:top w:w="90" w:type="dxa"/>
              <w:left w:w="100" w:type="dxa"/>
              <w:bottom w:w="90" w:type="dxa"/>
              <w:right w:w="100" w:type="dxa"/>
            </w:tcMar>
            <w:vAlign w:val="center"/>
          </w:tcPr>
          <w:p w14:paraId="109FB4DC" w14:textId="77777777" w:rsidR="0084721C" w:rsidRDefault="009B07FB">
            <w:pPr>
              <w:spacing w:line="252" w:lineRule="auto"/>
              <w:rPr>
                <w:lang w:eastAsia="zh-TW"/>
              </w:rPr>
            </w:pPr>
            <w:r>
              <w:rPr>
                <w:sz w:val="17"/>
                <w:lang w:eastAsia="zh-TW"/>
              </w:rPr>
              <w:t>政府辦公與採購活動本即涉及授權、合理使用與第三人著作權，而非</w:t>
            </w:r>
            <w:r>
              <w:rPr>
                <w:sz w:val="17"/>
                <w:lang w:eastAsia="zh-TW"/>
              </w:rPr>
              <w:t>AI</w:t>
            </w:r>
            <w:r>
              <w:rPr>
                <w:sz w:val="17"/>
                <w:lang w:eastAsia="zh-TW"/>
              </w:rPr>
              <w:t>才產生的問題。</w:t>
            </w:r>
          </w:p>
        </w:tc>
        <w:tc>
          <w:tcPr>
            <w:tcW w:w="3312" w:type="dxa"/>
            <w:tcMar>
              <w:top w:w="90" w:type="dxa"/>
              <w:left w:w="100" w:type="dxa"/>
              <w:bottom w:w="90" w:type="dxa"/>
              <w:right w:w="100" w:type="dxa"/>
            </w:tcMar>
            <w:vAlign w:val="center"/>
          </w:tcPr>
          <w:p w14:paraId="59EA03DB" w14:textId="77777777" w:rsidR="0084721C" w:rsidRDefault="009B07FB">
            <w:pPr>
              <w:spacing w:line="252" w:lineRule="auto"/>
              <w:rPr>
                <w:lang w:eastAsia="zh-TW"/>
              </w:rPr>
            </w:pPr>
            <w:r>
              <w:rPr>
                <w:sz w:val="17"/>
                <w:lang w:eastAsia="zh-TW"/>
              </w:rPr>
              <w:t>不等於已證明任何政府</w:t>
            </w:r>
            <w:r>
              <w:rPr>
                <w:sz w:val="17"/>
                <w:lang w:eastAsia="zh-TW"/>
              </w:rPr>
              <w:t>RAG</w:t>
            </w:r>
            <w:r>
              <w:rPr>
                <w:sz w:val="17"/>
                <w:lang w:eastAsia="zh-TW"/>
              </w:rPr>
              <w:t>使用構成侵權。</w:t>
            </w:r>
          </w:p>
        </w:tc>
      </w:tr>
      <w:tr w:rsidR="0084721C" w14:paraId="4FE2AB34" w14:textId="77777777">
        <w:trPr>
          <w:jc w:val="center"/>
        </w:trPr>
        <w:tc>
          <w:tcPr>
            <w:tcW w:w="3312" w:type="dxa"/>
            <w:tcMar>
              <w:top w:w="90" w:type="dxa"/>
              <w:left w:w="100" w:type="dxa"/>
              <w:bottom w:w="90" w:type="dxa"/>
              <w:right w:w="100" w:type="dxa"/>
            </w:tcMar>
            <w:vAlign w:val="center"/>
          </w:tcPr>
          <w:p w14:paraId="60B73ECC" w14:textId="77777777" w:rsidR="0084721C" w:rsidRDefault="009B07FB">
            <w:pPr>
              <w:spacing w:line="252" w:lineRule="auto"/>
            </w:pPr>
            <w:r>
              <w:rPr>
                <w:sz w:val="17"/>
              </w:rPr>
              <w:t xml:space="preserve">*Thomson Reuters v. Ross </w:t>
            </w:r>
            <w:r>
              <w:rPr>
                <w:sz w:val="17"/>
              </w:rPr>
              <w:t xml:space="preserve">Intelligence* </w:t>
            </w:r>
            <w:r>
              <w:rPr>
                <w:sz w:val="17"/>
              </w:rPr>
              <w:t>的美國地方法院判決與後續程序</w:t>
            </w:r>
          </w:p>
        </w:tc>
        <w:tc>
          <w:tcPr>
            <w:tcW w:w="3312" w:type="dxa"/>
            <w:tcMar>
              <w:top w:w="90" w:type="dxa"/>
              <w:left w:w="100" w:type="dxa"/>
              <w:bottom w:w="90" w:type="dxa"/>
              <w:right w:w="100" w:type="dxa"/>
            </w:tcMar>
            <w:vAlign w:val="center"/>
          </w:tcPr>
          <w:p w14:paraId="70F0F95D" w14:textId="77777777" w:rsidR="0084721C" w:rsidRDefault="009B07FB">
            <w:pPr>
              <w:spacing w:line="252" w:lineRule="auto"/>
              <w:rPr>
                <w:lang w:eastAsia="zh-TW"/>
              </w:rPr>
            </w:pPr>
            <w:r>
              <w:rPr>
                <w:sz w:val="17"/>
                <w:lang w:eastAsia="zh-TW"/>
              </w:rPr>
              <w:t>受保護資料庫／編輯內容被用於</w:t>
            </w:r>
            <w:r>
              <w:rPr>
                <w:sz w:val="17"/>
                <w:lang w:eastAsia="zh-TW"/>
              </w:rPr>
              <w:t>AI</w:t>
            </w:r>
            <w:r>
              <w:rPr>
                <w:sz w:val="17"/>
                <w:lang w:eastAsia="zh-TW"/>
              </w:rPr>
              <w:t>工具時，來源、授權與用途能成為實質法律爭點。</w:t>
            </w:r>
          </w:p>
        </w:tc>
        <w:tc>
          <w:tcPr>
            <w:tcW w:w="3312" w:type="dxa"/>
            <w:tcMar>
              <w:top w:w="90" w:type="dxa"/>
              <w:left w:w="100" w:type="dxa"/>
              <w:bottom w:w="90" w:type="dxa"/>
              <w:right w:w="100" w:type="dxa"/>
            </w:tcMar>
            <w:vAlign w:val="center"/>
          </w:tcPr>
          <w:p w14:paraId="679B679C" w14:textId="77777777" w:rsidR="0084721C" w:rsidRDefault="009B07FB">
            <w:pPr>
              <w:spacing w:line="252" w:lineRule="auto"/>
              <w:rPr>
                <w:lang w:eastAsia="zh-TW"/>
              </w:rPr>
            </w:pPr>
            <w:r>
              <w:rPr>
                <w:sz w:val="17"/>
                <w:lang w:eastAsia="zh-TW"/>
              </w:rPr>
              <w:t>非臺灣政府案件，亦不直接決定臺灣法或</w:t>
            </w:r>
            <w:r>
              <w:rPr>
                <w:sz w:val="17"/>
                <w:lang w:eastAsia="zh-TW"/>
              </w:rPr>
              <w:t>RAG</w:t>
            </w:r>
            <w:r>
              <w:rPr>
                <w:sz w:val="17"/>
                <w:lang w:eastAsia="zh-TW"/>
              </w:rPr>
              <w:t>個案。</w:t>
            </w:r>
          </w:p>
        </w:tc>
      </w:tr>
      <w:tr w:rsidR="0084721C" w14:paraId="3A9513B1" w14:textId="77777777">
        <w:trPr>
          <w:jc w:val="center"/>
        </w:trPr>
        <w:tc>
          <w:tcPr>
            <w:tcW w:w="3312" w:type="dxa"/>
            <w:tcMar>
              <w:top w:w="90" w:type="dxa"/>
              <w:left w:w="100" w:type="dxa"/>
              <w:bottom w:w="90" w:type="dxa"/>
              <w:right w:w="100" w:type="dxa"/>
            </w:tcMar>
            <w:vAlign w:val="center"/>
          </w:tcPr>
          <w:p w14:paraId="45CEDA6F" w14:textId="77777777" w:rsidR="0084721C" w:rsidRDefault="009B07FB">
            <w:pPr>
              <w:spacing w:line="252" w:lineRule="auto"/>
              <w:rPr>
                <w:lang w:eastAsia="zh-TW"/>
              </w:rPr>
            </w:pPr>
            <w:r>
              <w:rPr>
                <w:sz w:val="17"/>
                <w:lang w:eastAsia="zh-TW"/>
              </w:rPr>
              <w:t>美國聯邦</w:t>
            </w:r>
            <w:r>
              <w:rPr>
                <w:sz w:val="17"/>
                <w:lang w:eastAsia="zh-TW"/>
              </w:rPr>
              <w:t>AI</w:t>
            </w:r>
            <w:r>
              <w:rPr>
                <w:sz w:val="17"/>
                <w:lang w:eastAsia="zh-TW"/>
              </w:rPr>
              <w:t>採購備忘錄</w:t>
            </w:r>
            <w:r>
              <w:rPr>
                <w:sz w:val="17"/>
                <w:lang w:eastAsia="zh-TW"/>
              </w:rPr>
              <w:t>M-25-22</w:t>
            </w:r>
          </w:p>
        </w:tc>
        <w:tc>
          <w:tcPr>
            <w:tcW w:w="3312" w:type="dxa"/>
            <w:tcMar>
              <w:top w:w="90" w:type="dxa"/>
              <w:left w:w="100" w:type="dxa"/>
              <w:bottom w:w="90" w:type="dxa"/>
              <w:right w:w="100" w:type="dxa"/>
            </w:tcMar>
            <w:vAlign w:val="center"/>
          </w:tcPr>
          <w:p w14:paraId="2B9EA76C" w14:textId="77777777" w:rsidR="0084721C" w:rsidRDefault="009B07FB">
            <w:pPr>
              <w:spacing w:line="252" w:lineRule="auto"/>
              <w:rPr>
                <w:lang w:eastAsia="zh-TW"/>
              </w:rPr>
            </w:pPr>
            <w:r>
              <w:rPr>
                <w:sz w:val="17"/>
                <w:lang w:eastAsia="zh-TW"/>
              </w:rPr>
              <w:t>政府</w:t>
            </w:r>
            <w:r>
              <w:rPr>
                <w:sz w:val="17"/>
                <w:lang w:eastAsia="zh-TW"/>
              </w:rPr>
              <w:t>AI</w:t>
            </w:r>
            <w:r>
              <w:rPr>
                <w:sz w:val="17"/>
                <w:lang w:eastAsia="zh-TW"/>
              </w:rPr>
              <w:t>取得可以把依預定用途界定授權與智慧財產權範圍寫入採購程序。</w:t>
            </w:r>
          </w:p>
        </w:tc>
        <w:tc>
          <w:tcPr>
            <w:tcW w:w="3312" w:type="dxa"/>
            <w:tcMar>
              <w:top w:w="90" w:type="dxa"/>
              <w:left w:w="100" w:type="dxa"/>
              <w:bottom w:w="90" w:type="dxa"/>
              <w:right w:w="100" w:type="dxa"/>
            </w:tcMar>
            <w:vAlign w:val="center"/>
          </w:tcPr>
          <w:p w14:paraId="00899E93" w14:textId="77777777" w:rsidR="0084721C" w:rsidRDefault="009B07FB">
            <w:pPr>
              <w:spacing w:line="252" w:lineRule="auto"/>
              <w:rPr>
                <w:lang w:eastAsia="zh-TW"/>
              </w:rPr>
            </w:pPr>
            <w:r>
              <w:rPr>
                <w:sz w:val="17"/>
                <w:lang w:eastAsia="zh-TW"/>
              </w:rPr>
              <w:t>不代表美國已有臺灣本文主張的跨境政府證據包制度。</w:t>
            </w:r>
          </w:p>
        </w:tc>
      </w:tr>
    </w:tbl>
    <w:p w14:paraId="0421402D" w14:textId="77777777" w:rsidR="0084721C" w:rsidRDefault="0084721C">
      <w:pPr>
        <w:spacing w:after="40"/>
        <w:rPr>
          <w:lang w:eastAsia="zh-TW"/>
        </w:rPr>
      </w:pPr>
    </w:p>
    <w:p w14:paraId="0AA7B93F" w14:textId="77777777" w:rsidR="0084721C" w:rsidRDefault="009B07FB">
      <w:pPr>
        <w:spacing w:after="140" w:line="324" w:lineRule="auto"/>
        <w:rPr>
          <w:lang w:eastAsia="zh-TW"/>
        </w:rPr>
      </w:pPr>
      <w:r>
        <w:rPr>
          <w:b/>
          <w:sz w:val="26"/>
          <w:lang w:eastAsia="zh-TW"/>
        </w:rPr>
        <w:t>五、共同失效模式：公開可得、接觸權與供應商保證的誤用</w:t>
      </w:r>
    </w:p>
    <w:tbl>
      <w:tblPr>
        <w:tblStyle w:val="TableGrid"/>
        <w:tblW w:w="0" w:type="auto"/>
        <w:jc w:val="center"/>
        <w:tblLook w:val="04A0" w:firstRow="1" w:lastRow="0" w:firstColumn="1" w:lastColumn="0" w:noHBand="0" w:noVBand="1"/>
      </w:tblPr>
      <w:tblGrid>
        <w:gridCol w:w="3312"/>
        <w:gridCol w:w="3312"/>
        <w:gridCol w:w="3312"/>
      </w:tblGrid>
      <w:tr w:rsidR="0084721C" w14:paraId="47DBAA91" w14:textId="77777777">
        <w:trPr>
          <w:jc w:val="center"/>
        </w:trPr>
        <w:tc>
          <w:tcPr>
            <w:tcW w:w="3312" w:type="dxa"/>
            <w:shd w:val="clear" w:color="auto" w:fill="DCE6F2"/>
            <w:tcMar>
              <w:top w:w="90" w:type="dxa"/>
              <w:left w:w="100" w:type="dxa"/>
              <w:bottom w:w="90" w:type="dxa"/>
              <w:right w:w="100" w:type="dxa"/>
            </w:tcMar>
            <w:vAlign w:val="center"/>
          </w:tcPr>
          <w:p w14:paraId="5F7A5085" w14:textId="77777777" w:rsidR="0084721C" w:rsidRDefault="009B07FB">
            <w:pPr>
              <w:spacing w:line="252" w:lineRule="auto"/>
            </w:pPr>
            <w:proofErr w:type="spellStart"/>
            <w:r>
              <w:rPr>
                <w:b/>
                <w:sz w:val="17"/>
              </w:rPr>
              <w:lastRenderedPageBreak/>
              <w:t>治理鏈</w:t>
            </w:r>
            <w:proofErr w:type="spellEnd"/>
          </w:p>
        </w:tc>
        <w:tc>
          <w:tcPr>
            <w:tcW w:w="3312" w:type="dxa"/>
            <w:shd w:val="clear" w:color="auto" w:fill="DCE6F2"/>
            <w:tcMar>
              <w:top w:w="90" w:type="dxa"/>
              <w:left w:w="100" w:type="dxa"/>
              <w:bottom w:w="90" w:type="dxa"/>
              <w:right w:w="100" w:type="dxa"/>
            </w:tcMar>
            <w:vAlign w:val="center"/>
          </w:tcPr>
          <w:p w14:paraId="726FE5B7" w14:textId="77777777" w:rsidR="0084721C" w:rsidRDefault="009B07FB">
            <w:pPr>
              <w:spacing w:line="252" w:lineRule="auto"/>
            </w:pPr>
            <w:r>
              <w:rPr>
                <w:b/>
                <w:sz w:val="17"/>
              </w:rPr>
              <w:t>第十八篇的基本問題</w:t>
            </w:r>
          </w:p>
        </w:tc>
        <w:tc>
          <w:tcPr>
            <w:tcW w:w="3312" w:type="dxa"/>
            <w:shd w:val="clear" w:color="auto" w:fill="DCE6F2"/>
            <w:tcMar>
              <w:top w:w="90" w:type="dxa"/>
              <w:left w:w="100" w:type="dxa"/>
              <w:bottom w:w="90" w:type="dxa"/>
              <w:right w:w="100" w:type="dxa"/>
            </w:tcMar>
            <w:vAlign w:val="center"/>
          </w:tcPr>
          <w:p w14:paraId="49CC90CB" w14:textId="77777777" w:rsidR="0084721C" w:rsidRDefault="009B07FB">
            <w:pPr>
              <w:spacing w:line="252" w:lineRule="auto"/>
              <w:rPr>
                <w:lang w:eastAsia="zh-TW"/>
              </w:rPr>
            </w:pPr>
            <w:r>
              <w:rPr>
                <w:b/>
                <w:sz w:val="17"/>
                <w:lang w:eastAsia="zh-TW"/>
              </w:rPr>
              <w:t>第十九篇的</w:t>
            </w:r>
            <w:proofErr w:type="gramStart"/>
            <w:r>
              <w:rPr>
                <w:b/>
                <w:sz w:val="17"/>
                <w:lang w:eastAsia="zh-TW"/>
              </w:rPr>
              <w:t>跨境化問題</w:t>
            </w:r>
            <w:proofErr w:type="gramEnd"/>
          </w:p>
        </w:tc>
      </w:tr>
      <w:tr w:rsidR="0084721C" w14:paraId="7174577A" w14:textId="77777777">
        <w:trPr>
          <w:jc w:val="center"/>
        </w:trPr>
        <w:tc>
          <w:tcPr>
            <w:tcW w:w="3312" w:type="dxa"/>
            <w:tcMar>
              <w:top w:w="90" w:type="dxa"/>
              <w:left w:w="100" w:type="dxa"/>
              <w:bottom w:w="90" w:type="dxa"/>
              <w:right w:w="100" w:type="dxa"/>
            </w:tcMar>
            <w:vAlign w:val="center"/>
          </w:tcPr>
          <w:p w14:paraId="512B48F4" w14:textId="77777777" w:rsidR="0084721C" w:rsidRDefault="009B07FB">
            <w:pPr>
              <w:spacing w:line="252" w:lineRule="auto"/>
            </w:pPr>
            <w:proofErr w:type="spellStart"/>
            <w:r>
              <w:rPr>
                <w:sz w:val="17"/>
              </w:rPr>
              <w:t>情境鏈</w:t>
            </w:r>
            <w:proofErr w:type="spellEnd"/>
          </w:p>
        </w:tc>
        <w:tc>
          <w:tcPr>
            <w:tcW w:w="3312" w:type="dxa"/>
            <w:tcMar>
              <w:top w:w="90" w:type="dxa"/>
              <w:left w:w="100" w:type="dxa"/>
              <w:bottom w:w="90" w:type="dxa"/>
              <w:right w:w="100" w:type="dxa"/>
            </w:tcMar>
            <w:vAlign w:val="center"/>
          </w:tcPr>
          <w:p w14:paraId="049A8F09" w14:textId="77777777" w:rsidR="0084721C" w:rsidRDefault="009B07FB">
            <w:pPr>
              <w:spacing w:line="252" w:lineRule="auto"/>
              <w:rPr>
                <w:lang w:eastAsia="zh-TW"/>
              </w:rPr>
            </w:pPr>
            <w:r>
              <w:rPr>
                <w:sz w:val="17"/>
                <w:lang w:eastAsia="zh-TW"/>
              </w:rPr>
              <w:t>公開可得是否被誤認為可用於</w:t>
            </w:r>
            <w:r>
              <w:rPr>
                <w:sz w:val="17"/>
                <w:lang w:eastAsia="zh-TW"/>
              </w:rPr>
              <w:t>AI</w:t>
            </w:r>
            <w:r>
              <w:rPr>
                <w:sz w:val="17"/>
                <w:lang w:eastAsia="zh-TW"/>
              </w:rPr>
              <w:t>？</w:t>
            </w:r>
          </w:p>
        </w:tc>
        <w:tc>
          <w:tcPr>
            <w:tcW w:w="3312" w:type="dxa"/>
            <w:tcMar>
              <w:top w:w="90" w:type="dxa"/>
              <w:left w:w="100" w:type="dxa"/>
              <w:bottom w:w="90" w:type="dxa"/>
              <w:right w:w="100" w:type="dxa"/>
            </w:tcMar>
            <w:vAlign w:val="center"/>
          </w:tcPr>
          <w:p w14:paraId="386E104E" w14:textId="77777777" w:rsidR="0084721C" w:rsidRDefault="009B07FB">
            <w:pPr>
              <w:spacing w:line="252" w:lineRule="auto"/>
              <w:rPr>
                <w:lang w:eastAsia="zh-TW"/>
              </w:rPr>
            </w:pPr>
            <w:proofErr w:type="gramStart"/>
            <w:r>
              <w:rPr>
                <w:sz w:val="17"/>
                <w:lang w:eastAsia="zh-TW"/>
              </w:rPr>
              <w:t>跨境可得</w:t>
            </w:r>
            <w:proofErr w:type="gramEnd"/>
            <w:r>
              <w:rPr>
                <w:sz w:val="17"/>
                <w:lang w:eastAsia="zh-TW"/>
              </w:rPr>
              <w:t>是否被誤認為跨境已授權？來源</w:t>
            </w:r>
            <w:proofErr w:type="gramStart"/>
            <w:r>
              <w:rPr>
                <w:sz w:val="17"/>
                <w:lang w:eastAsia="zh-TW"/>
              </w:rPr>
              <w:t>法域、</w:t>
            </w:r>
            <w:proofErr w:type="gramEnd"/>
            <w:r>
              <w:rPr>
                <w:sz w:val="17"/>
                <w:lang w:eastAsia="zh-TW"/>
              </w:rPr>
              <w:t>資料庫條款與原始權利條件是否仍可辨識？</w:t>
            </w:r>
          </w:p>
        </w:tc>
      </w:tr>
      <w:tr w:rsidR="0084721C" w14:paraId="12A89316" w14:textId="77777777">
        <w:trPr>
          <w:jc w:val="center"/>
        </w:trPr>
        <w:tc>
          <w:tcPr>
            <w:tcW w:w="3312" w:type="dxa"/>
            <w:tcMar>
              <w:top w:w="90" w:type="dxa"/>
              <w:left w:w="100" w:type="dxa"/>
              <w:bottom w:w="90" w:type="dxa"/>
              <w:right w:w="100" w:type="dxa"/>
            </w:tcMar>
            <w:vAlign w:val="center"/>
          </w:tcPr>
          <w:p w14:paraId="174CC6AE" w14:textId="77777777" w:rsidR="0084721C" w:rsidRDefault="009B07FB">
            <w:pPr>
              <w:spacing w:line="252" w:lineRule="auto"/>
            </w:pPr>
            <w:proofErr w:type="spellStart"/>
            <w:r>
              <w:rPr>
                <w:sz w:val="17"/>
              </w:rPr>
              <w:t>權威鏈</w:t>
            </w:r>
            <w:proofErr w:type="spellEnd"/>
          </w:p>
        </w:tc>
        <w:tc>
          <w:tcPr>
            <w:tcW w:w="3312" w:type="dxa"/>
            <w:tcMar>
              <w:top w:w="90" w:type="dxa"/>
              <w:left w:w="100" w:type="dxa"/>
              <w:bottom w:w="90" w:type="dxa"/>
              <w:right w:w="100" w:type="dxa"/>
            </w:tcMar>
            <w:vAlign w:val="center"/>
          </w:tcPr>
          <w:p w14:paraId="776EAF4A" w14:textId="77777777" w:rsidR="0084721C" w:rsidRDefault="009B07FB">
            <w:pPr>
              <w:spacing w:line="252" w:lineRule="auto"/>
              <w:rPr>
                <w:lang w:eastAsia="zh-TW"/>
              </w:rPr>
            </w:pPr>
            <w:r>
              <w:rPr>
                <w:sz w:val="17"/>
                <w:lang w:eastAsia="zh-TW"/>
              </w:rPr>
              <w:t>誰決定資料可進入政府系統？</w:t>
            </w:r>
          </w:p>
        </w:tc>
        <w:tc>
          <w:tcPr>
            <w:tcW w:w="3312" w:type="dxa"/>
            <w:tcMar>
              <w:top w:w="90" w:type="dxa"/>
              <w:left w:w="100" w:type="dxa"/>
              <w:bottom w:w="90" w:type="dxa"/>
              <w:right w:w="100" w:type="dxa"/>
            </w:tcMar>
            <w:vAlign w:val="center"/>
          </w:tcPr>
          <w:p w14:paraId="6C479EEB" w14:textId="77777777" w:rsidR="0084721C" w:rsidRDefault="009B07FB">
            <w:pPr>
              <w:spacing w:line="252" w:lineRule="auto"/>
              <w:rPr>
                <w:lang w:eastAsia="zh-TW"/>
              </w:rPr>
            </w:pPr>
            <w:r>
              <w:rPr>
                <w:sz w:val="17"/>
                <w:lang w:eastAsia="zh-TW"/>
              </w:rPr>
              <w:t>目的機關、供應商、境外平台／資料庫、權利人與可能的輸出國管制者，各自能控制哪一段？</w:t>
            </w:r>
          </w:p>
        </w:tc>
      </w:tr>
      <w:tr w:rsidR="0084721C" w14:paraId="5A99A140" w14:textId="77777777">
        <w:trPr>
          <w:jc w:val="center"/>
        </w:trPr>
        <w:tc>
          <w:tcPr>
            <w:tcW w:w="3312" w:type="dxa"/>
            <w:tcMar>
              <w:top w:w="90" w:type="dxa"/>
              <w:left w:w="100" w:type="dxa"/>
              <w:bottom w:w="90" w:type="dxa"/>
              <w:right w:w="100" w:type="dxa"/>
            </w:tcMar>
            <w:vAlign w:val="center"/>
          </w:tcPr>
          <w:p w14:paraId="681F7441" w14:textId="77777777" w:rsidR="0084721C" w:rsidRDefault="009B07FB">
            <w:pPr>
              <w:spacing w:line="252" w:lineRule="auto"/>
            </w:pPr>
            <w:proofErr w:type="spellStart"/>
            <w:r>
              <w:rPr>
                <w:sz w:val="17"/>
              </w:rPr>
              <w:t>理由鏈</w:t>
            </w:r>
            <w:proofErr w:type="spellEnd"/>
          </w:p>
        </w:tc>
        <w:tc>
          <w:tcPr>
            <w:tcW w:w="3312" w:type="dxa"/>
            <w:tcMar>
              <w:top w:w="90" w:type="dxa"/>
              <w:left w:w="100" w:type="dxa"/>
              <w:bottom w:w="90" w:type="dxa"/>
              <w:right w:w="100" w:type="dxa"/>
            </w:tcMar>
            <w:vAlign w:val="center"/>
          </w:tcPr>
          <w:p w14:paraId="19BBC379" w14:textId="77777777" w:rsidR="0084721C" w:rsidRDefault="009B07FB">
            <w:pPr>
              <w:spacing w:line="252" w:lineRule="auto"/>
              <w:rPr>
                <w:lang w:eastAsia="zh-TW"/>
              </w:rPr>
            </w:pPr>
            <w:r>
              <w:rPr>
                <w:sz w:val="17"/>
                <w:lang w:eastAsia="zh-TW"/>
              </w:rPr>
              <w:t>機關能否說明使用依據？</w:t>
            </w:r>
          </w:p>
        </w:tc>
        <w:tc>
          <w:tcPr>
            <w:tcW w:w="3312" w:type="dxa"/>
            <w:tcMar>
              <w:top w:w="90" w:type="dxa"/>
              <w:left w:w="100" w:type="dxa"/>
              <w:bottom w:w="90" w:type="dxa"/>
              <w:right w:w="100" w:type="dxa"/>
            </w:tcMar>
            <w:vAlign w:val="center"/>
          </w:tcPr>
          <w:p w14:paraId="5346B4F9" w14:textId="77777777" w:rsidR="0084721C" w:rsidRDefault="009B07FB">
            <w:pPr>
              <w:spacing w:line="252" w:lineRule="auto"/>
              <w:rPr>
                <w:lang w:eastAsia="zh-TW"/>
              </w:rPr>
            </w:pPr>
            <w:r>
              <w:rPr>
                <w:sz w:val="17"/>
                <w:lang w:eastAsia="zh-TW"/>
              </w:rPr>
              <w:t>理由能否讓境外權利人、合作方或其律師理解、查證並檢驗？是否只剩「資料公開」「廠商保證」？</w:t>
            </w:r>
          </w:p>
        </w:tc>
      </w:tr>
      <w:tr w:rsidR="0084721C" w14:paraId="7C66E72C" w14:textId="77777777">
        <w:trPr>
          <w:jc w:val="center"/>
        </w:trPr>
        <w:tc>
          <w:tcPr>
            <w:tcW w:w="3312" w:type="dxa"/>
            <w:tcMar>
              <w:top w:w="90" w:type="dxa"/>
              <w:left w:w="100" w:type="dxa"/>
              <w:bottom w:w="90" w:type="dxa"/>
              <w:right w:w="100" w:type="dxa"/>
            </w:tcMar>
            <w:vAlign w:val="center"/>
          </w:tcPr>
          <w:p w14:paraId="52CC0A90" w14:textId="77777777" w:rsidR="0084721C" w:rsidRDefault="009B07FB">
            <w:pPr>
              <w:spacing w:line="252" w:lineRule="auto"/>
            </w:pPr>
            <w:proofErr w:type="spellStart"/>
            <w:r>
              <w:rPr>
                <w:sz w:val="17"/>
              </w:rPr>
              <w:t>責任鏈</w:t>
            </w:r>
            <w:proofErr w:type="spellEnd"/>
          </w:p>
        </w:tc>
        <w:tc>
          <w:tcPr>
            <w:tcW w:w="3312" w:type="dxa"/>
            <w:tcMar>
              <w:top w:w="90" w:type="dxa"/>
              <w:left w:w="100" w:type="dxa"/>
              <w:bottom w:w="90" w:type="dxa"/>
              <w:right w:w="100" w:type="dxa"/>
            </w:tcMar>
            <w:vAlign w:val="center"/>
          </w:tcPr>
          <w:p w14:paraId="78BE08E1" w14:textId="77777777" w:rsidR="0084721C" w:rsidRDefault="009B07FB">
            <w:pPr>
              <w:spacing w:line="252" w:lineRule="auto"/>
              <w:rPr>
                <w:lang w:eastAsia="zh-TW"/>
              </w:rPr>
            </w:pPr>
            <w:r>
              <w:rPr>
                <w:sz w:val="17"/>
                <w:lang w:eastAsia="zh-TW"/>
              </w:rPr>
              <w:t>異議時誰能停止檢索與下架？</w:t>
            </w:r>
          </w:p>
        </w:tc>
        <w:tc>
          <w:tcPr>
            <w:tcW w:w="3312" w:type="dxa"/>
            <w:tcMar>
              <w:top w:w="90" w:type="dxa"/>
              <w:left w:w="100" w:type="dxa"/>
              <w:bottom w:w="90" w:type="dxa"/>
              <w:right w:w="100" w:type="dxa"/>
            </w:tcMar>
            <w:vAlign w:val="center"/>
          </w:tcPr>
          <w:p w14:paraId="2D67A663" w14:textId="77777777" w:rsidR="0084721C" w:rsidRDefault="009B07FB">
            <w:pPr>
              <w:spacing w:line="252" w:lineRule="auto"/>
              <w:rPr>
                <w:lang w:eastAsia="zh-TW"/>
              </w:rPr>
            </w:pPr>
            <w:r>
              <w:rPr>
                <w:sz w:val="17"/>
                <w:lang w:eastAsia="zh-TW"/>
              </w:rPr>
              <w:t>誰先回覆、誰保全證據、誰命令跨境供應商停止、何時升級至中央統籌？</w:t>
            </w:r>
          </w:p>
        </w:tc>
      </w:tr>
    </w:tbl>
    <w:p w14:paraId="12BF8091" w14:textId="77777777" w:rsidR="0084721C" w:rsidRDefault="0084721C">
      <w:pPr>
        <w:spacing w:after="40"/>
        <w:rPr>
          <w:lang w:eastAsia="zh-TW"/>
        </w:rPr>
      </w:pPr>
    </w:p>
    <w:p w14:paraId="57B3FEA2" w14:textId="77777777" w:rsidR="0084721C" w:rsidRDefault="009B07FB">
      <w:pPr>
        <w:spacing w:after="120" w:line="324" w:lineRule="auto"/>
        <w:rPr>
          <w:lang w:eastAsia="zh-TW"/>
        </w:rPr>
      </w:pPr>
      <w:r>
        <w:rPr>
          <w:lang w:eastAsia="zh-TW"/>
        </w:rPr>
        <w:t>第十八篇的多手政府問題在跨境情境中被放大：數發部、國科會、經濟部、外交部、智</w:t>
      </w:r>
      <w:r>
        <w:rPr>
          <w:lang w:eastAsia="zh-TW"/>
        </w:rPr>
        <w:t>慧財產局、目的事業機關與地方機關各自掌握片段，卻缺乏能把這些片段接成可對外說明、可停止與可補救的責任鏈。核心問題是許多單位各握一段職權與資訊，卻沒有任何一手能對完整的</w:t>
      </w:r>
      <w:r>
        <w:rPr>
          <w:lang w:eastAsia="zh-TW"/>
        </w:rPr>
        <w:t>Go</w:t>
      </w:r>
      <w:r>
        <w:rPr>
          <w:lang w:eastAsia="zh-TW"/>
        </w:rPr>
        <w:t>／</w:t>
      </w:r>
      <w:r>
        <w:rPr>
          <w:lang w:eastAsia="zh-TW"/>
        </w:rPr>
        <w:t>No-Go</w:t>
      </w:r>
      <w:r>
        <w:rPr>
          <w:lang w:eastAsia="zh-TW"/>
        </w:rPr>
        <w:t>／</w:t>
      </w:r>
      <w:r>
        <w:rPr>
          <w:lang w:eastAsia="zh-TW"/>
        </w:rPr>
        <w:t>Stop</w:t>
      </w:r>
      <w:r>
        <w:rPr>
          <w:lang w:eastAsia="zh-TW"/>
        </w:rPr>
        <w:t>結果負責。</w:t>
      </w:r>
    </w:p>
    <w:p w14:paraId="2F3C8364" w14:textId="77777777" w:rsidR="0084721C" w:rsidRDefault="009B07FB">
      <w:pPr>
        <w:spacing w:after="120" w:line="324" w:lineRule="auto"/>
        <w:rPr>
          <w:lang w:eastAsia="zh-TW"/>
        </w:rPr>
      </w:pPr>
      <w:r>
        <w:rPr>
          <w:lang w:eastAsia="zh-TW"/>
        </w:rPr>
        <w:t>三</w:t>
      </w:r>
      <w:proofErr w:type="gramStart"/>
      <w:r>
        <w:rPr>
          <w:lang w:eastAsia="zh-TW"/>
        </w:rPr>
        <w:t>案均以相同</w:t>
      </w:r>
      <w:proofErr w:type="gramEnd"/>
      <w:r>
        <w:rPr>
          <w:lang w:eastAsia="zh-TW"/>
        </w:rPr>
        <w:t>八步驟格式檢驗：</w:t>
      </w:r>
      <w:r>
        <w:rPr>
          <w:lang w:eastAsia="zh-TW"/>
        </w:rPr>
        <w:t>25</w:t>
      </w:r>
      <w:r>
        <w:rPr>
          <w:lang w:eastAsia="zh-TW"/>
        </w:rPr>
        <w:t>治理座標定位、</w:t>
      </w:r>
      <w:r>
        <w:rPr>
          <w:lang w:eastAsia="zh-TW"/>
        </w:rPr>
        <w:t>P1</w:t>
      </w:r>
      <w:r>
        <w:rPr>
          <w:lang w:eastAsia="zh-TW"/>
        </w:rPr>
        <w:t>／</w:t>
      </w:r>
      <w:r>
        <w:rPr>
          <w:lang w:eastAsia="zh-TW"/>
        </w:rPr>
        <w:t>P2</w:t>
      </w:r>
      <w:r>
        <w:rPr>
          <w:lang w:eastAsia="zh-TW"/>
        </w:rPr>
        <w:t>／</w:t>
      </w:r>
      <w:r>
        <w:rPr>
          <w:lang w:eastAsia="zh-TW"/>
        </w:rPr>
        <w:t>P3</w:t>
      </w:r>
      <w:r>
        <w:rPr>
          <w:lang w:eastAsia="zh-TW"/>
        </w:rPr>
        <w:t>權力移轉、四條治理鏈與七項審計、失效節點、可停止點、跨境升級條件，以及反例與限制。反例至少包括兩種：</w:t>
      </w:r>
      <w:proofErr w:type="gramStart"/>
      <w:r>
        <w:rPr>
          <w:lang w:eastAsia="zh-TW"/>
        </w:rPr>
        <w:t>其一，</w:t>
      </w:r>
      <w:proofErr w:type="gramEnd"/>
      <w:r>
        <w:rPr>
          <w:lang w:eastAsia="zh-TW"/>
        </w:rPr>
        <w:t>權利來源</w:t>
      </w:r>
      <w:proofErr w:type="gramStart"/>
      <w:r>
        <w:rPr>
          <w:lang w:eastAsia="zh-TW"/>
        </w:rPr>
        <w:t>清楚</w:t>
      </w:r>
      <w:proofErr w:type="gramEnd"/>
      <w:r>
        <w:rPr>
          <w:lang w:eastAsia="zh-TW"/>
        </w:rPr>
        <w:t>、僅限內部</w:t>
      </w:r>
      <w:r>
        <w:rPr>
          <w:lang w:eastAsia="zh-TW"/>
        </w:rPr>
        <w:t>RAG</w:t>
      </w:r>
      <w:r>
        <w:rPr>
          <w:lang w:eastAsia="zh-TW"/>
        </w:rPr>
        <w:t>且無境外傳輸者，未必需要國家層級升級；</w:t>
      </w:r>
      <w:proofErr w:type="gramStart"/>
      <w:r>
        <w:rPr>
          <w:lang w:eastAsia="zh-TW"/>
        </w:rPr>
        <w:t>其二，</w:t>
      </w:r>
      <w:proofErr w:type="gramEnd"/>
      <w:r>
        <w:rPr>
          <w:lang w:eastAsia="zh-TW"/>
        </w:rPr>
        <w:t>供應商無法交付逐筆訓練資料但能提出資料集來源、退出機制、模型版本及獨</w:t>
      </w:r>
      <w:r>
        <w:rPr>
          <w:lang w:eastAsia="zh-TW"/>
        </w:rPr>
        <w:t>立稽核報告者，應先判定</w:t>
      </w:r>
      <w:r>
        <w:rPr>
          <w:lang w:eastAsia="zh-TW"/>
        </w:rPr>
        <w:t>Conditional</w:t>
      </w:r>
      <w:r>
        <w:rPr>
          <w:lang w:eastAsia="zh-TW"/>
        </w:rPr>
        <w:t>並設定補證與監測條件，而非當然</w:t>
      </w:r>
      <w:r>
        <w:rPr>
          <w:lang w:eastAsia="zh-TW"/>
        </w:rPr>
        <w:t>No-Go</w:t>
      </w:r>
      <w:r>
        <w:rPr>
          <w:lang w:eastAsia="zh-TW"/>
        </w:rPr>
        <w:t>。這些</w:t>
      </w:r>
      <w:proofErr w:type="gramStart"/>
      <w:r>
        <w:rPr>
          <w:lang w:eastAsia="zh-TW"/>
        </w:rPr>
        <w:t>反例使本文</w:t>
      </w:r>
      <w:proofErr w:type="gramEnd"/>
      <w:r>
        <w:rPr>
          <w:lang w:eastAsia="zh-TW"/>
        </w:rPr>
        <w:t>的停止設計保持比例性，而非把所有不確定性等同於禁止。</w:t>
      </w:r>
    </w:p>
    <w:p w14:paraId="3F895471" w14:textId="77777777" w:rsidR="0084721C" w:rsidRDefault="009B07FB">
      <w:pPr>
        <w:spacing w:after="120" w:line="324" w:lineRule="auto"/>
        <w:rPr>
          <w:lang w:eastAsia="zh-TW"/>
        </w:rPr>
      </w:pPr>
      <w:r>
        <w:rPr>
          <w:lang w:eastAsia="zh-TW"/>
        </w:rPr>
        <w:t>第二類反例尤其適用於國際商業模型與開源模型的政府採購。機關通常無法要求模型提供者交出逐筆訓練資料，也不應把無法取得逐筆清冊直接等同於不得採購；較可行的</w:t>
      </w:r>
      <w:r>
        <w:rPr>
          <w:lang w:eastAsia="zh-TW"/>
        </w:rPr>
        <w:t>Conditional</w:t>
      </w:r>
      <w:r>
        <w:rPr>
          <w:lang w:eastAsia="zh-TW"/>
        </w:rPr>
        <w:t>門檻是要求供應商提出模型卡或公開訓練摘要、</w:t>
      </w:r>
      <w:proofErr w:type="gramStart"/>
      <w:r>
        <w:rPr>
          <w:lang w:eastAsia="zh-TW"/>
        </w:rPr>
        <w:t>適用法域與</w:t>
      </w:r>
      <w:proofErr w:type="gramEnd"/>
      <w:r>
        <w:rPr>
          <w:lang w:eastAsia="zh-TW"/>
        </w:rPr>
        <w:t>服務條款、第三方獨立稽核或合規認證、資料不作再訓練之承諾、次處理者清單、可退出與可移除的技術證明。此一替代證據仍不足時，才提高至</w:t>
      </w:r>
      <w:r>
        <w:rPr>
          <w:lang w:eastAsia="zh-TW"/>
        </w:rPr>
        <w:t>No-</w:t>
      </w:r>
      <w:r>
        <w:rPr>
          <w:lang w:eastAsia="zh-TW"/>
        </w:rPr>
        <w:t>Go</w:t>
      </w:r>
      <w:r>
        <w:rPr>
          <w:lang w:eastAsia="zh-TW"/>
        </w:rPr>
        <w:t>或改用可控制的部署方式。</w:t>
      </w:r>
    </w:p>
    <w:p w14:paraId="127946F9" w14:textId="77777777" w:rsidR="0084721C" w:rsidRDefault="009B07FB">
      <w:pPr>
        <w:spacing w:after="140" w:line="324" w:lineRule="auto"/>
        <w:rPr>
          <w:lang w:eastAsia="zh-TW"/>
        </w:rPr>
      </w:pPr>
      <w:r>
        <w:rPr>
          <w:b/>
          <w:sz w:val="26"/>
          <w:lang w:eastAsia="zh-TW"/>
        </w:rPr>
        <w:t>六、比較</w:t>
      </w:r>
      <w:r>
        <w:rPr>
          <w:b/>
          <w:sz w:val="26"/>
          <w:lang w:eastAsia="zh-TW"/>
        </w:rPr>
        <w:t>AI</w:t>
      </w:r>
      <w:r>
        <w:rPr>
          <w:b/>
          <w:sz w:val="26"/>
          <w:lang w:eastAsia="zh-TW"/>
        </w:rPr>
        <w:t>治理：中國大陸、歐盟、美國與臺灣</w:t>
      </w:r>
    </w:p>
    <w:p w14:paraId="51A482B7" w14:textId="77777777" w:rsidR="0084721C" w:rsidRDefault="009B07FB">
      <w:pPr>
        <w:spacing w:after="120" w:line="324" w:lineRule="auto"/>
        <w:rPr>
          <w:lang w:eastAsia="zh-TW"/>
        </w:rPr>
      </w:pPr>
      <w:r>
        <w:rPr>
          <w:lang w:eastAsia="zh-TW"/>
        </w:rPr>
        <w:t>第十八篇已初步指出「權利</w:t>
      </w:r>
      <w:proofErr w:type="gramStart"/>
      <w:r>
        <w:rPr>
          <w:lang w:eastAsia="zh-TW"/>
        </w:rPr>
        <w:t>來源洗淡</w:t>
      </w:r>
      <w:proofErr w:type="gramEnd"/>
      <w:r>
        <w:rPr>
          <w:lang w:eastAsia="zh-TW"/>
        </w:rPr>
        <w:t>」的跨境風險。第十九篇進一步把同一壓力測試放進比較視野：不是評比哪一方「更重視智慧財產權」，而是比較責任閘門如何設計、權利人能否找到必須回應的人，以及政府作為使用者／採購者時，是否保有可對外說明的證據能力。</w:t>
      </w:r>
    </w:p>
    <w:p w14:paraId="2F379287" w14:textId="77777777" w:rsidR="0084721C" w:rsidRDefault="009B07FB">
      <w:pPr>
        <w:spacing w:after="140" w:line="324" w:lineRule="auto"/>
        <w:rPr>
          <w:lang w:eastAsia="zh-TW"/>
        </w:rPr>
      </w:pPr>
      <w:r>
        <w:rPr>
          <w:b/>
          <w:sz w:val="26"/>
          <w:lang w:eastAsia="zh-TW"/>
        </w:rPr>
        <w:lastRenderedPageBreak/>
        <w:t>（一）中國大陸：以「服務提供者」為中心的閘門</w:t>
      </w:r>
    </w:p>
    <w:p w14:paraId="01FD1C0A" w14:textId="77777777" w:rsidR="0084721C" w:rsidRDefault="009B07FB">
      <w:pPr>
        <w:spacing w:after="120" w:line="324" w:lineRule="auto"/>
        <w:rPr>
          <w:lang w:eastAsia="zh-TW"/>
        </w:rPr>
      </w:pPr>
      <w:r>
        <w:rPr>
          <w:lang w:eastAsia="zh-TW"/>
        </w:rPr>
        <w:t>《生成式人工智能服務管理暫行辦法》（</w:t>
      </w:r>
      <w:r>
        <w:rPr>
          <w:lang w:eastAsia="zh-TW"/>
        </w:rPr>
        <w:t>2023</w:t>
      </w:r>
      <w:r>
        <w:rPr>
          <w:lang w:eastAsia="zh-TW"/>
        </w:rPr>
        <w:t>年</w:t>
      </w:r>
      <w:r>
        <w:rPr>
          <w:lang w:eastAsia="zh-TW"/>
        </w:rPr>
        <w:t>8</w:t>
      </w:r>
      <w:r>
        <w:rPr>
          <w:lang w:eastAsia="zh-TW"/>
        </w:rPr>
        <w:t>月施行）是本文</w:t>
      </w:r>
      <w:proofErr w:type="gramStart"/>
      <w:r>
        <w:rPr>
          <w:lang w:eastAsia="zh-TW"/>
        </w:rPr>
        <w:t>跨法域</w:t>
      </w:r>
      <w:proofErr w:type="gramEnd"/>
      <w:r>
        <w:rPr>
          <w:lang w:eastAsia="zh-TW"/>
        </w:rPr>
        <w:t>比較的重要對照點。其核心設計是：</w:t>
      </w:r>
    </w:p>
    <w:p w14:paraId="66295AB0"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w:t>
      </w:r>
      <w:r>
        <w:rPr>
          <w:lang w:eastAsia="zh-TW"/>
        </w:rPr>
        <w:t>適用範圍</w:t>
      </w:r>
      <w:proofErr w:type="gramStart"/>
      <w:r>
        <w:rPr>
          <w:lang w:eastAsia="zh-TW"/>
        </w:rPr>
        <w:t>嚴格</w:t>
      </w:r>
      <w:proofErr w:type="gramEnd"/>
      <w:r>
        <w:rPr>
          <w:lang w:eastAsia="zh-TW"/>
        </w:rPr>
        <w:t>限縮於「向境內公眾提供」的生成式</w:t>
      </w:r>
      <w:r>
        <w:rPr>
          <w:lang w:eastAsia="zh-TW"/>
        </w:rPr>
        <w:t>AI</w:t>
      </w:r>
      <w:r>
        <w:rPr>
          <w:lang w:eastAsia="zh-TW"/>
        </w:rPr>
        <w:t>服務</w:t>
      </w:r>
      <w:r>
        <w:rPr>
          <w:lang w:eastAsia="zh-TW"/>
        </w:rPr>
        <w:t>**</w:t>
      </w:r>
      <w:r>
        <w:rPr>
          <w:lang w:eastAsia="zh-TW"/>
        </w:rPr>
        <w:t>（第</w:t>
      </w:r>
      <w:r>
        <w:rPr>
          <w:lang w:eastAsia="zh-TW"/>
        </w:rPr>
        <w:t>2</w:t>
      </w:r>
      <w:r>
        <w:rPr>
          <w:lang w:eastAsia="zh-TW"/>
        </w:rPr>
        <w:t>條）。行業組織、企業、教育科</w:t>
      </w:r>
      <w:proofErr w:type="gramStart"/>
      <w:r>
        <w:rPr>
          <w:lang w:eastAsia="zh-TW"/>
        </w:rPr>
        <w:t>研</w:t>
      </w:r>
      <w:proofErr w:type="gramEnd"/>
      <w:r>
        <w:rPr>
          <w:lang w:eastAsia="zh-TW"/>
        </w:rPr>
        <w:t>機構等未向公眾提供服務的內部研發或應用，原則上不適用。</w:t>
      </w:r>
    </w:p>
    <w:p w14:paraId="5B88EE7A"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提供者義務明確</w:t>
      </w:r>
      <w:r>
        <w:rPr>
          <w:lang w:eastAsia="zh-TW"/>
        </w:rPr>
        <w:t>**</w:t>
      </w:r>
      <w:r>
        <w:rPr>
          <w:lang w:eastAsia="zh-TW"/>
        </w:rPr>
        <w:t>：訓練數據須具合法來源、不得侵害他人智慧財產權（第</w:t>
      </w:r>
      <w:r>
        <w:rPr>
          <w:lang w:eastAsia="zh-TW"/>
        </w:rPr>
        <w:t>7</w:t>
      </w:r>
      <w:r>
        <w:rPr>
          <w:lang w:eastAsia="zh-TW"/>
        </w:rPr>
        <w:t>條）；須建立健全投訴、舉報機制，設置便捷入口並反饋處理結果（第</w:t>
      </w:r>
      <w:r>
        <w:rPr>
          <w:lang w:eastAsia="zh-TW"/>
        </w:rPr>
        <w:t>15</w:t>
      </w:r>
      <w:r>
        <w:rPr>
          <w:lang w:eastAsia="zh-TW"/>
        </w:rPr>
        <w:t>條）；主管機關可要求說明訓練數據來源、規模、類型等（第</w:t>
      </w:r>
      <w:r>
        <w:rPr>
          <w:lang w:eastAsia="zh-TW"/>
        </w:rPr>
        <w:t>19</w:t>
      </w:r>
      <w:r>
        <w:rPr>
          <w:lang w:eastAsia="zh-TW"/>
        </w:rPr>
        <w:t>條）。</w:t>
      </w:r>
    </w:p>
    <w:p w14:paraId="2F319550"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責任閘門集中</w:t>
      </w:r>
      <w:r>
        <w:rPr>
          <w:lang w:eastAsia="zh-TW"/>
        </w:rPr>
        <w:t>**</w:t>
      </w:r>
      <w:r>
        <w:rPr>
          <w:lang w:eastAsia="zh-TW"/>
        </w:rPr>
        <w:t>：權利人或公眾主要透過「提供者」提出異議，提供者再對主管機關負責。這在一定程度上減少「誰都不是第一責任人」的情況。</w:t>
      </w:r>
    </w:p>
    <w:p w14:paraId="1C39F37C" w14:textId="77777777" w:rsidR="0084721C" w:rsidRDefault="009B07FB">
      <w:pPr>
        <w:spacing w:after="120" w:line="324" w:lineRule="auto"/>
        <w:rPr>
          <w:lang w:eastAsia="zh-TW"/>
        </w:rPr>
      </w:pPr>
      <w:r>
        <w:rPr>
          <w:lang w:eastAsia="zh-TW"/>
        </w:rPr>
        <w:t>比較意涵：</w:t>
      </w:r>
      <w:r>
        <w:rPr>
          <w:lang w:eastAsia="zh-TW"/>
        </w:rPr>
        <w:t>此模式對「面向公眾的商業服務」形成較清晰的閘門，但對政府內部</w:t>
      </w:r>
      <w:r>
        <w:rPr>
          <w:lang w:eastAsia="zh-TW"/>
        </w:rPr>
        <w:t>RAG</w:t>
      </w:r>
      <w:r>
        <w:rPr>
          <w:lang w:eastAsia="zh-TW"/>
        </w:rPr>
        <w:t>、研究使用、非公眾服務，或跨境供應鏈中的開源微調模型，並不當然涵蓋。權利人若主張其作品已被政府系統使用，仍可能需穿越提供者、平台、資料集與最終使用機關的多層關係。換言之，閘門存在，但原作者未必位於閘門「之內」</w:t>
      </w:r>
      <w:proofErr w:type="gramStart"/>
      <w:r>
        <w:rPr>
          <w:lang w:eastAsia="zh-TW"/>
        </w:rPr>
        <w:t>—</w:t>
      </w:r>
      <w:proofErr w:type="gramEnd"/>
      <w:r>
        <w:rPr>
          <w:lang w:eastAsia="zh-TW"/>
        </w:rPr>
        <w:t>—</w:t>
      </w:r>
      <w:r>
        <w:rPr>
          <w:lang w:eastAsia="zh-TW"/>
        </w:rPr>
        <w:t>資料進入系統以前，權利人往往未被看見或被告知。</w:t>
      </w:r>
    </w:p>
    <w:p w14:paraId="763E9238" w14:textId="77777777" w:rsidR="0084721C" w:rsidRDefault="009B07FB">
      <w:pPr>
        <w:spacing w:after="120" w:line="324" w:lineRule="auto"/>
        <w:rPr>
          <w:lang w:eastAsia="zh-TW"/>
        </w:rPr>
      </w:pPr>
      <w:r>
        <w:rPr>
          <w:lang w:eastAsia="zh-TW"/>
        </w:rPr>
        <w:t>後續中國大陸關於人工智慧生成合成內容標識的規範，處理的是生成內容的標識與傳播辨識問題；其制度目的與本文所問的原始授權鏈、政府</w:t>
      </w:r>
      <w:r>
        <w:rPr>
          <w:lang w:eastAsia="zh-TW"/>
        </w:rPr>
        <w:t>RAG</w:t>
      </w:r>
      <w:r>
        <w:rPr>
          <w:lang w:eastAsia="zh-TW"/>
        </w:rPr>
        <w:t>部署及停止責任並不相同。本文因此不以內容標識規範推論政府</w:t>
      </w:r>
      <w:r>
        <w:rPr>
          <w:lang w:eastAsia="zh-TW"/>
        </w:rPr>
        <w:t>內部使用已有完整的權利來源治理。</w:t>
      </w:r>
    </w:p>
    <w:p w14:paraId="597C54B2" w14:textId="77777777" w:rsidR="0084721C" w:rsidRDefault="009B07FB">
      <w:pPr>
        <w:spacing w:after="140" w:line="324" w:lineRule="auto"/>
        <w:rPr>
          <w:lang w:eastAsia="zh-TW"/>
        </w:rPr>
      </w:pPr>
      <w:r>
        <w:rPr>
          <w:b/>
          <w:sz w:val="26"/>
          <w:lang w:eastAsia="zh-TW"/>
        </w:rPr>
        <w:t>（二）歐盟：透明度導向的「權利行使促進」機制</w:t>
      </w:r>
    </w:p>
    <w:p w14:paraId="11CA0F4D" w14:textId="77777777" w:rsidR="0084721C" w:rsidRDefault="009B07FB">
      <w:pPr>
        <w:spacing w:after="120" w:line="324" w:lineRule="auto"/>
        <w:rPr>
          <w:lang w:eastAsia="zh-TW"/>
        </w:rPr>
      </w:pPr>
      <w:r>
        <w:rPr>
          <w:lang w:eastAsia="zh-TW"/>
        </w:rPr>
        <w:t>歐盟《</w:t>
      </w:r>
      <w:r>
        <w:rPr>
          <w:lang w:eastAsia="zh-TW"/>
        </w:rPr>
        <w:t>AI Act</w:t>
      </w:r>
      <w:r>
        <w:rPr>
          <w:lang w:eastAsia="zh-TW"/>
        </w:rPr>
        <w:t>》第</w:t>
      </w:r>
      <w:r>
        <w:rPr>
          <w:lang w:eastAsia="zh-TW"/>
        </w:rPr>
        <w:t>53</w:t>
      </w:r>
      <w:r>
        <w:rPr>
          <w:lang w:eastAsia="zh-TW"/>
        </w:rPr>
        <w:t>條對通用目的</w:t>
      </w:r>
      <w:r>
        <w:rPr>
          <w:lang w:eastAsia="zh-TW"/>
        </w:rPr>
        <w:t>AI</w:t>
      </w:r>
      <w:r>
        <w:rPr>
          <w:lang w:eastAsia="zh-TW"/>
        </w:rPr>
        <w:t>（</w:t>
      </w:r>
      <w:r>
        <w:rPr>
          <w:lang w:eastAsia="zh-TW"/>
        </w:rPr>
        <w:t>GPAI</w:t>
      </w:r>
      <w:r>
        <w:rPr>
          <w:lang w:eastAsia="zh-TW"/>
        </w:rPr>
        <w:t>）模型提供者課予下列義務：</w:t>
      </w:r>
    </w:p>
    <w:p w14:paraId="0FB9C043" w14:textId="77777777" w:rsidR="0084721C" w:rsidRDefault="009B07FB">
      <w:pPr>
        <w:spacing w:after="120" w:line="324" w:lineRule="auto"/>
        <w:rPr>
          <w:lang w:eastAsia="zh-TW"/>
        </w:rPr>
      </w:pPr>
      <w:r>
        <w:rPr>
          <w:lang w:eastAsia="zh-TW"/>
        </w:rPr>
        <w:t xml:space="preserve">1. </w:t>
      </w:r>
      <w:r>
        <w:rPr>
          <w:lang w:eastAsia="zh-TW"/>
        </w:rPr>
        <w:t>建置遵守歐盟著作權及鄰接權法的政策，尤其辨識並遵守權利保留；</w:t>
      </w:r>
    </w:p>
    <w:p w14:paraId="64118229" w14:textId="77777777" w:rsidR="0084721C" w:rsidRDefault="009B07FB">
      <w:pPr>
        <w:spacing w:after="120" w:line="324" w:lineRule="auto"/>
      </w:pPr>
      <w:r>
        <w:t xml:space="preserve">2. </w:t>
      </w:r>
      <w:proofErr w:type="spellStart"/>
      <w:r>
        <w:t>依</w:t>
      </w:r>
      <w:r>
        <w:t>AI</w:t>
      </w:r>
      <w:proofErr w:type="spellEnd"/>
      <w:r>
        <w:t xml:space="preserve"> </w:t>
      </w:r>
      <w:proofErr w:type="spellStart"/>
      <w:r>
        <w:t>Office</w:t>
      </w:r>
      <w:r>
        <w:t>範本公開「訓練內容的充分詳細摘要</w:t>
      </w:r>
      <w:proofErr w:type="spellEnd"/>
      <w:r>
        <w:t>」（</w:t>
      </w:r>
      <w:r>
        <w:t>public summary of training content</w:t>
      </w:r>
      <w:r>
        <w:t>）。</w:t>
      </w:r>
    </w:p>
    <w:p w14:paraId="0EBB451A" w14:textId="77777777" w:rsidR="0084721C" w:rsidRDefault="009B07FB">
      <w:pPr>
        <w:spacing w:after="120" w:line="324" w:lineRule="auto"/>
        <w:rPr>
          <w:lang w:eastAsia="zh-TW"/>
        </w:rPr>
      </w:pPr>
      <w:r>
        <w:t>此等</w:t>
      </w:r>
      <w:r>
        <w:t>GPAI</w:t>
      </w:r>
      <w:r>
        <w:t>提供者義務自</w:t>
      </w:r>
      <w:r>
        <w:t>2025</w:t>
      </w:r>
      <w:r>
        <w:t>年</w:t>
      </w:r>
      <w:r>
        <w:t>8</w:t>
      </w:r>
      <w:r>
        <w:t>月</w:t>
      </w:r>
      <w:r>
        <w:t>2</w:t>
      </w:r>
      <w:proofErr w:type="spellStart"/>
      <w:r>
        <w:t>日起適用；歐盟委員會已發布公開摘要範本</w:t>
      </w:r>
      <w:proofErr w:type="spellEnd"/>
      <w:r>
        <w:t>。</w:t>
      </w:r>
      <w:r>
        <w:rPr>
          <w:lang w:eastAsia="zh-TW"/>
        </w:rPr>
        <w:t>高風險</w:t>
      </w:r>
      <w:r>
        <w:rPr>
          <w:lang w:eastAsia="zh-TW"/>
        </w:rPr>
        <w:t>AI</w:t>
      </w:r>
      <w:r>
        <w:rPr>
          <w:lang w:eastAsia="zh-TW"/>
        </w:rPr>
        <w:t>系統另有第</w:t>
      </w:r>
      <w:r>
        <w:rPr>
          <w:lang w:eastAsia="zh-TW"/>
        </w:rPr>
        <w:t>10</w:t>
      </w:r>
      <w:r>
        <w:rPr>
          <w:lang w:eastAsia="zh-TW"/>
        </w:rPr>
        <w:t>條的資料治理要求。這些規範可促進權利人理解訓</w:t>
      </w:r>
      <w:r>
        <w:rPr>
          <w:lang w:eastAsia="zh-TW"/>
        </w:rPr>
        <w:t>練內容類型，卻不是逐筆作品清冊。</w:t>
      </w:r>
    </w:p>
    <w:p w14:paraId="4156A0A1" w14:textId="77777777" w:rsidR="0084721C" w:rsidRDefault="009B07FB">
      <w:pPr>
        <w:spacing w:after="120" w:line="324" w:lineRule="auto"/>
        <w:rPr>
          <w:lang w:eastAsia="zh-TW"/>
        </w:rPr>
      </w:pPr>
      <w:r>
        <w:rPr>
          <w:lang w:eastAsia="zh-TW"/>
        </w:rPr>
        <w:t>比較意涵：第</w:t>
      </w:r>
      <w:r>
        <w:rPr>
          <w:lang w:eastAsia="zh-TW"/>
        </w:rPr>
        <w:t>53</w:t>
      </w:r>
      <w:r>
        <w:rPr>
          <w:lang w:eastAsia="zh-TW"/>
        </w:rPr>
        <w:t>條的義務主體是</w:t>
      </w:r>
      <w:r>
        <w:rPr>
          <w:lang w:eastAsia="zh-TW"/>
        </w:rPr>
        <w:t>GPAI</w:t>
      </w:r>
      <w:r>
        <w:rPr>
          <w:lang w:eastAsia="zh-TW"/>
        </w:rPr>
        <w:t>模型提供者，不是每一個以該模型建立</w:t>
      </w:r>
      <w:r>
        <w:rPr>
          <w:lang w:eastAsia="zh-TW"/>
        </w:rPr>
        <w:t>RAG</w:t>
      </w:r>
      <w:r>
        <w:rPr>
          <w:lang w:eastAsia="zh-TW"/>
        </w:rPr>
        <w:t>的部</w:t>
      </w:r>
      <w:proofErr w:type="gramStart"/>
      <w:r>
        <w:rPr>
          <w:lang w:eastAsia="zh-TW"/>
        </w:rPr>
        <w:t>署者</w:t>
      </w:r>
      <w:proofErr w:type="gramEnd"/>
      <w:r>
        <w:rPr>
          <w:lang w:eastAsia="zh-TW"/>
        </w:rPr>
        <w:t>。歐盟路徑強調「模型層級透明度作為權利行使的前提」，而非直接指定政府機關的停止責任人。對臺灣政府</w:t>
      </w:r>
      <w:r>
        <w:rPr>
          <w:lang w:eastAsia="zh-TW"/>
        </w:rPr>
        <w:t>AI</w:t>
      </w:r>
      <w:r>
        <w:rPr>
          <w:lang w:eastAsia="zh-TW"/>
        </w:rPr>
        <w:t>而言，</w:t>
      </w:r>
      <w:r>
        <w:rPr>
          <w:lang w:eastAsia="zh-TW"/>
        </w:rPr>
        <w:lastRenderedPageBreak/>
        <w:t>若採購或使用的</w:t>
      </w:r>
      <w:r>
        <w:rPr>
          <w:lang w:eastAsia="zh-TW"/>
        </w:rPr>
        <w:t>GPAI</w:t>
      </w:r>
      <w:r>
        <w:rPr>
          <w:lang w:eastAsia="zh-TW"/>
        </w:rPr>
        <w:t>模型已依</w:t>
      </w:r>
      <w:r>
        <w:rPr>
          <w:lang w:eastAsia="zh-TW"/>
        </w:rPr>
        <w:t>AI Act</w:t>
      </w:r>
      <w:r>
        <w:rPr>
          <w:lang w:eastAsia="zh-TW"/>
        </w:rPr>
        <w:t>公開摘要，可作為「權利來源證據包」的補充材料；但摘要本身並不自動解決機關自行匯入資料、切塊、向量化與檢索後的來源失落，也不替代部署者層級的停止權、日誌保全與異議入口。歐盟模式提醒我們：透明度是必要條件，卻不足以構成完整的事前治理與跨境回應能力。</w:t>
      </w:r>
    </w:p>
    <w:p w14:paraId="335D2472" w14:textId="77777777" w:rsidR="0084721C" w:rsidRDefault="009B07FB">
      <w:pPr>
        <w:spacing w:after="140" w:line="324" w:lineRule="auto"/>
        <w:rPr>
          <w:lang w:eastAsia="zh-TW"/>
        </w:rPr>
      </w:pPr>
      <w:r>
        <w:rPr>
          <w:b/>
          <w:sz w:val="26"/>
          <w:lang w:eastAsia="zh-TW"/>
        </w:rPr>
        <w:t>（三）美國：分散、訴訟驅動與國家安全導向</w:t>
      </w:r>
    </w:p>
    <w:p w14:paraId="174BE8BB" w14:textId="77777777" w:rsidR="0084721C" w:rsidRDefault="009B07FB">
      <w:pPr>
        <w:spacing w:after="120" w:line="324" w:lineRule="auto"/>
        <w:rPr>
          <w:lang w:eastAsia="zh-TW"/>
        </w:rPr>
      </w:pPr>
      <w:r>
        <w:rPr>
          <w:lang w:eastAsia="zh-TW"/>
        </w:rPr>
        <w:t>美國並非以單一生成式</w:t>
      </w:r>
      <w:r>
        <w:rPr>
          <w:lang w:eastAsia="zh-TW"/>
        </w:rPr>
        <w:t>AI</w:t>
      </w:r>
      <w:r>
        <w:rPr>
          <w:lang w:eastAsia="zh-TW"/>
        </w:rPr>
        <w:t>專法處理本題，而是由多種工具並行：</w:t>
      </w:r>
    </w:p>
    <w:p w14:paraId="562C1411" w14:textId="77777777" w:rsidR="0084721C" w:rsidRDefault="009B07FB">
      <w:pPr>
        <w:spacing w:after="60" w:line="324" w:lineRule="auto"/>
        <w:ind w:left="259" w:hanging="259"/>
        <w:rPr>
          <w:lang w:eastAsia="zh-TW"/>
        </w:rPr>
      </w:pPr>
      <w:proofErr w:type="gramStart"/>
      <w:r>
        <w:rPr>
          <w:lang w:eastAsia="zh-TW"/>
        </w:rPr>
        <w:t>•</w:t>
      </w:r>
      <w:proofErr w:type="gramEnd"/>
      <w:r>
        <w:rPr>
          <w:lang w:eastAsia="zh-TW"/>
        </w:rPr>
        <w:t xml:space="preserve"> </w:t>
      </w:r>
      <w:r>
        <w:rPr>
          <w:lang w:eastAsia="zh-TW"/>
        </w:rPr>
        <w:t>著作權法下的合理使用（</w:t>
      </w:r>
      <w:r>
        <w:rPr>
          <w:lang w:eastAsia="zh-TW"/>
        </w:rPr>
        <w:t>fair use</w:t>
      </w:r>
      <w:r>
        <w:rPr>
          <w:lang w:eastAsia="zh-TW"/>
        </w:rPr>
        <w:t>）訴訟（例如對訓練資料的集體訴訟仍在進行中）；</w:t>
      </w:r>
    </w:p>
    <w:p w14:paraId="740AAA9D" w14:textId="77777777" w:rsidR="0084721C" w:rsidRDefault="009B07FB">
      <w:pPr>
        <w:spacing w:after="60" w:line="324" w:lineRule="auto"/>
        <w:ind w:left="259" w:hanging="259"/>
      </w:pPr>
      <w:r>
        <w:t>• NIST AI Risk Management Framework</w:t>
      </w:r>
      <w:r>
        <w:t>等自願性框架；</w:t>
      </w:r>
    </w:p>
    <w:p w14:paraId="58402C17" w14:textId="77777777" w:rsidR="0084721C" w:rsidRDefault="009B07FB">
      <w:pPr>
        <w:spacing w:after="60" w:line="324" w:lineRule="auto"/>
        <w:ind w:left="259" w:hanging="259"/>
      </w:pPr>
      <w:r>
        <w:t>• OMB</w:t>
      </w:r>
      <w:r>
        <w:t>對聯邦</w:t>
      </w:r>
      <w:r>
        <w:t>AI</w:t>
      </w:r>
      <w:r>
        <w:t>採購與使用的備忘錄；</w:t>
      </w:r>
    </w:p>
    <w:p w14:paraId="30E84D4A" w14:textId="77777777" w:rsidR="0084721C" w:rsidRDefault="009B07FB">
      <w:pPr>
        <w:spacing w:after="60" w:line="324" w:lineRule="auto"/>
        <w:ind w:left="259" w:hanging="259"/>
      </w:pPr>
      <w:r>
        <w:t xml:space="preserve">• </w:t>
      </w:r>
      <w:r>
        <w:t>出口管制與供應鏈安全考量。</w:t>
      </w:r>
    </w:p>
    <w:p w14:paraId="5AE9EF0A" w14:textId="77777777" w:rsidR="0084721C" w:rsidRDefault="009B07FB">
      <w:pPr>
        <w:spacing w:after="120" w:line="324" w:lineRule="auto"/>
        <w:rPr>
          <w:lang w:eastAsia="zh-TW"/>
        </w:rPr>
      </w:pPr>
      <w:r>
        <w:t>政府作為使用者時，聯邦採購、資安、隱私、機密與各部門規範同時作用。</w:t>
      </w:r>
      <w:r>
        <w:rPr>
          <w:lang w:eastAsia="zh-TW"/>
        </w:rPr>
        <w:t>M-25-22</w:t>
      </w:r>
      <w:r>
        <w:rPr>
          <w:lang w:eastAsia="zh-TW"/>
        </w:rPr>
        <w:t>直接適用於符合其範圍的聯邦</w:t>
      </w:r>
      <w:r>
        <w:rPr>
          <w:lang w:eastAsia="zh-TW"/>
        </w:rPr>
        <w:t>AI</w:t>
      </w:r>
      <w:r>
        <w:rPr>
          <w:lang w:eastAsia="zh-TW"/>
        </w:rPr>
        <w:t>取得；它要求機關更新採購程序、使用適當的智慧財產</w:t>
      </w:r>
      <w:r>
        <w:rPr>
          <w:lang w:eastAsia="zh-TW"/>
        </w:rPr>
        <w:t>權契約條款，依</w:t>
      </w:r>
      <w:r>
        <w:rPr>
          <w:lang w:eastAsia="zh-TW"/>
        </w:rPr>
        <w:t>AI</w:t>
      </w:r>
      <w:r>
        <w:rPr>
          <w:lang w:eastAsia="zh-TW"/>
        </w:rPr>
        <w:t>預定用途界定政府與承包商的權利，並處理資料保留、透明度與持續監測。備忘錄亦明示其取代的是</w:t>
      </w:r>
      <w:r>
        <w:rPr>
          <w:lang w:eastAsia="zh-TW"/>
        </w:rPr>
        <w:t>M-24-18</w:t>
      </w:r>
      <w:r>
        <w:rPr>
          <w:lang w:eastAsia="zh-TW"/>
        </w:rPr>
        <w:t>；它不是臺灣跨境證據包制度的直接證據，更不是可移植的停止命令依據。其可供借鏡處，在於將</w:t>
      </w:r>
      <w:r>
        <w:rPr>
          <w:lang w:eastAsia="zh-TW"/>
        </w:rPr>
        <w:t>IP</w:t>
      </w:r>
      <w:r>
        <w:rPr>
          <w:lang w:eastAsia="zh-TW"/>
        </w:rPr>
        <w:t>、資料處理、文件與監測要求寫進採購生命週期。</w:t>
      </w:r>
    </w:p>
    <w:p w14:paraId="5B8446B2" w14:textId="77777777" w:rsidR="0084721C" w:rsidRDefault="009B07FB">
      <w:pPr>
        <w:spacing w:after="120" w:line="324" w:lineRule="auto"/>
        <w:rPr>
          <w:lang w:eastAsia="zh-TW"/>
        </w:rPr>
      </w:pPr>
      <w:r>
        <w:rPr>
          <w:lang w:eastAsia="zh-TW"/>
        </w:rPr>
        <w:t>比較意涵：美國路徑對「政府事前保存可被外部檢驗的行政證據」要求相對較弱，但對跨境技術移轉與國家安全敏感度極高。這與</w:t>
      </w:r>
      <w:proofErr w:type="gramStart"/>
      <w:r>
        <w:rPr>
          <w:lang w:eastAsia="zh-TW"/>
        </w:rPr>
        <w:t>第十九篇高敏感</w:t>
      </w:r>
      <w:proofErr w:type="gramEnd"/>
      <w:r>
        <w:rPr>
          <w:lang w:eastAsia="zh-TW"/>
        </w:rPr>
        <w:t>技術合作案例形成對照：若臺灣</w:t>
      </w:r>
      <w:proofErr w:type="gramStart"/>
      <w:r>
        <w:rPr>
          <w:lang w:eastAsia="zh-TW"/>
        </w:rPr>
        <w:t>在共製或</w:t>
      </w:r>
      <w:proofErr w:type="gramEnd"/>
      <w:r>
        <w:rPr>
          <w:lang w:eastAsia="zh-TW"/>
        </w:rPr>
        <w:t>關鍵技術案中缺乏明確的接觸權／利用權界線與停止機制，一旦觸發出口國關切，損害可能難以用一般民</w:t>
      </w:r>
      <w:r>
        <w:rPr>
          <w:lang w:eastAsia="zh-TW"/>
        </w:rPr>
        <w:t>事救濟回復。</w:t>
      </w:r>
    </w:p>
    <w:p w14:paraId="7C99025D" w14:textId="77777777" w:rsidR="0084721C" w:rsidRDefault="009B07FB">
      <w:pPr>
        <w:spacing w:after="140" w:line="324" w:lineRule="auto"/>
        <w:rPr>
          <w:lang w:eastAsia="zh-TW"/>
        </w:rPr>
      </w:pPr>
      <w:r>
        <w:rPr>
          <w:b/>
          <w:sz w:val="26"/>
          <w:lang w:eastAsia="zh-TW"/>
        </w:rPr>
        <w:t>（四）綜合比較表：責任閘門、權利人</w:t>
      </w:r>
      <w:proofErr w:type="gramStart"/>
      <w:r>
        <w:rPr>
          <w:b/>
          <w:sz w:val="26"/>
          <w:lang w:eastAsia="zh-TW"/>
        </w:rPr>
        <w:t>可達性與</w:t>
      </w:r>
      <w:proofErr w:type="gramEnd"/>
      <w:r>
        <w:rPr>
          <w:b/>
          <w:sz w:val="26"/>
          <w:lang w:eastAsia="zh-TW"/>
        </w:rPr>
        <w:t>政府證據能力</w:t>
      </w:r>
    </w:p>
    <w:tbl>
      <w:tblPr>
        <w:tblStyle w:val="TableGrid"/>
        <w:tblW w:w="0" w:type="auto"/>
        <w:jc w:val="center"/>
        <w:tblLook w:val="04A0" w:firstRow="1" w:lastRow="0" w:firstColumn="1" w:lastColumn="0" w:noHBand="0" w:noVBand="1"/>
      </w:tblPr>
      <w:tblGrid>
        <w:gridCol w:w="1987"/>
        <w:gridCol w:w="1987"/>
        <w:gridCol w:w="1987"/>
        <w:gridCol w:w="1987"/>
        <w:gridCol w:w="1987"/>
      </w:tblGrid>
      <w:tr w:rsidR="0084721C" w14:paraId="69106CC9" w14:textId="77777777">
        <w:trPr>
          <w:jc w:val="center"/>
        </w:trPr>
        <w:tc>
          <w:tcPr>
            <w:tcW w:w="1987" w:type="dxa"/>
            <w:shd w:val="clear" w:color="auto" w:fill="DCE6F2"/>
            <w:tcMar>
              <w:top w:w="90" w:type="dxa"/>
              <w:left w:w="100" w:type="dxa"/>
              <w:bottom w:w="90" w:type="dxa"/>
              <w:right w:w="100" w:type="dxa"/>
            </w:tcMar>
            <w:vAlign w:val="center"/>
          </w:tcPr>
          <w:p w14:paraId="14FC929D" w14:textId="77777777" w:rsidR="0084721C" w:rsidRDefault="009B07FB">
            <w:pPr>
              <w:spacing w:line="252" w:lineRule="auto"/>
            </w:pPr>
            <w:proofErr w:type="spellStart"/>
            <w:r>
              <w:rPr>
                <w:b/>
                <w:sz w:val="17"/>
              </w:rPr>
              <w:t>比較項目</w:t>
            </w:r>
            <w:proofErr w:type="spellEnd"/>
          </w:p>
        </w:tc>
        <w:tc>
          <w:tcPr>
            <w:tcW w:w="1987" w:type="dxa"/>
            <w:shd w:val="clear" w:color="auto" w:fill="DCE6F2"/>
            <w:tcMar>
              <w:top w:w="90" w:type="dxa"/>
              <w:left w:w="100" w:type="dxa"/>
              <w:bottom w:w="90" w:type="dxa"/>
              <w:right w:w="100" w:type="dxa"/>
            </w:tcMar>
            <w:vAlign w:val="center"/>
          </w:tcPr>
          <w:p w14:paraId="38914902" w14:textId="77777777" w:rsidR="0084721C" w:rsidRDefault="009B07FB">
            <w:pPr>
              <w:spacing w:line="252" w:lineRule="auto"/>
              <w:rPr>
                <w:lang w:eastAsia="zh-TW"/>
              </w:rPr>
            </w:pPr>
            <w:r>
              <w:rPr>
                <w:b/>
                <w:sz w:val="17"/>
                <w:lang w:eastAsia="zh-TW"/>
              </w:rPr>
              <w:t>臺灣（現行＋本文建議）</w:t>
            </w:r>
          </w:p>
        </w:tc>
        <w:tc>
          <w:tcPr>
            <w:tcW w:w="1987" w:type="dxa"/>
            <w:shd w:val="clear" w:color="auto" w:fill="DCE6F2"/>
            <w:tcMar>
              <w:top w:w="90" w:type="dxa"/>
              <w:left w:w="100" w:type="dxa"/>
              <w:bottom w:w="90" w:type="dxa"/>
              <w:right w:w="100" w:type="dxa"/>
            </w:tcMar>
            <w:vAlign w:val="center"/>
          </w:tcPr>
          <w:p w14:paraId="38AA9F81" w14:textId="77777777" w:rsidR="0084721C" w:rsidRDefault="009B07FB">
            <w:pPr>
              <w:spacing w:line="252" w:lineRule="auto"/>
            </w:pPr>
            <w:proofErr w:type="spellStart"/>
            <w:r>
              <w:rPr>
                <w:b/>
                <w:sz w:val="17"/>
              </w:rPr>
              <w:t>中國大陸</w:t>
            </w:r>
            <w:proofErr w:type="spellEnd"/>
          </w:p>
        </w:tc>
        <w:tc>
          <w:tcPr>
            <w:tcW w:w="1987" w:type="dxa"/>
            <w:shd w:val="clear" w:color="auto" w:fill="DCE6F2"/>
            <w:tcMar>
              <w:top w:w="90" w:type="dxa"/>
              <w:left w:w="100" w:type="dxa"/>
              <w:bottom w:w="90" w:type="dxa"/>
              <w:right w:w="100" w:type="dxa"/>
            </w:tcMar>
            <w:vAlign w:val="center"/>
          </w:tcPr>
          <w:p w14:paraId="04B5E02C" w14:textId="77777777" w:rsidR="0084721C" w:rsidRDefault="009B07FB">
            <w:pPr>
              <w:spacing w:line="252" w:lineRule="auto"/>
            </w:pPr>
            <w:r>
              <w:rPr>
                <w:b/>
                <w:sz w:val="17"/>
              </w:rPr>
              <w:t>歐盟（</w:t>
            </w:r>
            <w:r>
              <w:rPr>
                <w:b/>
                <w:sz w:val="17"/>
              </w:rPr>
              <w:t>AI Act GPAI</w:t>
            </w:r>
            <w:r>
              <w:rPr>
                <w:b/>
                <w:sz w:val="17"/>
              </w:rPr>
              <w:t>）</w:t>
            </w:r>
          </w:p>
        </w:tc>
        <w:tc>
          <w:tcPr>
            <w:tcW w:w="1987" w:type="dxa"/>
            <w:shd w:val="clear" w:color="auto" w:fill="DCE6F2"/>
            <w:tcMar>
              <w:top w:w="90" w:type="dxa"/>
              <w:left w:w="100" w:type="dxa"/>
              <w:bottom w:w="90" w:type="dxa"/>
              <w:right w:w="100" w:type="dxa"/>
            </w:tcMar>
            <w:vAlign w:val="center"/>
          </w:tcPr>
          <w:p w14:paraId="5065B653" w14:textId="77777777" w:rsidR="0084721C" w:rsidRDefault="009B07FB">
            <w:pPr>
              <w:spacing w:line="252" w:lineRule="auto"/>
            </w:pPr>
            <w:r>
              <w:rPr>
                <w:b/>
                <w:sz w:val="17"/>
              </w:rPr>
              <w:t>美國</w:t>
            </w:r>
          </w:p>
        </w:tc>
      </w:tr>
      <w:tr w:rsidR="0084721C" w14:paraId="77119A15" w14:textId="77777777">
        <w:trPr>
          <w:jc w:val="center"/>
        </w:trPr>
        <w:tc>
          <w:tcPr>
            <w:tcW w:w="1987" w:type="dxa"/>
            <w:tcMar>
              <w:top w:w="90" w:type="dxa"/>
              <w:left w:w="100" w:type="dxa"/>
              <w:bottom w:w="90" w:type="dxa"/>
              <w:right w:w="100" w:type="dxa"/>
            </w:tcMar>
            <w:vAlign w:val="center"/>
          </w:tcPr>
          <w:p w14:paraId="362A44AB" w14:textId="77777777" w:rsidR="0084721C" w:rsidRDefault="009B07FB">
            <w:pPr>
              <w:spacing w:line="252" w:lineRule="auto"/>
            </w:pPr>
            <w:r>
              <w:rPr>
                <w:sz w:val="17"/>
              </w:rPr>
              <w:t>主要責任閘門</w:t>
            </w:r>
          </w:p>
        </w:tc>
        <w:tc>
          <w:tcPr>
            <w:tcW w:w="1987" w:type="dxa"/>
            <w:tcMar>
              <w:top w:w="90" w:type="dxa"/>
              <w:left w:w="100" w:type="dxa"/>
              <w:bottom w:w="90" w:type="dxa"/>
              <w:right w:w="100" w:type="dxa"/>
            </w:tcMar>
            <w:vAlign w:val="center"/>
          </w:tcPr>
          <w:p w14:paraId="0E99324F" w14:textId="77777777" w:rsidR="0084721C" w:rsidRDefault="009B07FB">
            <w:pPr>
              <w:spacing w:line="252" w:lineRule="auto"/>
              <w:rPr>
                <w:lang w:eastAsia="zh-TW"/>
              </w:rPr>
            </w:pPr>
            <w:r>
              <w:rPr>
                <w:sz w:val="17"/>
                <w:lang w:eastAsia="zh-TW"/>
              </w:rPr>
              <w:t>分散於目的機關、採購、資訊、法制、供應商；建議強化案件責任官＋國家統籌</w:t>
            </w:r>
          </w:p>
        </w:tc>
        <w:tc>
          <w:tcPr>
            <w:tcW w:w="1987" w:type="dxa"/>
            <w:tcMar>
              <w:top w:w="90" w:type="dxa"/>
              <w:left w:w="100" w:type="dxa"/>
              <w:bottom w:w="90" w:type="dxa"/>
              <w:right w:w="100" w:type="dxa"/>
            </w:tcMar>
            <w:vAlign w:val="center"/>
          </w:tcPr>
          <w:p w14:paraId="262BC08A" w14:textId="77777777" w:rsidR="0084721C" w:rsidRDefault="009B07FB">
            <w:pPr>
              <w:spacing w:line="252" w:lineRule="auto"/>
              <w:rPr>
                <w:lang w:eastAsia="zh-TW"/>
              </w:rPr>
            </w:pPr>
            <w:r>
              <w:rPr>
                <w:sz w:val="17"/>
                <w:lang w:eastAsia="zh-TW"/>
              </w:rPr>
              <w:t>面向公眾服務的「提供者」為核心閘門</w:t>
            </w:r>
          </w:p>
        </w:tc>
        <w:tc>
          <w:tcPr>
            <w:tcW w:w="1987" w:type="dxa"/>
            <w:tcMar>
              <w:top w:w="90" w:type="dxa"/>
              <w:left w:w="100" w:type="dxa"/>
              <w:bottom w:w="90" w:type="dxa"/>
              <w:right w:w="100" w:type="dxa"/>
            </w:tcMar>
            <w:vAlign w:val="center"/>
          </w:tcPr>
          <w:p w14:paraId="77863EAD" w14:textId="77777777" w:rsidR="0084721C" w:rsidRDefault="009B07FB">
            <w:pPr>
              <w:spacing w:line="252" w:lineRule="auto"/>
              <w:rPr>
                <w:lang w:eastAsia="zh-TW"/>
              </w:rPr>
            </w:pPr>
            <w:r>
              <w:rPr>
                <w:sz w:val="17"/>
                <w:lang w:eastAsia="zh-TW"/>
              </w:rPr>
              <w:t>模型提供者（透明度義務）＋部署者</w:t>
            </w:r>
          </w:p>
        </w:tc>
        <w:tc>
          <w:tcPr>
            <w:tcW w:w="1987" w:type="dxa"/>
            <w:tcMar>
              <w:top w:w="90" w:type="dxa"/>
              <w:left w:w="100" w:type="dxa"/>
              <w:bottom w:w="90" w:type="dxa"/>
              <w:right w:w="100" w:type="dxa"/>
            </w:tcMar>
            <w:vAlign w:val="center"/>
          </w:tcPr>
          <w:p w14:paraId="741F7D2A" w14:textId="77777777" w:rsidR="0084721C" w:rsidRDefault="009B07FB">
            <w:pPr>
              <w:spacing w:line="252" w:lineRule="auto"/>
              <w:rPr>
                <w:lang w:eastAsia="zh-TW"/>
              </w:rPr>
            </w:pPr>
            <w:r>
              <w:rPr>
                <w:sz w:val="17"/>
                <w:lang w:eastAsia="zh-TW"/>
              </w:rPr>
              <w:t>分散；訴訟與行政指導並行</w:t>
            </w:r>
          </w:p>
        </w:tc>
      </w:tr>
      <w:tr w:rsidR="0084721C" w14:paraId="0E46BBE2" w14:textId="77777777">
        <w:trPr>
          <w:jc w:val="center"/>
        </w:trPr>
        <w:tc>
          <w:tcPr>
            <w:tcW w:w="1987" w:type="dxa"/>
            <w:tcMar>
              <w:top w:w="90" w:type="dxa"/>
              <w:left w:w="100" w:type="dxa"/>
              <w:bottom w:w="90" w:type="dxa"/>
              <w:right w:w="100" w:type="dxa"/>
            </w:tcMar>
            <w:vAlign w:val="center"/>
          </w:tcPr>
          <w:p w14:paraId="79511222" w14:textId="77777777" w:rsidR="0084721C" w:rsidRDefault="009B07FB">
            <w:pPr>
              <w:spacing w:line="252" w:lineRule="auto"/>
              <w:rPr>
                <w:lang w:eastAsia="zh-TW"/>
              </w:rPr>
            </w:pPr>
            <w:proofErr w:type="gramStart"/>
            <w:r>
              <w:rPr>
                <w:sz w:val="17"/>
                <w:lang w:eastAsia="zh-TW"/>
              </w:rPr>
              <w:t>內部／</w:t>
            </w:r>
            <w:proofErr w:type="gramEnd"/>
            <w:r>
              <w:rPr>
                <w:sz w:val="17"/>
                <w:lang w:eastAsia="zh-TW"/>
              </w:rPr>
              <w:t>非公眾</w:t>
            </w:r>
            <w:r>
              <w:rPr>
                <w:sz w:val="17"/>
                <w:lang w:eastAsia="zh-TW"/>
              </w:rPr>
              <w:t>RAG</w:t>
            </w:r>
            <w:r>
              <w:rPr>
                <w:sz w:val="17"/>
                <w:lang w:eastAsia="zh-TW"/>
              </w:rPr>
              <w:t>涵蓋</w:t>
            </w:r>
          </w:p>
        </w:tc>
        <w:tc>
          <w:tcPr>
            <w:tcW w:w="1987" w:type="dxa"/>
            <w:tcMar>
              <w:top w:w="90" w:type="dxa"/>
              <w:left w:w="100" w:type="dxa"/>
              <w:bottom w:w="90" w:type="dxa"/>
              <w:right w:w="100" w:type="dxa"/>
            </w:tcMar>
            <w:vAlign w:val="center"/>
          </w:tcPr>
          <w:p w14:paraId="3631A1F5" w14:textId="77777777" w:rsidR="0084721C" w:rsidRDefault="009B07FB">
            <w:pPr>
              <w:spacing w:line="252" w:lineRule="auto"/>
              <w:rPr>
                <w:lang w:eastAsia="zh-TW"/>
              </w:rPr>
            </w:pPr>
            <w:r>
              <w:rPr>
                <w:sz w:val="17"/>
                <w:lang w:eastAsia="zh-TW"/>
              </w:rPr>
              <w:t>原則上未被既有原則具體涵蓋；本文主張納入</w:t>
            </w:r>
            <w:r>
              <w:rPr>
                <w:sz w:val="17"/>
                <w:lang w:eastAsia="zh-TW"/>
              </w:rPr>
              <w:t>OAC</w:t>
            </w:r>
          </w:p>
        </w:tc>
        <w:tc>
          <w:tcPr>
            <w:tcW w:w="1987" w:type="dxa"/>
            <w:tcMar>
              <w:top w:w="90" w:type="dxa"/>
              <w:left w:w="100" w:type="dxa"/>
              <w:bottom w:w="90" w:type="dxa"/>
              <w:right w:w="100" w:type="dxa"/>
            </w:tcMar>
            <w:vAlign w:val="center"/>
          </w:tcPr>
          <w:p w14:paraId="291EF45E" w14:textId="77777777" w:rsidR="0084721C" w:rsidRDefault="009B07FB">
            <w:pPr>
              <w:spacing w:line="252" w:lineRule="auto"/>
              <w:rPr>
                <w:lang w:eastAsia="zh-TW"/>
              </w:rPr>
            </w:pPr>
            <w:r>
              <w:rPr>
                <w:sz w:val="17"/>
                <w:lang w:eastAsia="zh-TW"/>
              </w:rPr>
              <w:t>明確排除未向公眾提供的內部使用</w:t>
            </w:r>
          </w:p>
        </w:tc>
        <w:tc>
          <w:tcPr>
            <w:tcW w:w="1987" w:type="dxa"/>
            <w:tcMar>
              <w:top w:w="90" w:type="dxa"/>
              <w:left w:w="100" w:type="dxa"/>
              <w:bottom w:w="90" w:type="dxa"/>
              <w:right w:w="100" w:type="dxa"/>
            </w:tcMar>
            <w:vAlign w:val="center"/>
          </w:tcPr>
          <w:p w14:paraId="2391951D" w14:textId="77777777" w:rsidR="0084721C" w:rsidRDefault="009B07FB">
            <w:pPr>
              <w:spacing w:line="252" w:lineRule="auto"/>
              <w:rPr>
                <w:lang w:eastAsia="zh-TW"/>
              </w:rPr>
            </w:pPr>
            <w:r>
              <w:rPr>
                <w:sz w:val="17"/>
                <w:lang w:eastAsia="zh-TW"/>
              </w:rPr>
              <w:t>高風險系統有數據治理要求；</w:t>
            </w:r>
            <w:r>
              <w:rPr>
                <w:sz w:val="17"/>
                <w:lang w:eastAsia="zh-TW"/>
              </w:rPr>
              <w:t>RAG</w:t>
            </w:r>
            <w:r>
              <w:rPr>
                <w:sz w:val="17"/>
                <w:lang w:eastAsia="zh-TW"/>
              </w:rPr>
              <w:t>本身非核心焦點</w:t>
            </w:r>
          </w:p>
        </w:tc>
        <w:tc>
          <w:tcPr>
            <w:tcW w:w="1987" w:type="dxa"/>
            <w:tcMar>
              <w:top w:w="90" w:type="dxa"/>
              <w:left w:w="100" w:type="dxa"/>
              <w:bottom w:w="90" w:type="dxa"/>
              <w:right w:w="100" w:type="dxa"/>
            </w:tcMar>
            <w:vAlign w:val="center"/>
          </w:tcPr>
          <w:p w14:paraId="231240A5" w14:textId="77777777" w:rsidR="0084721C" w:rsidRDefault="009B07FB">
            <w:pPr>
              <w:spacing w:line="252" w:lineRule="auto"/>
              <w:rPr>
                <w:lang w:eastAsia="zh-TW"/>
              </w:rPr>
            </w:pPr>
            <w:r>
              <w:rPr>
                <w:sz w:val="17"/>
                <w:lang w:eastAsia="zh-TW"/>
              </w:rPr>
              <w:t>依機關內部政策與採購契約</w:t>
            </w:r>
          </w:p>
        </w:tc>
      </w:tr>
      <w:tr w:rsidR="0084721C" w14:paraId="24DCC582" w14:textId="77777777">
        <w:trPr>
          <w:jc w:val="center"/>
        </w:trPr>
        <w:tc>
          <w:tcPr>
            <w:tcW w:w="1987" w:type="dxa"/>
            <w:tcMar>
              <w:top w:w="90" w:type="dxa"/>
              <w:left w:w="100" w:type="dxa"/>
              <w:bottom w:w="90" w:type="dxa"/>
              <w:right w:w="100" w:type="dxa"/>
            </w:tcMar>
            <w:vAlign w:val="center"/>
          </w:tcPr>
          <w:p w14:paraId="4AA27A95" w14:textId="77777777" w:rsidR="0084721C" w:rsidRDefault="009B07FB">
            <w:pPr>
              <w:spacing w:line="252" w:lineRule="auto"/>
            </w:pPr>
            <w:proofErr w:type="spellStart"/>
            <w:r>
              <w:rPr>
                <w:sz w:val="17"/>
              </w:rPr>
              <w:lastRenderedPageBreak/>
              <w:t>權利人救濟入口</w:t>
            </w:r>
            <w:proofErr w:type="spellEnd"/>
          </w:p>
        </w:tc>
        <w:tc>
          <w:tcPr>
            <w:tcW w:w="1987" w:type="dxa"/>
            <w:tcMar>
              <w:top w:w="90" w:type="dxa"/>
              <w:left w:w="100" w:type="dxa"/>
              <w:bottom w:w="90" w:type="dxa"/>
              <w:right w:w="100" w:type="dxa"/>
            </w:tcMar>
            <w:vAlign w:val="center"/>
          </w:tcPr>
          <w:p w14:paraId="564589C8" w14:textId="77777777" w:rsidR="0084721C" w:rsidRDefault="009B07FB">
            <w:pPr>
              <w:spacing w:line="252" w:lineRule="auto"/>
              <w:rPr>
                <w:lang w:eastAsia="zh-TW"/>
              </w:rPr>
            </w:pPr>
            <w:r>
              <w:rPr>
                <w:sz w:val="17"/>
                <w:lang w:eastAsia="zh-TW"/>
              </w:rPr>
              <w:t>建議建立可見的異議與下架入口（含境外）</w:t>
            </w:r>
          </w:p>
        </w:tc>
        <w:tc>
          <w:tcPr>
            <w:tcW w:w="1987" w:type="dxa"/>
            <w:tcMar>
              <w:top w:w="90" w:type="dxa"/>
              <w:left w:w="100" w:type="dxa"/>
              <w:bottom w:w="90" w:type="dxa"/>
              <w:right w:w="100" w:type="dxa"/>
            </w:tcMar>
            <w:vAlign w:val="center"/>
          </w:tcPr>
          <w:p w14:paraId="44C3ADD3" w14:textId="77777777" w:rsidR="0084721C" w:rsidRDefault="009B07FB">
            <w:pPr>
              <w:spacing w:line="252" w:lineRule="auto"/>
              <w:rPr>
                <w:lang w:eastAsia="zh-TW"/>
              </w:rPr>
            </w:pPr>
            <w:r>
              <w:rPr>
                <w:sz w:val="17"/>
                <w:lang w:eastAsia="zh-TW"/>
              </w:rPr>
              <w:t>透過提供者投訴機制；可向主管機關舉報</w:t>
            </w:r>
          </w:p>
        </w:tc>
        <w:tc>
          <w:tcPr>
            <w:tcW w:w="1987" w:type="dxa"/>
            <w:tcMar>
              <w:top w:w="90" w:type="dxa"/>
              <w:left w:w="100" w:type="dxa"/>
              <w:bottom w:w="90" w:type="dxa"/>
              <w:right w:w="100" w:type="dxa"/>
            </w:tcMar>
            <w:vAlign w:val="center"/>
          </w:tcPr>
          <w:p w14:paraId="21F04E46" w14:textId="77777777" w:rsidR="0084721C" w:rsidRDefault="009B07FB">
            <w:pPr>
              <w:spacing w:line="252" w:lineRule="auto"/>
              <w:rPr>
                <w:lang w:eastAsia="zh-TW"/>
              </w:rPr>
            </w:pPr>
            <w:r>
              <w:rPr>
                <w:sz w:val="17"/>
                <w:lang w:eastAsia="zh-TW"/>
              </w:rPr>
              <w:t>公開訓練摘要便利權利行使；仍多依著作權法</w:t>
            </w:r>
          </w:p>
        </w:tc>
        <w:tc>
          <w:tcPr>
            <w:tcW w:w="1987" w:type="dxa"/>
            <w:tcMar>
              <w:top w:w="90" w:type="dxa"/>
              <w:left w:w="100" w:type="dxa"/>
              <w:bottom w:w="90" w:type="dxa"/>
              <w:right w:w="100" w:type="dxa"/>
            </w:tcMar>
            <w:vAlign w:val="center"/>
          </w:tcPr>
          <w:p w14:paraId="1AF78602" w14:textId="77777777" w:rsidR="0084721C" w:rsidRDefault="009B07FB">
            <w:pPr>
              <w:spacing w:line="252" w:lineRule="auto"/>
            </w:pPr>
            <w:proofErr w:type="spellStart"/>
            <w:r>
              <w:rPr>
                <w:sz w:val="17"/>
              </w:rPr>
              <w:t>主要透過民事訴訟</w:t>
            </w:r>
            <w:proofErr w:type="spellEnd"/>
          </w:p>
        </w:tc>
      </w:tr>
      <w:tr w:rsidR="0084721C" w14:paraId="0A297B1B" w14:textId="77777777">
        <w:trPr>
          <w:jc w:val="center"/>
        </w:trPr>
        <w:tc>
          <w:tcPr>
            <w:tcW w:w="1987" w:type="dxa"/>
            <w:tcMar>
              <w:top w:w="90" w:type="dxa"/>
              <w:left w:w="100" w:type="dxa"/>
              <w:bottom w:w="90" w:type="dxa"/>
              <w:right w:w="100" w:type="dxa"/>
            </w:tcMar>
            <w:vAlign w:val="center"/>
          </w:tcPr>
          <w:p w14:paraId="4491CA58" w14:textId="77777777" w:rsidR="0084721C" w:rsidRDefault="009B07FB">
            <w:pPr>
              <w:spacing w:line="252" w:lineRule="auto"/>
              <w:rPr>
                <w:lang w:eastAsia="zh-TW"/>
              </w:rPr>
            </w:pPr>
            <w:r>
              <w:rPr>
                <w:sz w:val="17"/>
                <w:lang w:eastAsia="zh-TW"/>
              </w:rPr>
              <w:t>訓練／檢索資料透明度</w:t>
            </w:r>
          </w:p>
        </w:tc>
        <w:tc>
          <w:tcPr>
            <w:tcW w:w="1987" w:type="dxa"/>
            <w:tcMar>
              <w:top w:w="90" w:type="dxa"/>
              <w:left w:w="100" w:type="dxa"/>
              <w:bottom w:w="90" w:type="dxa"/>
              <w:right w:w="100" w:type="dxa"/>
            </w:tcMar>
            <w:vAlign w:val="center"/>
          </w:tcPr>
          <w:p w14:paraId="280C5BB3" w14:textId="77777777" w:rsidR="0084721C" w:rsidRDefault="009B07FB">
            <w:pPr>
              <w:spacing w:line="252" w:lineRule="auto"/>
              <w:rPr>
                <w:lang w:eastAsia="zh-TW"/>
              </w:rPr>
            </w:pPr>
            <w:r>
              <w:rPr>
                <w:sz w:val="17"/>
                <w:lang w:eastAsia="zh-TW"/>
              </w:rPr>
              <w:t>目前薄弱；建議權利來源證據包</w:t>
            </w:r>
          </w:p>
        </w:tc>
        <w:tc>
          <w:tcPr>
            <w:tcW w:w="1987" w:type="dxa"/>
            <w:tcMar>
              <w:top w:w="90" w:type="dxa"/>
              <w:left w:w="100" w:type="dxa"/>
              <w:bottom w:w="90" w:type="dxa"/>
              <w:right w:w="100" w:type="dxa"/>
            </w:tcMar>
            <w:vAlign w:val="center"/>
          </w:tcPr>
          <w:p w14:paraId="7D26B1AC" w14:textId="77777777" w:rsidR="0084721C" w:rsidRDefault="009B07FB">
            <w:pPr>
              <w:spacing w:line="252" w:lineRule="auto"/>
              <w:rPr>
                <w:lang w:eastAsia="zh-TW"/>
              </w:rPr>
            </w:pPr>
            <w:r>
              <w:rPr>
                <w:sz w:val="17"/>
                <w:lang w:eastAsia="zh-TW"/>
              </w:rPr>
              <w:t>提供者須確保合法來源，主管機關可要求說明</w:t>
            </w:r>
          </w:p>
        </w:tc>
        <w:tc>
          <w:tcPr>
            <w:tcW w:w="1987" w:type="dxa"/>
            <w:tcMar>
              <w:top w:w="90" w:type="dxa"/>
              <w:left w:w="100" w:type="dxa"/>
              <w:bottom w:w="90" w:type="dxa"/>
              <w:right w:w="100" w:type="dxa"/>
            </w:tcMar>
            <w:vAlign w:val="center"/>
          </w:tcPr>
          <w:p w14:paraId="507B16E8" w14:textId="77777777" w:rsidR="0084721C" w:rsidRDefault="009B07FB">
            <w:pPr>
              <w:spacing w:line="252" w:lineRule="auto"/>
              <w:rPr>
                <w:lang w:eastAsia="zh-TW"/>
              </w:rPr>
            </w:pPr>
            <w:r>
              <w:rPr>
                <w:sz w:val="17"/>
                <w:lang w:eastAsia="zh-TW"/>
              </w:rPr>
              <w:t>強制公開訓練內容摘要</w:t>
            </w:r>
          </w:p>
        </w:tc>
        <w:tc>
          <w:tcPr>
            <w:tcW w:w="1987" w:type="dxa"/>
            <w:tcMar>
              <w:top w:w="90" w:type="dxa"/>
              <w:left w:w="100" w:type="dxa"/>
              <w:bottom w:w="90" w:type="dxa"/>
              <w:right w:w="100" w:type="dxa"/>
            </w:tcMar>
            <w:vAlign w:val="center"/>
          </w:tcPr>
          <w:p w14:paraId="1D2AB333" w14:textId="77777777" w:rsidR="0084721C" w:rsidRDefault="009B07FB">
            <w:pPr>
              <w:spacing w:line="252" w:lineRule="auto"/>
            </w:pPr>
            <w:proofErr w:type="spellStart"/>
            <w:r>
              <w:rPr>
                <w:sz w:val="17"/>
              </w:rPr>
              <w:t>無統一強制公開要求</w:t>
            </w:r>
            <w:proofErr w:type="spellEnd"/>
          </w:p>
        </w:tc>
      </w:tr>
      <w:tr w:rsidR="0084721C" w14:paraId="39F89944" w14:textId="77777777">
        <w:trPr>
          <w:jc w:val="center"/>
        </w:trPr>
        <w:tc>
          <w:tcPr>
            <w:tcW w:w="1987" w:type="dxa"/>
            <w:tcMar>
              <w:top w:w="90" w:type="dxa"/>
              <w:left w:w="100" w:type="dxa"/>
              <w:bottom w:w="90" w:type="dxa"/>
              <w:right w:w="100" w:type="dxa"/>
            </w:tcMar>
            <w:vAlign w:val="center"/>
          </w:tcPr>
          <w:p w14:paraId="74646A89" w14:textId="77777777" w:rsidR="0084721C" w:rsidRDefault="009B07FB">
            <w:pPr>
              <w:spacing w:line="252" w:lineRule="auto"/>
              <w:rPr>
                <w:lang w:eastAsia="zh-TW"/>
              </w:rPr>
            </w:pPr>
            <w:r>
              <w:rPr>
                <w:sz w:val="17"/>
                <w:lang w:eastAsia="zh-TW"/>
              </w:rPr>
              <w:t>政府作為使用者的停止權</w:t>
            </w:r>
          </w:p>
        </w:tc>
        <w:tc>
          <w:tcPr>
            <w:tcW w:w="1987" w:type="dxa"/>
            <w:tcMar>
              <w:top w:w="90" w:type="dxa"/>
              <w:left w:w="100" w:type="dxa"/>
              <w:bottom w:w="90" w:type="dxa"/>
              <w:right w:w="100" w:type="dxa"/>
            </w:tcMar>
            <w:vAlign w:val="center"/>
          </w:tcPr>
          <w:p w14:paraId="4B57FEA8" w14:textId="77777777" w:rsidR="0084721C" w:rsidRDefault="009B07FB">
            <w:pPr>
              <w:spacing w:line="252" w:lineRule="auto"/>
              <w:rPr>
                <w:lang w:eastAsia="zh-TW"/>
              </w:rPr>
            </w:pPr>
            <w:r>
              <w:rPr>
                <w:sz w:val="17"/>
                <w:lang w:eastAsia="zh-TW"/>
              </w:rPr>
              <w:t>第十八篇主張契約化預防性暫停；第十九篇主張升級至國家層級</w:t>
            </w:r>
          </w:p>
        </w:tc>
        <w:tc>
          <w:tcPr>
            <w:tcW w:w="1987" w:type="dxa"/>
            <w:tcMar>
              <w:top w:w="90" w:type="dxa"/>
              <w:left w:w="100" w:type="dxa"/>
              <w:bottom w:w="90" w:type="dxa"/>
              <w:right w:w="100" w:type="dxa"/>
            </w:tcMar>
            <w:vAlign w:val="center"/>
          </w:tcPr>
          <w:p w14:paraId="09D15AA9" w14:textId="77777777" w:rsidR="0084721C" w:rsidRDefault="009B07FB">
            <w:pPr>
              <w:spacing w:line="252" w:lineRule="auto"/>
              <w:rPr>
                <w:lang w:eastAsia="zh-TW"/>
              </w:rPr>
            </w:pPr>
            <w:r>
              <w:rPr>
                <w:sz w:val="17"/>
                <w:lang w:eastAsia="zh-TW"/>
              </w:rPr>
              <w:t>提供者可被要求暫停服務</w:t>
            </w:r>
          </w:p>
        </w:tc>
        <w:tc>
          <w:tcPr>
            <w:tcW w:w="1987" w:type="dxa"/>
            <w:tcMar>
              <w:top w:w="90" w:type="dxa"/>
              <w:left w:w="100" w:type="dxa"/>
              <w:bottom w:w="90" w:type="dxa"/>
              <w:right w:w="100" w:type="dxa"/>
            </w:tcMar>
            <w:vAlign w:val="center"/>
          </w:tcPr>
          <w:p w14:paraId="3F8FC0E3" w14:textId="77777777" w:rsidR="0084721C" w:rsidRDefault="009B07FB">
            <w:pPr>
              <w:spacing w:line="252" w:lineRule="auto"/>
              <w:rPr>
                <w:lang w:eastAsia="zh-TW"/>
              </w:rPr>
            </w:pPr>
            <w:r>
              <w:rPr>
                <w:sz w:val="17"/>
                <w:lang w:eastAsia="zh-TW"/>
              </w:rPr>
              <w:t>部署者依風險管理義務</w:t>
            </w:r>
          </w:p>
        </w:tc>
        <w:tc>
          <w:tcPr>
            <w:tcW w:w="1987" w:type="dxa"/>
            <w:tcMar>
              <w:top w:w="90" w:type="dxa"/>
              <w:left w:w="100" w:type="dxa"/>
              <w:bottom w:w="90" w:type="dxa"/>
              <w:right w:w="100" w:type="dxa"/>
            </w:tcMar>
            <w:vAlign w:val="center"/>
          </w:tcPr>
          <w:p w14:paraId="08E7A6D9" w14:textId="77777777" w:rsidR="0084721C" w:rsidRDefault="009B07FB">
            <w:pPr>
              <w:spacing w:line="252" w:lineRule="auto"/>
              <w:rPr>
                <w:lang w:eastAsia="zh-TW"/>
              </w:rPr>
            </w:pPr>
            <w:r>
              <w:rPr>
                <w:sz w:val="17"/>
                <w:lang w:eastAsia="zh-TW"/>
              </w:rPr>
              <w:t>依契約、</w:t>
            </w:r>
            <w:proofErr w:type="gramStart"/>
            <w:r>
              <w:rPr>
                <w:sz w:val="17"/>
                <w:lang w:eastAsia="zh-TW"/>
              </w:rPr>
              <w:t>資安事件</w:t>
            </w:r>
            <w:proofErr w:type="gramEnd"/>
            <w:r>
              <w:rPr>
                <w:sz w:val="17"/>
                <w:lang w:eastAsia="zh-TW"/>
              </w:rPr>
              <w:t>或行政命令</w:t>
            </w:r>
          </w:p>
        </w:tc>
      </w:tr>
      <w:tr w:rsidR="0084721C" w14:paraId="20C53D0A" w14:textId="77777777">
        <w:trPr>
          <w:jc w:val="center"/>
        </w:trPr>
        <w:tc>
          <w:tcPr>
            <w:tcW w:w="1987" w:type="dxa"/>
            <w:tcMar>
              <w:top w:w="90" w:type="dxa"/>
              <w:left w:w="100" w:type="dxa"/>
              <w:bottom w:w="90" w:type="dxa"/>
              <w:right w:w="100" w:type="dxa"/>
            </w:tcMar>
            <w:vAlign w:val="center"/>
          </w:tcPr>
          <w:p w14:paraId="111C95A8" w14:textId="77777777" w:rsidR="0084721C" w:rsidRDefault="009B07FB">
            <w:pPr>
              <w:spacing w:line="252" w:lineRule="auto"/>
              <w:rPr>
                <w:lang w:eastAsia="zh-TW"/>
              </w:rPr>
            </w:pPr>
            <w:r>
              <w:rPr>
                <w:sz w:val="17"/>
                <w:lang w:eastAsia="zh-TW"/>
              </w:rPr>
              <w:t>跨境權利</w:t>
            </w:r>
            <w:proofErr w:type="gramStart"/>
            <w:r>
              <w:rPr>
                <w:sz w:val="17"/>
                <w:lang w:eastAsia="zh-TW"/>
              </w:rPr>
              <w:t>來源洗淡風險</w:t>
            </w:r>
            <w:proofErr w:type="gramEnd"/>
            <w:r>
              <w:rPr>
                <w:sz w:val="17"/>
                <w:lang w:eastAsia="zh-TW"/>
              </w:rPr>
              <w:t>因應</w:t>
            </w:r>
          </w:p>
        </w:tc>
        <w:tc>
          <w:tcPr>
            <w:tcW w:w="1987" w:type="dxa"/>
            <w:tcMar>
              <w:top w:w="90" w:type="dxa"/>
              <w:left w:w="100" w:type="dxa"/>
              <w:bottom w:w="90" w:type="dxa"/>
              <w:right w:w="100" w:type="dxa"/>
            </w:tcMar>
            <w:vAlign w:val="center"/>
          </w:tcPr>
          <w:p w14:paraId="10A5FA3E" w14:textId="77777777" w:rsidR="0084721C" w:rsidRDefault="009B07FB">
            <w:pPr>
              <w:spacing w:line="252" w:lineRule="auto"/>
              <w:rPr>
                <w:lang w:eastAsia="zh-TW"/>
              </w:rPr>
            </w:pPr>
            <w:r>
              <w:rPr>
                <w:sz w:val="17"/>
                <w:lang w:eastAsia="zh-TW"/>
              </w:rPr>
              <w:t>本文核心關切：多層轉手後原始授權失落</w:t>
            </w:r>
          </w:p>
        </w:tc>
        <w:tc>
          <w:tcPr>
            <w:tcW w:w="1987" w:type="dxa"/>
            <w:tcMar>
              <w:top w:w="90" w:type="dxa"/>
              <w:left w:w="100" w:type="dxa"/>
              <w:bottom w:w="90" w:type="dxa"/>
              <w:right w:w="100" w:type="dxa"/>
            </w:tcMar>
            <w:vAlign w:val="center"/>
          </w:tcPr>
          <w:p w14:paraId="4A7DD671" w14:textId="77777777" w:rsidR="0084721C" w:rsidRDefault="009B07FB">
            <w:pPr>
              <w:spacing w:line="252" w:lineRule="auto"/>
              <w:rPr>
                <w:lang w:eastAsia="zh-TW"/>
              </w:rPr>
            </w:pPr>
            <w:r>
              <w:rPr>
                <w:sz w:val="17"/>
                <w:lang w:eastAsia="zh-TW"/>
              </w:rPr>
              <w:t>提供者責任可部分吸收，但不保證原作者被看見</w:t>
            </w:r>
          </w:p>
        </w:tc>
        <w:tc>
          <w:tcPr>
            <w:tcW w:w="1987" w:type="dxa"/>
            <w:tcMar>
              <w:top w:w="90" w:type="dxa"/>
              <w:left w:w="100" w:type="dxa"/>
              <w:bottom w:w="90" w:type="dxa"/>
              <w:right w:w="100" w:type="dxa"/>
            </w:tcMar>
            <w:vAlign w:val="center"/>
          </w:tcPr>
          <w:p w14:paraId="5898968C" w14:textId="77777777" w:rsidR="0084721C" w:rsidRDefault="009B07FB">
            <w:pPr>
              <w:spacing w:line="252" w:lineRule="auto"/>
              <w:rPr>
                <w:lang w:eastAsia="zh-TW"/>
              </w:rPr>
            </w:pPr>
            <w:r>
              <w:rPr>
                <w:sz w:val="17"/>
                <w:lang w:eastAsia="zh-TW"/>
              </w:rPr>
              <w:t>透明度有助追溯，但摘要非逐筆清單</w:t>
            </w:r>
          </w:p>
        </w:tc>
        <w:tc>
          <w:tcPr>
            <w:tcW w:w="1987" w:type="dxa"/>
            <w:tcMar>
              <w:top w:w="90" w:type="dxa"/>
              <w:left w:w="100" w:type="dxa"/>
              <w:bottom w:w="90" w:type="dxa"/>
              <w:right w:w="100" w:type="dxa"/>
            </w:tcMar>
            <w:vAlign w:val="center"/>
          </w:tcPr>
          <w:p w14:paraId="70D46F78" w14:textId="77777777" w:rsidR="0084721C" w:rsidRDefault="009B07FB">
            <w:pPr>
              <w:spacing w:line="252" w:lineRule="auto"/>
            </w:pPr>
            <w:proofErr w:type="spellStart"/>
            <w:r>
              <w:rPr>
                <w:sz w:val="17"/>
              </w:rPr>
              <w:t>訴訟與出口管制雙軌</w:t>
            </w:r>
            <w:proofErr w:type="spellEnd"/>
          </w:p>
        </w:tc>
      </w:tr>
      <w:tr w:rsidR="0084721C" w14:paraId="3BF96523" w14:textId="77777777">
        <w:trPr>
          <w:jc w:val="center"/>
        </w:trPr>
        <w:tc>
          <w:tcPr>
            <w:tcW w:w="1987" w:type="dxa"/>
            <w:tcMar>
              <w:top w:w="90" w:type="dxa"/>
              <w:left w:w="100" w:type="dxa"/>
              <w:bottom w:w="90" w:type="dxa"/>
              <w:right w:w="100" w:type="dxa"/>
            </w:tcMar>
            <w:vAlign w:val="center"/>
          </w:tcPr>
          <w:p w14:paraId="49C37895" w14:textId="77777777" w:rsidR="0084721C" w:rsidRDefault="009B07FB">
            <w:pPr>
              <w:spacing w:line="252" w:lineRule="auto"/>
            </w:pPr>
            <w:r>
              <w:rPr>
                <w:sz w:val="17"/>
              </w:rPr>
              <w:t>失效時的典型後果</w:t>
            </w:r>
          </w:p>
        </w:tc>
        <w:tc>
          <w:tcPr>
            <w:tcW w:w="1987" w:type="dxa"/>
            <w:tcMar>
              <w:top w:w="90" w:type="dxa"/>
              <w:left w:w="100" w:type="dxa"/>
              <w:bottom w:w="90" w:type="dxa"/>
              <w:right w:w="100" w:type="dxa"/>
            </w:tcMar>
            <w:vAlign w:val="center"/>
          </w:tcPr>
          <w:p w14:paraId="6AF5BEB3" w14:textId="77777777" w:rsidR="0084721C" w:rsidRDefault="009B07FB">
            <w:pPr>
              <w:spacing w:line="252" w:lineRule="auto"/>
              <w:rPr>
                <w:lang w:eastAsia="zh-TW"/>
              </w:rPr>
            </w:pPr>
            <w:r>
              <w:rPr>
                <w:sz w:val="17"/>
                <w:lang w:eastAsia="zh-TW"/>
              </w:rPr>
              <w:t>多手政府責任推移</w:t>
            </w:r>
            <w:r>
              <w:rPr>
                <w:sz w:val="17"/>
                <w:lang w:eastAsia="zh-TW"/>
              </w:rPr>
              <w:t xml:space="preserve"> → </w:t>
            </w:r>
            <w:r>
              <w:rPr>
                <w:sz w:val="17"/>
                <w:lang w:eastAsia="zh-TW"/>
              </w:rPr>
              <w:t>國家回應能力不足</w:t>
            </w:r>
          </w:p>
        </w:tc>
        <w:tc>
          <w:tcPr>
            <w:tcW w:w="1987" w:type="dxa"/>
            <w:tcMar>
              <w:top w:w="90" w:type="dxa"/>
              <w:left w:w="100" w:type="dxa"/>
              <w:bottom w:w="90" w:type="dxa"/>
              <w:right w:w="100" w:type="dxa"/>
            </w:tcMar>
            <w:vAlign w:val="center"/>
          </w:tcPr>
          <w:p w14:paraId="70A1B94F" w14:textId="77777777" w:rsidR="0084721C" w:rsidRDefault="009B07FB">
            <w:pPr>
              <w:spacing w:line="252" w:lineRule="auto"/>
              <w:rPr>
                <w:lang w:eastAsia="zh-TW"/>
              </w:rPr>
            </w:pPr>
            <w:r>
              <w:rPr>
                <w:sz w:val="17"/>
                <w:lang w:eastAsia="zh-TW"/>
              </w:rPr>
              <w:t>閘門內處理較快，閘門外（內部系統）仍可能失落</w:t>
            </w:r>
          </w:p>
        </w:tc>
        <w:tc>
          <w:tcPr>
            <w:tcW w:w="1987" w:type="dxa"/>
            <w:tcMar>
              <w:top w:w="90" w:type="dxa"/>
              <w:left w:w="100" w:type="dxa"/>
              <w:bottom w:w="90" w:type="dxa"/>
              <w:right w:w="100" w:type="dxa"/>
            </w:tcMar>
            <w:vAlign w:val="center"/>
          </w:tcPr>
          <w:p w14:paraId="074EF547" w14:textId="77777777" w:rsidR="0084721C" w:rsidRDefault="009B07FB">
            <w:pPr>
              <w:spacing w:line="252" w:lineRule="auto"/>
              <w:rPr>
                <w:lang w:eastAsia="zh-TW"/>
              </w:rPr>
            </w:pPr>
            <w:r>
              <w:rPr>
                <w:sz w:val="17"/>
                <w:lang w:eastAsia="zh-TW"/>
              </w:rPr>
              <w:t>透明度不足時權利人難以主張</w:t>
            </w:r>
          </w:p>
        </w:tc>
        <w:tc>
          <w:tcPr>
            <w:tcW w:w="1987" w:type="dxa"/>
            <w:tcMar>
              <w:top w:w="90" w:type="dxa"/>
              <w:left w:w="100" w:type="dxa"/>
              <w:bottom w:w="90" w:type="dxa"/>
              <w:right w:w="100" w:type="dxa"/>
            </w:tcMar>
            <w:vAlign w:val="center"/>
          </w:tcPr>
          <w:p w14:paraId="7B2455B8" w14:textId="77777777" w:rsidR="0084721C" w:rsidRDefault="009B07FB">
            <w:pPr>
              <w:spacing w:line="252" w:lineRule="auto"/>
              <w:rPr>
                <w:lang w:eastAsia="zh-TW"/>
              </w:rPr>
            </w:pPr>
            <w:r>
              <w:rPr>
                <w:sz w:val="17"/>
                <w:lang w:eastAsia="zh-TW"/>
              </w:rPr>
              <w:t>訴訟冗長；國家安全案則可能快速升級</w:t>
            </w:r>
          </w:p>
        </w:tc>
      </w:tr>
    </w:tbl>
    <w:p w14:paraId="69A9BBC4" w14:textId="77777777" w:rsidR="0084721C" w:rsidRDefault="0084721C">
      <w:pPr>
        <w:spacing w:after="40"/>
        <w:rPr>
          <w:lang w:eastAsia="zh-TW"/>
        </w:rPr>
      </w:pPr>
    </w:p>
    <w:p w14:paraId="2F95360E" w14:textId="77777777" w:rsidR="0084721C" w:rsidRDefault="009B07FB">
      <w:pPr>
        <w:spacing w:after="120" w:line="324" w:lineRule="auto"/>
        <w:rPr>
          <w:lang w:eastAsia="zh-TW"/>
        </w:rPr>
      </w:pPr>
      <w:r>
        <w:rPr>
          <w:lang w:eastAsia="zh-TW"/>
        </w:rPr>
        <w:t>共同問題始終相同：作品進入</w:t>
      </w:r>
      <w:r>
        <w:rPr>
          <w:lang w:eastAsia="zh-TW"/>
        </w:rPr>
        <w:t>AI</w:t>
      </w:r>
      <w:r>
        <w:rPr>
          <w:lang w:eastAsia="zh-TW"/>
        </w:rPr>
        <w:t>後，權利人能不能找到一個必須回答、能夠停止、並有能力補救的人？臺灣的風險是分散體制下責任鏈尚未啟動；中國大陸的風險是閘門雖在，但原作者未必位於閘門之內；歐盟強調透明度作為權</w:t>
      </w:r>
      <w:r>
        <w:rPr>
          <w:lang w:eastAsia="zh-TW"/>
        </w:rPr>
        <w:t>利行使前提；美國則較依賴事後訴訟與國家安全工具。第十九篇的建議</w:t>
      </w:r>
      <w:proofErr w:type="gramStart"/>
      <w:r>
        <w:rPr>
          <w:lang w:eastAsia="zh-TW"/>
        </w:rPr>
        <w:t>—</w:t>
      </w:r>
      <w:proofErr w:type="gramEnd"/>
      <w:r>
        <w:rPr>
          <w:lang w:eastAsia="zh-TW"/>
        </w:rPr>
        <w:t>—</w:t>
      </w:r>
      <w:r>
        <w:rPr>
          <w:lang w:eastAsia="zh-TW"/>
        </w:rPr>
        <w:t>兩層證據包、升級門檻、可停止鏈</w:t>
      </w:r>
      <w:r>
        <w:rPr>
          <w:lang w:eastAsia="zh-TW"/>
        </w:rPr>
        <w:t>——</w:t>
      </w:r>
      <w:r>
        <w:rPr>
          <w:lang w:eastAsia="zh-TW"/>
        </w:rPr>
        <w:t>正是試圖在臺灣制度條件下，補上「事前證據＋跨</w:t>
      </w:r>
      <w:proofErr w:type="gramStart"/>
      <w:r>
        <w:rPr>
          <w:lang w:eastAsia="zh-TW"/>
        </w:rPr>
        <w:t>境可達</w:t>
      </w:r>
      <w:proofErr w:type="gramEnd"/>
      <w:r>
        <w:rPr>
          <w:lang w:eastAsia="zh-TW"/>
        </w:rPr>
        <w:t>性」的缺口。</w:t>
      </w:r>
    </w:p>
    <w:p w14:paraId="0A47877D" w14:textId="77777777" w:rsidR="0084721C" w:rsidRDefault="009B07FB">
      <w:pPr>
        <w:spacing w:after="140" w:line="324" w:lineRule="auto"/>
        <w:rPr>
          <w:lang w:eastAsia="zh-TW"/>
        </w:rPr>
      </w:pPr>
      <w:r>
        <w:rPr>
          <w:b/>
          <w:sz w:val="26"/>
          <w:lang w:eastAsia="zh-TW"/>
        </w:rPr>
        <w:t>（五）對臺灣的啟示</w:t>
      </w:r>
    </w:p>
    <w:p w14:paraId="75257610" w14:textId="77777777" w:rsidR="0084721C" w:rsidRDefault="009B07FB">
      <w:pPr>
        <w:spacing w:after="120" w:line="324" w:lineRule="auto"/>
        <w:rPr>
          <w:lang w:eastAsia="zh-TW"/>
        </w:rPr>
      </w:pPr>
      <w:r>
        <w:rPr>
          <w:lang w:eastAsia="zh-TW"/>
        </w:rPr>
        <w:t xml:space="preserve">1. </w:t>
      </w:r>
      <w:r>
        <w:rPr>
          <w:lang w:eastAsia="zh-TW"/>
        </w:rPr>
        <w:t>不要複製「僅提供者負責」模式：政府以公共預算採購並可能直接用於公共服務，不能把最終說明與停止責任完全外包給供應商或模型提供者。</w:t>
      </w:r>
    </w:p>
    <w:p w14:paraId="392F31BC" w14:textId="77777777" w:rsidR="0084721C" w:rsidRDefault="009B07FB">
      <w:pPr>
        <w:spacing w:after="120" w:line="324" w:lineRule="auto"/>
        <w:rPr>
          <w:lang w:eastAsia="zh-TW"/>
        </w:rPr>
      </w:pPr>
      <w:r>
        <w:rPr>
          <w:lang w:eastAsia="zh-TW"/>
        </w:rPr>
        <w:t xml:space="preserve">2. </w:t>
      </w:r>
      <w:r>
        <w:rPr>
          <w:lang w:eastAsia="zh-TW"/>
        </w:rPr>
        <w:t>透明度是起點，不是終點：歐盟式訓練摘要可作為證據包的參考格式，但政府</w:t>
      </w:r>
      <w:r>
        <w:rPr>
          <w:lang w:eastAsia="zh-TW"/>
        </w:rPr>
        <w:t>RAG</w:t>
      </w:r>
      <w:r>
        <w:rPr>
          <w:lang w:eastAsia="zh-TW"/>
        </w:rPr>
        <w:t>還需保留切塊來源、檢索日誌與停止能力證明。</w:t>
      </w:r>
    </w:p>
    <w:p w14:paraId="6293BEC1" w14:textId="77777777" w:rsidR="0084721C" w:rsidRDefault="009B07FB">
      <w:pPr>
        <w:spacing w:after="120" w:line="324" w:lineRule="auto"/>
        <w:rPr>
          <w:lang w:eastAsia="zh-TW"/>
        </w:rPr>
      </w:pPr>
      <w:r>
        <w:rPr>
          <w:lang w:eastAsia="zh-TW"/>
        </w:rPr>
        <w:t xml:space="preserve">3. </w:t>
      </w:r>
      <w:r>
        <w:rPr>
          <w:lang w:eastAsia="zh-TW"/>
        </w:rPr>
        <w:t>跨境事件必須有「第一回應＋第一停止」的明確指定：避免境外權利人落</w:t>
      </w:r>
      <w:r>
        <w:rPr>
          <w:lang w:eastAsia="zh-TW"/>
        </w:rPr>
        <w:t>入「地方機關轉中央、中央再轉部會」的循環。</w:t>
      </w:r>
    </w:p>
    <w:p w14:paraId="5909DA90" w14:textId="77777777" w:rsidR="0084721C" w:rsidRDefault="009B07FB">
      <w:pPr>
        <w:spacing w:after="120" w:line="324" w:lineRule="auto"/>
        <w:rPr>
          <w:lang w:eastAsia="zh-TW"/>
        </w:rPr>
      </w:pPr>
      <w:r>
        <w:rPr>
          <w:lang w:eastAsia="zh-TW"/>
        </w:rPr>
        <w:t xml:space="preserve">4. </w:t>
      </w:r>
      <w:r>
        <w:rPr>
          <w:lang w:eastAsia="zh-TW"/>
        </w:rPr>
        <w:t>高敏感技術案要預先界定「接觸權</w:t>
      </w:r>
      <w:r>
        <w:rPr>
          <w:lang w:eastAsia="zh-TW"/>
        </w:rPr>
        <w:t xml:space="preserve"> ≠ </w:t>
      </w:r>
      <w:r>
        <w:rPr>
          <w:lang w:eastAsia="zh-TW"/>
        </w:rPr>
        <w:t>利用權」：這是美國出口管制與共製契約最常見的爭議點，也是第十九篇情境三的核心教訓。</w:t>
      </w:r>
    </w:p>
    <w:p w14:paraId="6A12A817" w14:textId="77777777" w:rsidR="0084721C" w:rsidRDefault="009B07FB">
      <w:pPr>
        <w:spacing w:after="140" w:line="324" w:lineRule="auto"/>
        <w:rPr>
          <w:lang w:eastAsia="zh-TW"/>
        </w:rPr>
      </w:pPr>
      <w:r>
        <w:rPr>
          <w:b/>
          <w:sz w:val="26"/>
          <w:lang w:eastAsia="zh-TW"/>
        </w:rPr>
        <w:t>七、制度設計：兩層證據包、分層停止與跨境升級</w:t>
      </w:r>
    </w:p>
    <w:p w14:paraId="68C77C21" w14:textId="77777777" w:rsidR="0084721C" w:rsidRDefault="009B07FB">
      <w:pPr>
        <w:spacing w:after="140" w:line="324" w:lineRule="auto"/>
      </w:pPr>
      <w:r>
        <w:rPr>
          <w:b/>
          <w:sz w:val="26"/>
        </w:rPr>
        <w:lastRenderedPageBreak/>
        <w:t>（</w:t>
      </w:r>
      <w:proofErr w:type="spellStart"/>
      <w:r>
        <w:rPr>
          <w:b/>
          <w:sz w:val="26"/>
        </w:rPr>
        <w:t>一）兩層證據包</w:t>
      </w:r>
      <w:proofErr w:type="spellEnd"/>
    </w:p>
    <w:tbl>
      <w:tblPr>
        <w:tblStyle w:val="TableGrid"/>
        <w:tblW w:w="0" w:type="auto"/>
        <w:jc w:val="center"/>
        <w:tblLook w:val="04A0" w:firstRow="1" w:lastRow="0" w:firstColumn="1" w:lastColumn="0" w:noHBand="0" w:noVBand="1"/>
      </w:tblPr>
      <w:tblGrid>
        <w:gridCol w:w="2484"/>
        <w:gridCol w:w="2484"/>
        <w:gridCol w:w="2484"/>
        <w:gridCol w:w="2484"/>
      </w:tblGrid>
      <w:tr w:rsidR="0084721C" w14:paraId="689EEC6D" w14:textId="77777777">
        <w:trPr>
          <w:jc w:val="center"/>
        </w:trPr>
        <w:tc>
          <w:tcPr>
            <w:tcW w:w="2484" w:type="dxa"/>
            <w:shd w:val="clear" w:color="auto" w:fill="DCE6F2"/>
            <w:tcMar>
              <w:top w:w="90" w:type="dxa"/>
              <w:left w:w="100" w:type="dxa"/>
              <w:bottom w:w="90" w:type="dxa"/>
              <w:right w:w="100" w:type="dxa"/>
            </w:tcMar>
            <w:vAlign w:val="center"/>
          </w:tcPr>
          <w:p w14:paraId="47F1EEE8" w14:textId="77777777" w:rsidR="0084721C" w:rsidRDefault="009B07FB">
            <w:pPr>
              <w:spacing w:line="252" w:lineRule="auto"/>
            </w:pPr>
            <w:r>
              <w:rPr>
                <w:b/>
                <w:sz w:val="17"/>
              </w:rPr>
              <w:t>層級</w:t>
            </w:r>
          </w:p>
        </w:tc>
        <w:tc>
          <w:tcPr>
            <w:tcW w:w="2484" w:type="dxa"/>
            <w:shd w:val="clear" w:color="auto" w:fill="DCE6F2"/>
            <w:tcMar>
              <w:top w:w="90" w:type="dxa"/>
              <w:left w:w="100" w:type="dxa"/>
              <w:bottom w:w="90" w:type="dxa"/>
              <w:right w:w="100" w:type="dxa"/>
            </w:tcMar>
            <w:vAlign w:val="center"/>
          </w:tcPr>
          <w:p w14:paraId="276709DB" w14:textId="77777777" w:rsidR="0084721C" w:rsidRDefault="009B07FB">
            <w:pPr>
              <w:spacing w:line="252" w:lineRule="auto"/>
            </w:pPr>
            <w:r>
              <w:rPr>
                <w:b/>
                <w:sz w:val="17"/>
              </w:rPr>
              <w:t>最低交付物</w:t>
            </w:r>
          </w:p>
        </w:tc>
        <w:tc>
          <w:tcPr>
            <w:tcW w:w="2484" w:type="dxa"/>
            <w:shd w:val="clear" w:color="auto" w:fill="DCE6F2"/>
            <w:tcMar>
              <w:top w:w="90" w:type="dxa"/>
              <w:left w:w="100" w:type="dxa"/>
              <w:bottom w:w="90" w:type="dxa"/>
              <w:right w:w="100" w:type="dxa"/>
            </w:tcMar>
            <w:vAlign w:val="center"/>
          </w:tcPr>
          <w:p w14:paraId="36F1ECA7" w14:textId="77777777" w:rsidR="0084721C" w:rsidRDefault="009B07FB">
            <w:pPr>
              <w:spacing w:line="252" w:lineRule="auto"/>
            </w:pPr>
            <w:r>
              <w:rPr>
                <w:b/>
                <w:sz w:val="17"/>
              </w:rPr>
              <w:t>主要責任</w:t>
            </w:r>
          </w:p>
        </w:tc>
        <w:tc>
          <w:tcPr>
            <w:tcW w:w="2484" w:type="dxa"/>
            <w:shd w:val="clear" w:color="auto" w:fill="DCE6F2"/>
            <w:tcMar>
              <w:top w:w="90" w:type="dxa"/>
              <w:left w:w="100" w:type="dxa"/>
              <w:bottom w:w="90" w:type="dxa"/>
              <w:right w:w="100" w:type="dxa"/>
            </w:tcMar>
            <w:vAlign w:val="center"/>
          </w:tcPr>
          <w:p w14:paraId="7A109131" w14:textId="77777777" w:rsidR="0084721C" w:rsidRDefault="009B07FB">
            <w:pPr>
              <w:spacing w:line="252" w:lineRule="auto"/>
            </w:pPr>
            <w:r>
              <w:rPr>
                <w:b/>
                <w:sz w:val="17"/>
              </w:rPr>
              <w:t>證據不足時</w:t>
            </w:r>
          </w:p>
        </w:tc>
      </w:tr>
      <w:tr w:rsidR="0084721C" w14:paraId="6B8970FC" w14:textId="77777777">
        <w:trPr>
          <w:jc w:val="center"/>
        </w:trPr>
        <w:tc>
          <w:tcPr>
            <w:tcW w:w="2484" w:type="dxa"/>
            <w:tcMar>
              <w:top w:w="90" w:type="dxa"/>
              <w:left w:w="100" w:type="dxa"/>
              <w:bottom w:w="90" w:type="dxa"/>
              <w:right w:w="100" w:type="dxa"/>
            </w:tcMar>
            <w:vAlign w:val="center"/>
          </w:tcPr>
          <w:p w14:paraId="33E0F388" w14:textId="77777777" w:rsidR="0084721C" w:rsidRDefault="009B07FB">
            <w:pPr>
              <w:spacing w:line="252" w:lineRule="auto"/>
              <w:rPr>
                <w:lang w:eastAsia="zh-TW"/>
              </w:rPr>
            </w:pPr>
            <w:r>
              <w:rPr>
                <w:sz w:val="17"/>
                <w:lang w:eastAsia="zh-TW"/>
              </w:rPr>
              <w:t>系統／機關層（第十八篇）</w:t>
            </w:r>
          </w:p>
        </w:tc>
        <w:tc>
          <w:tcPr>
            <w:tcW w:w="2484" w:type="dxa"/>
            <w:tcMar>
              <w:top w:w="90" w:type="dxa"/>
              <w:left w:w="100" w:type="dxa"/>
              <w:bottom w:w="90" w:type="dxa"/>
              <w:right w:w="100" w:type="dxa"/>
            </w:tcMar>
            <w:vAlign w:val="center"/>
          </w:tcPr>
          <w:p w14:paraId="57EB6B64" w14:textId="77777777" w:rsidR="0084721C" w:rsidRDefault="009B07FB">
            <w:pPr>
              <w:spacing w:line="252" w:lineRule="auto"/>
              <w:rPr>
                <w:lang w:eastAsia="zh-TW"/>
              </w:rPr>
            </w:pPr>
            <w:r>
              <w:rPr>
                <w:sz w:val="17"/>
                <w:lang w:eastAsia="zh-TW"/>
              </w:rPr>
              <w:t>資料履歷與授權清冊、用途範圍、供應商保存與再利用限制、可停止責任人、異議入口與紀錄保全方式。</w:t>
            </w:r>
          </w:p>
        </w:tc>
        <w:tc>
          <w:tcPr>
            <w:tcW w:w="2484" w:type="dxa"/>
            <w:tcMar>
              <w:top w:w="90" w:type="dxa"/>
              <w:left w:w="100" w:type="dxa"/>
              <w:bottom w:w="90" w:type="dxa"/>
              <w:right w:w="100" w:type="dxa"/>
            </w:tcMar>
            <w:vAlign w:val="center"/>
          </w:tcPr>
          <w:p w14:paraId="7D83C400" w14:textId="77777777" w:rsidR="0084721C" w:rsidRDefault="009B07FB">
            <w:pPr>
              <w:spacing w:line="252" w:lineRule="auto"/>
              <w:rPr>
                <w:lang w:eastAsia="zh-TW"/>
              </w:rPr>
            </w:pPr>
            <w:r>
              <w:rPr>
                <w:sz w:val="17"/>
                <w:lang w:eastAsia="zh-TW"/>
              </w:rPr>
              <w:t>目的機關主責；資訊、法制與採購依既有職權共同確認。</w:t>
            </w:r>
          </w:p>
        </w:tc>
        <w:tc>
          <w:tcPr>
            <w:tcW w:w="2484" w:type="dxa"/>
            <w:tcMar>
              <w:top w:w="90" w:type="dxa"/>
              <w:left w:w="100" w:type="dxa"/>
              <w:bottom w:w="90" w:type="dxa"/>
              <w:right w:w="100" w:type="dxa"/>
            </w:tcMar>
            <w:vAlign w:val="center"/>
          </w:tcPr>
          <w:p w14:paraId="43032AB0" w14:textId="77777777" w:rsidR="0084721C" w:rsidRDefault="009B07FB">
            <w:pPr>
              <w:spacing w:line="252" w:lineRule="auto"/>
            </w:pPr>
            <w:proofErr w:type="spellStart"/>
            <w:r>
              <w:rPr>
                <w:sz w:val="17"/>
              </w:rPr>
              <w:t>Conditional</w:t>
            </w:r>
            <w:r>
              <w:rPr>
                <w:sz w:val="17"/>
              </w:rPr>
              <w:t>或</w:t>
            </w:r>
            <w:r>
              <w:rPr>
                <w:sz w:val="17"/>
              </w:rPr>
              <w:t>No-Go</w:t>
            </w:r>
            <w:r>
              <w:rPr>
                <w:sz w:val="17"/>
              </w:rPr>
              <w:t>；不得以功能可用取代權利可用</w:t>
            </w:r>
            <w:proofErr w:type="spellEnd"/>
            <w:r>
              <w:rPr>
                <w:sz w:val="17"/>
              </w:rPr>
              <w:t>。</w:t>
            </w:r>
          </w:p>
        </w:tc>
      </w:tr>
      <w:tr w:rsidR="0084721C" w14:paraId="57E46DDA" w14:textId="77777777">
        <w:trPr>
          <w:jc w:val="center"/>
        </w:trPr>
        <w:tc>
          <w:tcPr>
            <w:tcW w:w="2484" w:type="dxa"/>
            <w:tcMar>
              <w:top w:w="90" w:type="dxa"/>
              <w:left w:w="100" w:type="dxa"/>
              <w:bottom w:w="90" w:type="dxa"/>
              <w:right w:w="100" w:type="dxa"/>
            </w:tcMar>
            <w:vAlign w:val="center"/>
          </w:tcPr>
          <w:p w14:paraId="12C06597" w14:textId="77777777" w:rsidR="0084721C" w:rsidRDefault="009B07FB">
            <w:pPr>
              <w:spacing w:line="252" w:lineRule="auto"/>
              <w:rPr>
                <w:lang w:eastAsia="zh-TW"/>
              </w:rPr>
            </w:pPr>
            <w:r>
              <w:rPr>
                <w:sz w:val="17"/>
                <w:lang w:eastAsia="zh-TW"/>
              </w:rPr>
              <w:t>國家／</w:t>
            </w:r>
            <w:proofErr w:type="gramStart"/>
            <w:r>
              <w:rPr>
                <w:sz w:val="17"/>
                <w:lang w:eastAsia="zh-TW"/>
              </w:rPr>
              <w:t>跨境層</w:t>
            </w:r>
            <w:proofErr w:type="gramEnd"/>
            <w:r>
              <w:rPr>
                <w:sz w:val="17"/>
                <w:lang w:eastAsia="zh-TW"/>
              </w:rPr>
              <w:t>（第十九篇）</w:t>
            </w:r>
          </w:p>
        </w:tc>
        <w:tc>
          <w:tcPr>
            <w:tcW w:w="2484" w:type="dxa"/>
            <w:tcMar>
              <w:top w:w="90" w:type="dxa"/>
              <w:left w:w="100" w:type="dxa"/>
              <w:bottom w:w="90" w:type="dxa"/>
              <w:right w:w="100" w:type="dxa"/>
            </w:tcMar>
            <w:vAlign w:val="center"/>
          </w:tcPr>
          <w:p w14:paraId="7A061703" w14:textId="77777777" w:rsidR="0084721C" w:rsidRDefault="009B07FB">
            <w:pPr>
              <w:spacing w:line="252" w:lineRule="auto"/>
              <w:rPr>
                <w:lang w:eastAsia="zh-TW"/>
              </w:rPr>
            </w:pPr>
            <w:r>
              <w:rPr>
                <w:sz w:val="17"/>
                <w:lang w:eastAsia="zh-TW"/>
              </w:rPr>
              <w:t>境外權利／供應鏈關係圖、適用條款與</w:t>
            </w:r>
            <w:proofErr w:type="gramStart"/>
            <w:r>
              <w:rPr>
                <w:sz w:val="17"/>
                <w:lang w:eastAsia="zh-TW"/>
              </w:rPr>
              <w:t>法域、</w:t>
            </w:r>
            <w:proofErr w:type="gramEnd"/>
            <w:r>
              <w:rPr>
                <w:sz w:val="17"/>
                <w:lang w:eastAsia="zh-TW"/>
              </w:rPr>
              <w:t>分包與跨境資料流、對外說明文本、升級門檻、補救與聯絡紀錄。</w:t>
            </w:r>
          </w:p>
        </w:tc>
        <w:tc>
          <w:tcPr>
            <w:tcW w:w="2484" w:type="dxa"/>
            <w:tcMar>
              <w:top w:w="90" w:type="dxa"/>
              <w:left w:w="100" w:type="dxa"/>
              <w:bottom w:w="90" w:type="dxa"/>
              <w:right w:w="100" w:type="dxa"/>
            </w:tcMar>
            <w:vAlign w:val="center"/>
          </w:tcPr>
          <w:p w14:paraId="56ADC107" w14:textId="77777777" w:rsidR="0084721C" w:rsidRDefault="009B07FB">
            <w:pPr>
              <w:spacing w:line="252" w:lineRule="auto"/>
              <w:rPr>
                <w:lang w:eastAsia="zh-TW"/>
              </w:rPr>
            </w:pPr>
            <w:r>
              <w:rPr>
                <w:sz w:val="17"/>
                <w:lang w:eastAsia="zh-TW"/>
              </w:rPr>
              <w:t>目的機關先處理事實與停止；涉及制度性、跨機關或重大外部影響時，啟動中央統籌與對外窗口。</w:t>
            </w:r>
          </w:p>
        </w:tc>
        <w:tc>
          <w:tcPr>
            <w:tcW w:w="2484" w:type="dxa"/>
            <w:tcMar>
              <w:top w:w="90" w:type="dxa"/>
              <w:left w:w="100" w:type="dxa"/>
              <w:bottom w:w="90" w:type="dxa"/>
              <w:right w:w="100" w:type="dxa"/>
            </w:tcMar>
            <w:vAlign w:val="center"/>
          </w:tcPr>
          <w:p w14:paraId="62D31BF5" w14:textId="77777777" w:rsidR="0084721C" w:rsidRDefault="009B07FB">
            <w:pPr>
              <w:spacing w:line="252" w:lineRule="auto"/>
              <w:rPr>
                <w:lang w:eastAsia="zh-TW"/>
              </w:rPr>
            </w:pPr>
            <w:r>
              <w:rPr>
                <w:sz w:val="17"/>
                <w:lang w:eastAsia="zh-TW"/>
              </w:rPr>
              <w:t>不得把問題降格為單一廠商或地方機關</w:t>
            </w:r>
            <w:proofErr w:type="gramStart"/>
            <w:r>
              <w:rPr>
                <w:sz w:val="17"/>
                <w:lang w:eastAsia="zh-TW"/>
              </w:rPr>
              <w:t>的私案</w:t>
            </w:r>
            <w:proofErr w:type="gramEnd"/>
            <w:r>
              <w:rPr>
                <w:sz w:val="17"/>
                <w:lang w:eastAsia="zh-TW"/>
              </w:rPr>
              <w:t>。</w:t>
            </w:r>
          </w:p>
        </w:tc>
      </w:tr>
    </w:tbl>
    <w:p w14:paraId="71573AF4" w14:textId="77777777" w:rsidR="0084721C" w:rsidRDefault="0084721C">
      <w:pPr>
        <w:spacing w:after="40"/>
        <w:rPr>
          <w:lang w:eastAsia="zh-TW"/>
        </w:rPr>
      </w:pPr>
    </w:p>
    <w:p w14:paraId="3A7D9F06" w14:textId="77777777" w:rsidR="0084721C" w:rsidRDefault="009B07FB">
      <w:pPr>
        <w:spacing w:after="140" w:line="324" w:lineRule="auto"/>
        <w:rPr>
          <w:lang w:eastAsia="zh-TW"/>
        </w:rPr>
      </w:pPr>
      <w:r>
        <w:rPr>
          <w:b/>
          <w:sz w:val="26"/>
          <w:lang w:eastAsia="zh-TW"/>
        </w:rPr>
        <w:t>（二）避免「再開一場會」的升級門檻</w:t>
      </w:r>
    </w:p>
    <w:tbl>
      <w:tblPr>
        <w:tblStyle w:val="TableGrid"/>
        <w:tblW w:w="0" w:type="auto"/>
        <w:jc w:val="center"/>
        <w:tblLook w:val="04A0" w:firstRow="1" w:lastRow="0" w:firstColumn="1" w:lastColumn="0" w:noHBand="0" w:noVBand="1"/>
      </w:tblPr>
      <w:tblGrid>
        <w:gridCol w:w="3312"/>
        <w:gridCol w:w="3312"/>
        <w:gridCol w:w="3312"/>
      </w:tblGrid>
      <w:tr w:rsidR="0084721C" w14:paraId="22604F9C" w14:textId="77777777">
        <w:trPr>
          <w:jc w:val="center"/>
        </w:trPr>
        <w:tc>
          <w:tcPr>
            <w:tcW w:w="3312" w:type="dxa"/>
            <w:shd w:val="clear" w:color="auto" w:fill="DCE6F2"/>
            <w:tcMar>
              <w:top w:w="90" w:type="dxa"/>
              <w:left w:w="100" w:type="dxa"/>
              <w:bottom w:w="90" w:type="dxa"/>
              <w:right w:w="100" w:type="dxa"/>
            </w:tcMar>
            <w:vAlign w:val="center"/>
          </w:tcPr>
          <w:p w14:paraId="004A70BE" w14:textId="77777777" w:rsidR="0084721C" w:rsidRDefault="009B07FB">
            <w:pPr>
              <w:spacing w:line="252" w:lineRule="auto"/>
            </w:pPr>
            <w:proofErr w:type="spellStart"/>
            <w:r>
              <w:rPr>
                <w:b/>
                <w:sz w:val="17"/>
              </w:rPr>
              <w:t>升級門檻</w:t>
            </w:r>
            <w:proofErr w:type="spellEnd"/>
          </w:p>
        </w:tc>
        <w:tc>
          <w:tcPr>
            <w:tcW w:w="3312" w:type="dxa"/>
            <w:shd w:val="clear" w:color="auto" w:fill="DCE6F2"/>
            <w:tcMar>
              <w:top w:w="90" w:type="dxa"/>
              <w:left w:w="100" w:type="dxa"/>
              <w:bottom w:w="90" w:type="dxa"/>
              <w:right w:w="100" w:type="dxa"/>
            </w:tcMar>
            <w:vAlign w:val="center"/>
          </w:tcPr>
          <w:p w14:paraId="42D3C80B" w14:textId="77777777" w:rsidR="0084721C" w:rsidRDefault="009B07FB">
            <w:pPr>
              <w:spacing w:line="252" w:lineRule="auto"/>
            </w:pPr>
            <w:r>
              <w:rPr>
                <w:b/>
                <w:sz w:val="17"/>
              </w:rPr>
              <w:t>必須完成的行動</w:t>
            </w:r>
          </w:p>
        </w:tc>
        <w:tc>
          <w:tcPr>
            <w:tcW w:w="3312" w:type="dxa"/>
            <w:shd w:val="clear" w:color="auto" w:fill="DCE6F2"/>
            <w:tcMar>
              <w:top w:w="90" w:type="dxa"/>
              <w:left w:w="100" w:type="dxa"/>
              <w:bottom w:w="90" w:type="dxa"/>
              <w:right w:w="100" w:type="dxa"/>
            </w:tcMar>
            <w:vAlign w:val="center"/>
          </w:tcPr>
          <w:p w14:paraId="51AE2F7A" w14:textId="77777777" w:rsidR="0084721C" w:rsidRDefault="009B07FB">
            <w:pPr>
              <w:spacing w:line="252" w:lineRule="auto"/>
            </w:pPr>
            <w:r>
              <w:rPr>
                <w:b/>
                <w:sz w:val="17"/>
              </w:rPr>
              <w:t>不能接受的處理方式</w:t>
            </w:r>
          </w:p>
        </w:tc>
      </w:tr>
      <w:tr w:rsidR="0084721C" w14:paraId="1BAC2D6E" w14:textId="77777777">
        <w:trPr>
          <w:jc w:val="center"/>
        </w:trPr>
        <w:tc>
          <w:tcPr>
            <w:tcW w:w="3312" w:type="dxa"/>
            <w:tcMar>
              <w:top w:w="90" w:type="dxa"/>
              <w:left w:w="100" w:type="dxa"/>
              <w:bottom w:w="90" w:type="dxa"/>
              <w:right w:w="100" w:type="dxa"/>
            </w:tcMar>
            <w:vAlign w:val="center"/>
          </w:tcPr>
          <w:p w14:paraId="63DAE9EA" w14:textId="77777777" w:rsidR="0084721C" w:rsidRDefault="009B07FB">
            <w:pPr>
              <w:spacing w:line="252" w:lineRule="auto"/>
              <w:rPr>
                <w:lang w:eastAsia="zh-TW"/>
              </w:rPr>
            </w:pPr>
            <w:r>
              <w:rPr>
                <w:sz w:val="17"/>
                <w:lang w:eastAsia="zh-TW"/>
              </w:rPr>
              <w:t>境外權利人提出具體資料與異議</w:t>
            </w:r>
          </w:p>
        </w:tc>
        <w:tc>
          <w:tcPr>
            <w:tcW w:w="3312" w:type="dxa"/>
            <w:tcMar>
              <w:top w:w="90" w:type="dxa"/>
              <w:left w:w="100" w:type="dxa"/>
              <w:bottom w:w="90" w:type="dxa"/>
              <w:right w:w="100" w:type="dxa"/>
            </w:tcMar>
            <w:vAlign w:val="center"/>
          </w:tcPr>
          <w:p w14:paraId="604C9278" w14:textId="77777777" w:rsidR="0084721C" w:rsidRDefault="009B07FB">
            <w:pPr>
              <w:spacing w:line="252" w:lineRule="auto"/>
              <w:rPr>
                <w:lang w:eastAsia="zh-TW"/>
              </w:rPr>
            </w:pPr>
            <w:r>
              <w:rPr>
                <w:sz w:val="17"/>
                <w:lang w:eastAsia="zh-TW"/>
              </w:rPr>
              <w:t>暫停爭議來源的新增利用；保全資料履歷、查詢、輸出與供應商紀錄；在期限內提供理由回覆。</w:t>
            </w:r>
          </w:p>
        </w:tc>
        <w:tc>
          <w:tcPr>
            <w:tcW w:w="3312" w:type="dxa"/>
            <w:tcMar>
              <w:top w:w="90" w:type="dxa"/>
              <w:left w:w="100" w:type="dxa"/>
              <w:bottom w:w="90" w:type="dxa"/>
              <w:right w:w="100" w:type="dxa"/>
            </w:tcMar>
            <w:vAlign w:val="center"/>
          </w:tcPr>
          <w:p w14:paraId="749BE4F9" w14:textId="77777777" w:rsidR="0084721C" w:rsidRDefault="009B07FB">
            <w:pPr>
              <w:spacing w:line="252" w:lineRule="auto"/>
              <w:rPr>
                <w:lang w:eastAsia="zh-TW"/>
              </w:rPr>
            </w:pPr>
            <w:r>
              <w:rPr>
                <w:sz w:val="17"/>
                <w:lang w:eastAsia="zh-TW"/>
              </w:rPr>
              <w:t>要求權利人先證明</w:t>
            </w:r>
            <w:proofErr w:type="gramStart"/>
            <w:r>
              <w:rPr>
                <w:sz w:val="17"/>
                <w:lang w:eastAsia="zh-TW"/>
              </w:rPr>
              <w:t>完整侵權鏈</w:t>
            </w:r>
            <w:proofErr w:type="gramEnd"/>
            <w:r>
              <w:rPr>
                <w:sz w:val="17"/>
                <w:lang w:eastAsia="zh-TW"/>
              </w:rPr>
              <w:t>，機關才願意開始找資料。</w:t>
            </w:r>
          </w:p>
        </w:tc>
      </w:tr>
      <w:tr w:rsidR="0084721C" w14:paraId="43C0A9D8" w14:textId="77777777">
        <w:trPr>
          <w:jc w:val="center"/>
        </w:trPr>
        <w:tc>
          <w:tcPr>
            <w:tcW w:w="3312" w:type="dxa"/>
            <w:tcMar>
              <w:top w:w="90" w:type="dxa"/>
              <w:left w:w="100" w:type="dxa"/>
              <w:bottom w:w="90" w:type="dxa"/>
              <w:right w:w="100" w:type="dxa"/>
            </w:tcMar>
            <w:vAlign w:val="center"/>
          </w:tcPr>
          <w:p w14:paraId="375789F0" w14:textId="77777777" w:rsidR="0084721C" w:rsidRDefault="009B07FB">
            <w:pPr>
              <w:spacing w:line="252" w:lineRule="auto"/>
              <w:rPr>
                <w:lang w:eastAsia="zh-TW"/>
              </w:rPr>
            </w:pPr>
            <w:r>
              <w:rPr>
                <w:sz w:val="17"/>
                <w:lang w:eastAsia="zh-TW"/>
              </w:rPr>
              <w:t>爭議涉及跨機關、跨平台或無法由單一契約停止</w:t>
            </w:r>
          </w:p>
        </w:tc>
        <w:tc>
          <w:tcPr>
            <w:tcW w:w="3312" w:type="dxa"/>
            <w:tcMar>
              <w:top w:w="90" w:type="dxa"/>
              <w:left w:w="100" w:type="dxa"/>
              <w:bottom w:w="90" w:type="dxa"/>
              <w:right w:w="100" w:type="dxa"/>
            </w:tcMar>
            <w:vAlign w:val="center"/>
          </w:tcPr>
          <w:p w14:paraId="34537FC6" w14:textId="77777777" w:rsidR="0084721C" w:rsidRDefault="009B07FB">
            <w:pPr>
              <w:spacing w:line="252" w:lineRule="auto"/>
              <w:rPr>
                <w:lang w:eastAsia="zh-TW"/>
              </w:rPr>
            </w:pPr>
            <w:r>
              <w:rPr>
                <w:sz w:val="17"/>
                <w:lang w:eastAsia="zh-TW"/>
              </w:rPr>
              <w:t>形成資料流、契約鏈、控制權、可能補救與外部風險的共同事實包；指定統籌窗口。</w:t>
            </w:r>
          </w:p>
        </w:tc>
        <w:tc>
          <w:tcPr>
            <w:tcW w:w="3312" w:type="dxa"/>
            <w:tcMar>
              <w:top w:w="90" w:type="dxa"/>
              <w:left w:w="100" w:type="dxa"/>
              <w:bottom w:w="90" w:type="dxa"/>
              <w:right w:w="100" w:type="dxa"/>
            </w:tcMar>
            <w:vAlign w:val="center"/>
          </w:tcPr>
          <w:p w14:paraId="0259A2A1" w14:textId="77777777" w:rsidR="0084721C" w:rsidRDefault="009B07FB">
            <w:pPr>
              <w:spacing w:line="252" w:lineRule="auto"/>
              <w:rPr>
                <w:lang w:eastAsia="zh-TW"/>
              </w:rPr>
            </w:pPr>
            <w:r>
              <w:rPr>
                <w:sz w:val="17"/>
                <w:lang w:eastAsia="zh-TW"/>
              </w:rPr>
              <w:t>各機關只回覆自己看得到的一段，再把其餘問題轉給下一個單位。</w:t>
            </w:r>
          </w:p>
        </w:tc>
      </w:tr>
      <w:tr w:rsidR="0084721C" w14:paraId="2AE36D7E" w14:textId="77777777">
        <w:trPr>
          <w:jc w:val="center"/>
        </w:trPr>
        <w:tc>
          <w:tcPr>
            <w:tcW w:w="3312" w:type="dxa"/>
            <w:tcMar>
              <w:top w:w="90" w:type="dxa"/>
              <w:left w:w="100" w:type="dxa"/>
              <w:bottom w:w="90" w:type="dxa"/>
              <w:right w:w="100" w:type="dxa"/>
            </w:tcMar>
            <w:vAlign w:val="center"/>
          </w:tcPr>
          <w:p w14:paraId="51409584" w14:textId="77777777" w:rsidR="0084721C" w:rsidRDefault="009B07FB">
            <w:pPr>
              <w:spacing w:line="252" w:lineRule="auto"/>
              <w:rPr>
                <w:lang w:eastAsia="zh-TW"/>
              </w:rPr>
            </w:pPr>
            <w:r>
              <w:rPr>
                <w:sz w:val="17"/>
                <w:lang w:eastAsia="zh-TW"/>
              </w:rPr>
              <w:t>涉及關鍵供應鏈、重大公共服務或敏感技術</w:t>
            </w:r>
          </w:p>
        </w:tc>
        <w:tc>
          <w:tcPr>
            <w:tcW w:w="3312" w:type="dxa"/>
            <w:tcMar>
              <w:top w:w="90" w:type="dxa"/>
              <w:left w:w="100" w:type="dxa"/>
              <w:bottom w:w="90" w:type="dxa"/>
              <w:right w:w="100" w:type="dxa"/>
            </w:tcMar>
            <w:vAlign w:val="center"/>
          </w:tcPr>
          <w:p w14:paraId="35B4D5D3" w14:textId="77777777" w:rsidR="0084721C" w:rsidRDefault="009B07FB">
            <w:pPr>
              <w:spacing w:line="252" w:lineRule="auto"/>
              <w:rPr>
                <w:lang w:eastAsia="zh-TW"/>
              </w:rPr>
            </w:pPr>
            <w:r>
              <w:rPr>
                <w:sz w:val="17"/>
                <w:lang w:eastAsia="zh-TW"/>
              </w:rPr>
              <w:t>啟動較高層級的停止、隔離、</w:t>
            </w:r>
            <w:proofErr w:type="gramStart"/>
            <w:r>
              <w:rPr>
                <w:sz w:val="17"/>
                <w:lang w:eastAsia="zh-TW"/>
              </w:rPr>
              <w:t>資安</w:t>
            </w:r>
            <w:proofErr w:type="gramEnd"/>
            <w:r>
              <w:rPr>
                <w:sz w:val="17"/>
                <w:lang w:eastAsia="zh-TW"/>
              </w:rPr>
              <w:t>／保密與對外協調程序；確認誰可代表政府提出一致說明。</w:t>
            </w:r>
          </w:p>
        </w:tc>
        <w:tc>
          <w:tcPr>
            <w:tcW w:w="3312" w:type="dxa"/>
            <w:tcMar>
              <w:top w:w="90" w:type="dxa"/>
              <w:left w:w="100" w:type="dxa"/>
              <w:bottom w:w="90" w:type="dxa"/>
              <w:right w:w="100" w:type="dxa"/>
            </w:tcMar>
            <w:vAlign w:val="center"/>
          </w:tcPr>
          <w:p w14:paraId="757BD691" w14:textId="77777777" w:rsidR="0084721C" w:rsidRDefault="009B07FB">
            <w:pPr>
              <w:spacing w:line="252" w:lineRule="auto"/>
              <w:rPr>
                <w:lang w:eastAsia="zh-TW"/>
              </w:rPr>
            </w:pPr>
            <w:r>
              <w:rPr>
                <w:sz w:val="17"/>
                <w:lang w:eastAsia="zh-TW"/>
              </w:rPr>
              <w:t>等待訴訟、仲裁或媒體事件，再臨時組成專案小組。</w:t>
            </w:r>
          </w:p>
        </w:tc>
      </w:tr>
    </w:tbl>
    <w:p w14:paraId="71EC3524" w14:textId="77777777" w:rsidR="0084721C" w:rsidRDefault="0084721C">
      <w:pPr>
        <w:spacing w:after="40"/>
        <w:rPr>
          <w:lang w:eastAsia="zh-TW"/>
        </w:rPr>
      </w:pPr>
    </w:p>
    <w:p w14:paraId="0DBF9307" w14:textId="77777777" w:rsidR="0084721C" w:rsidRDefault="009B07FB">
      <w:pPr>
        <w:spacing w:after="140" w:line="324" w:lineRule="auto"/>
        <w:rPr>
          <w:lang w:eastAsia="zh-TW"/>
        </w:rPr>
      </w:pPr>
      <w:r>
        <w:rPr>
          <w:b/>
          <w:sz w:val="26"/>
          <w:lang w:eastAsia="zh-TW"/>
        </w:rPr>
        <w:t>（三）預防性暫停的契約化</w:t>
      </w:r>
    </w:p>
    <w:p w14:paraId="09782B38" w14:textId="77777777" w:rsidR="0084721C" w:rsidRDefault="009B07FB">
      <w:pPr>
        <w:spacing w:after="120" w:line="324" w:lineRule="auto"/>
        <w:rPr>
          <w:lang w:eastAsia="zh-TW"/>
        </w:rPr>
      </w:pPr>
      <w:r>
        <w:rPr>
          <w:lang w:eastAsia="zh-TW"/>
        </w:rPr>
        <w:t>預防性暫停不是行政機關任意停機，也不是承認侵權。它應在</w:t>
      </w:r>
      <w:r>
        <w:rPr>
          <w:lang w:eastAsia="zh-TW"/>
        </w:rPr>
        <w:t>RFP</w:t>
      </w:r>
      <w:r>
        <w:rPr>
          <w:lang w:eastAsia="zh-TW"/>
        </w:rPr>
        <w:t>、契約與驗收文件中預先約定為一種中性的保全措施：只要收到具有具體來源、授權、</w:t>
      </w:r>
      <w:proofErr w:type="gramStart"/>
      <w:r>
        <w:rPr>
          <w:lang w:eastAsia="zh-TW"/>
        </w:rPr>
        <w:t>法域或</w:t>
      </w:r>
      <w:proofErr w:type="gramEnd"/>
      <w:r>
        <w:rPr>
          <w:lang w:eastAsia="zh-TW"/>
        </w:rPr>
        <w:t>使用範圍疑義的通知，機關即可暫停爭議來源的新增匯入、檢索、輸出、</w:t>
      </w:r>
      <w:r>
        <w:rPr>
          <w:lang w:eastAsia="zh-TW"/>
        </w:rPr>
        <w:t>API</w:t>
      </w:r>
      <w:r>
        <w:rPr>
          <w:lang w:eastAsia="zh-TW"/>
        </w:rPr>
        <w:t>傳送或對外服務，並要求供應商保全相關資料。是否恢復使用，則由補證、查核與理由說明後的決定處理。</w:t>
      </w:r>
    </w:p>
    <w:tbl>
      <w:tblPr>
        <w:tblStyle w:val="TableGrid"/>
        <w:tblW w:w="0" w:type="auto"/>
        <w:jc w:val="center"/>
        <w:tblLook w:val="04A0" w:firstRow="1" w:lastRow="0" w:firstColumn="1" w:lastColumn="0" w:noHBand="0" w:noVBand="1"/>
      </w:tblPr>
      <w:tblGrid>
        <w:gridCol w:w="4968"/>
        <w:gridCol w:w="4968"/>
      </w:tblGrid>
      <w:tr w:rsidR="0084721C" w14:paraId="01D2720F" w14:textId="77777777">
        <w:trPr>
          <w:jc w:val="center"/>
        </w:trPr>
        <w:tc>
          <w:tcPr>
            <w:tcW w:w="4968" w:type="dxa"/>
            <w:shd w:val="clear" w:color="auto" w:fill="DCE6F2"/>
            <w:tcMar>
              <w:top w:w="90" w:type="dxa"/>
              <w:left w:w="100" w:type="dxa"/>
              <w:bottom w:w="90" w:type="dxa"/>
              <w:right w:w="100" w:type="dxa"/>
            </w:tcMar>
            <w:vAlign w:val="center"/>
          </w:tcPr>
          <w:p w14:paraId="621EB53F" w14:textId="77777777" w:rsidR="0084721C" w:rsidRDefault="009B07FB">
            <w:pPr>
              <w:spacing w:line="252" w:lineRule="auto"/>
            </w:pPr>
            <w:proofErr w:type="spellStart"/>
            <w:r>
              <w:rPr>
                <w:b/>
                <w:sz w:val="17"/>
              </w:rPr>
              <w:t>契約元件</w:t>
            </w:r>
            <w:proofErr w:type="spellEnd"/>
          </w:p>
        </w:tc>
        <w:tc>
          <w:tcPr>
            <w:tcW w:w="4968" w:type="dxa"/>
            <w:shd w:val="clear" w:color="auto" w:fill="DCE6F2"/>
            <w:tcMar>
              <w:top w:w="90" w:type="dxa"/>
              <w:left w:w="100" w:type="dxa"/>
              <w:bottom w:w="90" w:type="dxa"/>
              <w:right w:w="100" w:type="dxa"/>
            </w:tcMar>
            <w:vAlign w:val="center"/>
          </w:tcPr>
          <w:p w14:paraId="4F1C0AAD" w14:textId="77777777" w:rsidR="0084721C" w:rsidRDefault="009B07FB">
            <w:pPr>
              <w:spacing w:line="252" w:lineRule="auto"/>
            </w:pPr>
            <w:r>
              <w:rPr>
                <w:b/>
                <w:sz w:val="17"/>
              </w:rPr>
              <w:t>應明定的內容</w:t>
            </w:r>
          </w:p>
        </w:tc>
      </w:tr>
      <w:tr w:rsidR="0084721C" w14:paraId="66660761" w14:textId="77777777">
        <w:trPr>
          <w:jc w:val="center"/>
        </w:trPr>
        <w:tc>
          <w:tcPr>
            <w:tcW w:w="4968" w:type="dxa"/>
            <w:tcMar>
              <w:top w:w="90" w:type="dxa"/>
              <w:left w:w="100" w:type="dxa"/>
              <w:bottom w:w="90" w:type="dxa"/>
              <w:right w:w="100" w:type="dxa"/>
            </w:tcMar>
            <w:vAlign w:val="center"/>
          </w:tcPr>
          <w:p w14:paraId="016E4973" w14:textId="77777777" w:rsidR="0084721C" w:rsidRDefault="009B07FB">
            <w:pPr>
              <w:spacing w:line="252" w:lineRule="auto"/>
            </w:pPr>
            <w:r>
              <w:rPr>
                <w:sz w:val="17"/>
              </w:rPr>
              <w:t>啟動條件</w:t>
            </w:r>
          </w:p>
        </w:tc>
        <w:tc>
          <w:tcPr>
            <w:tcW w:w="4968" w:type="dxa"/>
            <w:tcMar>
              <w:top w:w="90" w:type="dxa"/>
              <w:left w:w="100" w:type="dxa"/>
              <w:bottom w:w="90" w:type="dxa"/>
              <w:right w:w="100" w:type="dxa"/>
            </w:tcMar>
            <w:vAlign w:val="center"/>
          </w:tcPr>
          <w:p w14:paraId="7F046365" w14:textId="77777777" w:rsidR="0084721C" w:rsidRDefault="009B07FB">
            <w:pPr>
              <w:spacing w:line="252" w:lineRule="auto"/>
              <w:rPr>
                <w:lang w:eastAsia="zh-TW"/>
              </w:rPr>
            </w:pPr>
            <w:r>
              <w:rPr>
                <w:sz w:val="17"/>
                <w:lang w:eastAsia="zh-TW"/>
              </w:rPr>
              <w:t>具體的權利、授權、</w:t>
            </w:r>
            <w:proofErr w:type="gramStart"/>
            <w:r>
              <w:rPr>
                <w:sz w:val="17"/>
                <w:lang w:eastAsia="zh-TW"/>
              </w:rPr>
              <w:t>法域、</w:t>
            </w:r>
            <w:proofErr w:type="gramEnd"/>
            <w:r>
              <w:rPr>
                <w:sz w:val="17"/>
                <w:lang w:eastAsia="zh-TW"/>
              </w:rPr>
              <w:t>出口管制或資料處理異議；不要求權</w:t>
            </w:r>
            <w:r>
              <w:rPr>
                <w:sz w:val="17"/>
                <w:lang w:eastAsia="zh-TW"/>
              </w:rPr>
              <w:lastRenderedPageBreak/>
              <w:t>利人先完成侵權舉證。</w:t>
            </w:r>
          </w:p>
        </w:tc>
      </w:tr>
      <w:tr w:rsidR="0084721C" w14:paraId="08D36ABF" w14:textId="77777777">
        <w:trPr>
          <w:jc w:val="center"/>
        </w:trPr>
        <w:tc>
          <w:tcPr>
            <w:tcW w:w="4968" w:type="dxa"/>
            <w:tcMar>
              <w:top w:w="90" w:type="dxa"/>
              <w:left w:w="100" w:type="dxa"/>
              <w:bottom w:w="90" w:type="dxa"/>
              <w:right w:w="100" w:type="dxa"/>
            </w:tcMar>
            <w:vAlign w:val="center"/>
          </w:tcPr>
          <w:p w14:paraId="7335FE69" w14:textId="77777777" w:rsidR="0084721C" w:rsidRDefault="009B07FB">
            <w:pPr>
              <w:spacing w:line="252" w:lineRule="auto"/>
            </w:pPr>
            <w:proofErr w:type="spellStart"/>
            <w:r>
              <w:rPr>
                <w:sz w:val="17"/>
              </w:rPr>
              <w:lastRenderedPageBreak/>
              <w:t>命令範圍</w:t>
            </w:r>
            <w:proofErr w:type="spellEnd"/>
          </w:p>
        </w:tc>
        <w:tc>
          <w:tcPr>
            <w:tcW w:w="4968" w:type="dxa"/>
            <w:tcMar>
              <w:top w:w="90" w:type="dxa"/>
              <w:left w:w="100" w:type="dxa"/>
              <w:bottom w:w="90" w:type="dxa"/>
              <w:right w:w="100" w:type="dxa"/>
            </w:tcMar>
            <w:vAlign w:val="center"/>
          </w:tcPr>
          <w:p w14:paraId="796DEABE" w14:textId="77777777" w:rsidR="0084721C" w:rsidRDefault="009B07FB">
            <w:pPr>
              <w:spacing w:line="252" w:lineRule="auto"/>
              <w:rPr>
                <w:lang w:eastAsia="zh-TW"/>
              </w:rPr>
            </w:pPr>
            <w:r>
              <w:rPr>
                <w:sz w:val="17"/>
                <w:lang w:eastAsia="zh-TW"/>
              </w:rPr>
              <w:t>可針對特定來源、向量索引、快取、模型版本、</w:t>
            </w:r>
            <w:r>
              <w:rPr>
                <w:sz w:val="17"/>
                <w:lang w:eastAsia="zh-TW"/>
              </w:rPr>
              <w:t>API</w:t>
            </w:r>
            <w:r>
              <w:rPr>
                <w:sz w:val="17"/>
                <w:lang w:eastAsia="zh-TW"/>
              </w:rPr>
              <w:t>、分包利用或對外輸出，</w:t>
            </w:r>
            <w:proofErr w:type="gramStart"/>
            <w:r>
              <w:rPr>
                <w:sz w:val="17"/>
                <w:lang w:eastAsia="zh-TW"/>
              </w:rPr>
              <w:t>採</w:t>
            </w:r>
            <w:proofErr w:type="gramEnd"/>
            <w:r>
              <w:rPr>
                <w:sz w:val="17"/>
                <w:lang w:eastAsia="zh-TW"/>
              </w:rPr>
              <w:t>最小必要暫停。</w:t>
            </w:r>
          </w:p>
        </w:tc>
      </w:tr>
      <w:tr w:rsidR="0084721C" w14:paraId="1C137104" w14:textId="77777777">
        <w:trPr>
          <w:jc w:val="center"/>
        </w:trPr>
        <w:tc>
          <w:tcPr>
            <w:tcW w:w="4968" w:type="dxa"/>
            <w:tcMar>
              <w:top w:w="90" w:type="dxa"/>
              <w:left w:w="100" w:type="dxa"/>
              <w:bottom w:w="90" w:type="dxa"/>
              <w:right w:w="100" w:type="dxa"/>
            </w:tcMar>
            <w:vAlign w:val="center"/>
          </w:tcPr>
          <w:p w14:paraId="31B2CE45" w14:textId="77777777" w:rsidR="0084721C" w:rsidRDefault="009B07FB">
            <w:pPr>
              <w:spacing w:line="252" w:lineRule="auto"/>
            </w:pPr>
            <w:proofErr w:type="spellStart"/>
            <w:r>
              <w:rPr>
                <w:sz w:val="17"/>
              </w:rPr>
              <w:t>法律效果</w:t>
            </w:r>
            <w:proofErr w:type="spellEnd"/>
          </w:p>
        </w:tc>
        <w:tc>
          <w:tcPr>
            <w:tcW w:w="4968" w:type="dxa"/>
            <w:tcMar>
              <w:top w:w="90" w:type="dxa"/>
              <w:left w:w="100" w:type="dxa"/>
              <w:bottom w:w="90" w:type="dxa"/>
              <w:right w:w="100" w:type="dxa"/>
            </w:tcMar>
            <w:vAlign w:val="center"/>
          </w:tcPr>
          <w:p w14:paraId="339FFF57" w14:textId="77777777" w:rsidR="0084721C" w:rsidRDefault="009B07FB">
            <w:pPr>
              <w:spacing w:line="252" w:lineRule="auto"/>
              <w:rPr>
                <w:lang w:eastAsia="zh-TW"/>
              </w:rPr>
            </w:pPr>
            <w:r>
              <w:rPr>
                <w:sz w:val="17"/>
                <w:lang w:eastAsia="zh-TW"/>
              </w:rPr>
              <w:t>機關依約採取預防性暫停，不構成對供應商的違約，亦</w:t>
            </w:r>
            <w:proofErr w:type="gramStart"/>
            <w:r>
              <w:rPr>
                <w:sz w:val="17"/>
                <w:lang w:eastAsia="zh-TW"/>
              </w:rPr>
              <w:t>不</w:t>
            </w:r>
            <w:proofErr w:type="gramEnd"/>
            <w:r>
              <w:rPr>
                <w:sz w:val="17"/>
                <w:lang w:eastAsia="zh-TW"/>
              </w:rPr>
              <w:t>當然構成機關承認侵權。</w:t>
            </w:r>
          </w:p>
        </w:tc>
      </w:tr>
      <w:tr w:rsidR="0084721C" w14:paraId="1C4C51D7" w14:textId="77777777">
        <w:trPr>
          <w:jc w:val="center"/>
        </w:trPr>
        <w:tc>
          <w:tcPr>
            <w:tcW w:w="4968" w:type="dxa"/>
            <w:tcMar>
              <w:top w:w="90" w:type="dxa"/>
              <w:left w:w="100" w:type="dxa"/>
              <w:bottom w:w="90" w:type="dxa"/>
              <w:right w:w="100" w:type="dxa"/>
            </w:tcMar>
            <w:vAlign w:val="center"/>
          </w:tcPr>
          <w:p w14:paraId="30E37A13" w14:textId="77777777" w:rsidR="0084721C" w:rsidRDefault="009B07FB">
            <w:pPr>
              <w:spacing w:line="252" w:lineRule="auto"/>
            </w:pPr>
            <w:proofErr w:type="spellStart"/>
            <w:r>
              <w:rPr>
                <w:sz w:val="17"/>
              </w:rPr>
              <w:t>供應商義務</w:t>
            </w:r>
            <w:proofErr w:type="spellEnd"/>
          </w:p>
        </w:tc>
        <w:tc>
          <w:tcPr>
            <w:tcW w:w="4968" w:type="dxa"/>
            <w:tcMar>
              <w:top w:w="90" w:type="dxa"/>
              <w:left w:w="100" w:type="dxa"/>
              <w:bottom w:w="90" w:type="dxa"/>
              <w:right w:w="100" w:type="dxa"/>
            </w:tcMar>
            <w:vAlign w:val="center"/>
          </w:tcPr>
          <w:p w14:paraId="21CEF9A7" w14:textId="77777777" w:rsidR="0084721C" w:rsidRDefault="009B07FB">
            <w:pPr>
              <w:spacing w:line="252" w:lineRule="auto"/>
              <w:rPr>
                <w:lang w:eastAsia="zh-TW"/>
              </w:rPr>
            </w:pPr>
            <w:r>
              <w:rPr>
                <w:sz w:val="17"/>
                <w:lang w:eastAsia="zh-TW"/>
              </w:rPr>
              <w:t>立即隔離、保全、提供日誌與次處理者資訊；不得在爭議期間刪除、覆寫或再利用爭議資料。</w:t>
            </w:r>
          </w:p>
        </w:tc>
      </w:tr>
      <w:tr w:rsidR="0084721C" w14:paraId="77031D33" w14:textId="77777777">
        <w:trPr>
          <w:jc w:val="center"/>
        </w:trPr>
        <w:tc>
          <w:tcPr>
            <w:tcW w:w="4968" w:type="dxa"/>
            <w:tcMar>
              <w:top w:w="90" w:type="dxa"/>
              <w:left w:w="100" w:type="dxa"/>
              <w:bottom w:w="90" w:type="dxa"/>
              <w:right w:w="100" w:type="dxa"/>
            </w:tcMar>
            <w:vAlign w:val="center"/>
          </w:tcPr>
          <w:p w14:paraId="36EC543C" w14:textId="77777777" w:rsidR="0084721C" w:rsidRDefault="009B07FB">
            <w:pPr>
              <w:spacing w:line="252" w:lineRule="auto"/>
            </w:pPr>
            <w:proofErr w:type="spellStart"/>
            <w:r>
              <w:rPr>
                <w:sz w:val="17"/>
              </w:rPr>
              <w:t>檢討與恢復</w:t>
            </w:r>
            <w:proofErr w:type="spellEnd"/>
          </w:p>
        </w:tc>
        <w:tc>
          <w:tcPr>
            <w:tcW w:w="4968" w:type="dxa"/>
            <w:tcMar>
              <w:top w:w="90" w:type="dxa"/>
              <w:left w:w="100" w:type="dxa"/>
              <w:bottom w:w="90" w:type="dxa"/>
              <w:right w:w="100" w:type="dxa"/>
            </w:tcMar>
            <w:vAlign w:val="center"/>
          </w:tcPr>
          <w:p w14:paraId="2368654E" w14:textId="77777777" w:rsidR="0084721C" w:rsidRDefault="009B07FB">
            <w:pPr>
              <w:spacing w:line="252" w:lineRule="auto"/>
              <w:rPr>
                <w:lang w:eastAsia="zh-TW"/>
              </w:rPr>
            </w:pPr>
            <w:r>
              <w:rPr>
                <w:sz w:val="17"/>
                <w:lang w:eastAsia="zh-TW"/>
              </w:rPr>
              <w:t>設定補證、查核、理由回覆與恢復條件；重大變更後重新進行</w:t>
            </w:r>
            <w:r>
              <w:rPr>
                <w:sz w:val="17"/>
                <w:lang w:eastAsia="zh-TW"/>
              </w:rPr>
              <w:t>OAC</w:t>
            </w:r>
            <w:r>
              <w:rPr>
                <w:sz w:val="17"/>
                <w:lang w:eastAsia="zh-TW"/>
              </w:rPr>
              <w:t>。</w:t>
            </w:r>
          </w:p>
        </w:tc>
      </w:tr>
    </w:tbl>
    <w:p w14:paraId="4D8432C0" w14:textId="77777777" w:rsidR="0084721C" w:rsidRDefault="0084721C">
      <w:pPr>
        <w:spacing w:after="40"/>
        <w:rPr>
          <w:lang w:eastAsia="zh-TW"/>
        </w:rPr>
      </w:pPr>
    </w:p>
    <w:p w14:paraId="639BC817" w14:textId="77777777" w:rsidR="0084721C" w:rsidRDefault="009B07FB">
      <w:pPr>
        <w:spacing w:after="120" w:line="324" w:lineRule="auto"/>
        <w:rPr>
          <w:lang w:eastAsia="zh-TW"/>
        </w:rPr>
      </w:pPr>
      <w:r>
        <w:rPr>
          <w:lang w:eastAsia="zh-TW"/>
        </w:rPr>
        <w:t>此類條款應與現有政府資訊與雲端服務採購範本中的智慧財產權擔保、日誌保存、</w:t>
      </w:r>
      <w:proofErr w:type="gramStart"/>
      <w:r>
        <w:rPr>
          <w:lang w:eastAsia="zh-TW"/>
        </w:rPr>
        <w:t>資安事件</w:t>
      </w:r>
      <w:proofErr w:type="gramEnd"/>
      <w:r>
        <w:rPr>
          <w:lang w:eastAsia="zh-TW"/>
        </w:rPr>
        <w:t>通報與配合調查義務銜接，而不是另立一套與採購程序脫節的道德宣示。</w:t>
      </w:r>
    </w:p>
    <w:p w14:paraId="6A57FA1D" w14:textId="77777777" w:rsidR="0084721C" w:rsidRDefault="009B07FB">
      <w:pPr>
        <w:spacing w:after="100" w:line="324" w:lineRule="auto"/>
        <w:rPr>
          <w:lang w:eastAsia="zh-TW"/>
        </w:rPr>
      </w:pPr>
      <w:r>
        <w:rPr>
          <w:b/>
          <w:sz w:val="23"/>
          <w:lang w:eastAsia="zh-TW"/>
        </w:rPr>
        <w:t>預防性暫停的現行法界線</w:t>
      </w:r>
    </w:p>
    <w:p w14:paraId="4C23099E" w14:textId="77777777" w:rsidR="0084721C" w:rsidRDefault="009B07FB">
      <w:pPr>
        <w:spacing w:after="120" w:line="324" w:lineRule="auto"/>
        <w:rPr>
          <w:lang w:eastAsia="zh-TW"/>
        </w:rPr>
      </w:pPr>
      <w:r>
        <w:rPr>
          <w:lang w:eastAsia="zh-TW"/>
        </w:rPr>
        <w:t>本文不把「預防性暫停」描述為一般性的行政命令權。較精確的法律定位是：第一，它是機關對自身資訊系統與內部業務流程所作的風險控制；第二，涉及供應商時，必須以招標文件、契約、服務水準協議或既有履約管理約定為依據，要求隔離、保全、補證或暫停特定功能；第三，若要對契約外第三人、跨機關或</w:t>
      </w:r>
      <w:proofErr w:type="gramStart"/>
      <w:r>
        <w:rPr>
          <w:lang w:eastAsia="zh-TW"/>
        </w:rPr>
        <w:t>業者作具拘束</w:t>
      </w:r>
      <w:proofErr w:type="gramEnd"/>
      <w:r>
        <w:rPr>
          <w:lang w:eastAsia="zh-TW"/>
        </w:rPr>
        <w:t>力的處分，仍須回到個別法律所給予的權限與程序。因此，本文主張的是把最小暫停的觸發、範圍、</w:t>
      </w:r>
      <w:proofErr w:type="gramStart"/>
      <w:r>
        <w:rPr>
          <w:lang w:eastAsia="zh-TW"/>
        </w:rPr>
        <w:t>期間、</w:t>
      </w:r>
      <w:proofErr w:type="gramEnd"/>
      <w:r>
        <w:rPr>
          <w:lang w:eastAsia="zh-TW"/>
        </w:rPr>
        <w:t>復原條件、異議與損失處理預先寫進採購文件，而不是以行政裁量替代法律保留。</w:t>
      </w:r>
    </w:p>
    <w:p w14:paraId="7734DF7E" w14:textId="77777777" w:rsidR="0084721C" w:rsidRDefault="009B07FB">
      <w:pPr>
        <w:spacing w:after="140" w:line="324" w:lineRule="auto"/>
        <w:rPr>
          <w:lang w:eastAsia="zh-TW"/>
        </w:rPr>
      </w:pPr>
      <w:r>
        <w:rPr>
          <w:b/>
          <w:sz w:val="26"/>
          <w:lang w:eastAsia="zh-TW"/>
        </w:rPr>
        <w:t>（四）把跨境權利事件嵌入既有法制</w:t>
      </w:r>
      <w:r>
        <w:rPr>
          <w:b/>
          <w:sz w:val="26"/>
          <w:lang w:eastAsia="zh-TW"/>
        </w:rPr>
        <w:t>，而</w:t>
      </w:r>
      <w:proofErr w:type="gramStart"/>
      <w:r>
        <w:rPr>
          <w:b/>
          <w:sz w:val="26"/>
          <w:lang w:eastAsia="zh-TW"/>
        </w:rPr>
        <w:t>非另造平行</w:t>
      </w:r>
      <w:proofErr w:type="gramEnd"/>
      <w:r>
        <w:rPr>
          <w:b/>
          <w:sz w:val="26"/>
          <w:lang w:eastAsia="zh-TW"/>
        </w:rPr>
        <w:t>體系</w:t>
      </w:r>
    </w:p>
    <w:p w14:paraId="426ED098" w14:textId="77777777" w:rsidR="0084721C" w:rsidRDefault="009B07FB">
      <w:pPr>
        <w:spacing w:after="120" w:line="324" w:lineRule="auto"/>
        <w:rPr>
          <w:lang w:eastAsia="zh-TW"/>
        </w:rPr>
      </w:pPr>
      <w:r>
        <w:rPr>
          <w:lang w:eastAsia="zh-TW"/>
        </w:rPr>
        <w:t>本文並不主張以「國家統籌者」取代既有主管機關或</w:t>
      </w:r>
      <w:proofErr w:type="gramStart"/>
      <w:r>
        <w:rPr>
          <w:lang w:eastAsia="zh-TW"/>
        </w:rPr>
        <w:t>既有資安</w:t>
      </w:r>
      <w:proofErr w:type="gramEnd"/>
      <w:r>
        <w:rPr>
          <w:lang w:eastAsia="zh-TW"/>
        </w:rPr>
        <w:t>、採購與國安程序。較可行的設計是：目的機關依人工智慧基本法後續風險分類與內控規範，先在個別系統盤點權利來源、跨境資料流與高敏技術用途；數發部提供風險分類、技術欄位與日誌標準；智慧財產局提供權利與授權判斷的共同準則；國科會及行政院國家人工智慧戰略特別委員會處理跨部會制度性缺口與政策協調。只有觸及</w:t>
      </w:r>
      <w:proofErr w:type="gramStart"/>
      <w:r>
        <w:rPr>
          <w:lang w:eastAsia="zh-TW"/>
        </w:rPr>
        <w:t>跨法域、</w:t>
      </w:r>
      <w:proofErr w:type="gramEnd"/>
      <w:r>
        <w:rPr>
          <w:lang w:eastAsia="zh-TW"/>
        </w:rPr>
        <w:t>重大公共服務、國安、出口管制或外部經貿風險的案件，才由行政院依法律授權、組織法職權或專案行政命令指定統籌責任者。</w:t>
      </w:r>
    </w:p>
    <w:p w14:paraId="30453FBF" w14:textId="77777777" w:rsidR="0084721C" w:rsidRDefault="009B07FB">
      <w:pPr>
        <w:spacing w:after="120" w:line="324" w:lineRule="auto"/>
        <w:rPr>
          <w:lang w:eastAsia="zh-TW"/>
        </w:rPr>
      </w:pPr>
      <w:r>
        <w:rPr>
          <w:lang w:eastAsia="zh-TW"/>
        </w:rPr>
        <w:t>《人工智慧基本法》第</w:t>
      </w:r>
      <w:r>
        <w:rPr>
          <w:lang w:eastAsia="zh-TW"/>
        </w:rPr>
        <w:t>6</w:t>
      </w:r>
      <w:r>
        <w:rPr>
          <w:lang w:eastAsia="zh-TW"/>
        </w:rPr>
        <w:t>條已設計由行政院特別委員會「協調、推動及督導」國家</w:t>
      </w:r>
      <w:r>
        <w:rPr>
          <w:lang w:eastAsia="zh-TW"/>
        </w:rPr>
        <w:t>AI</w:t>
      </w:r>
      <w:r>
        <w:rPr>
          <w:lang w:eastAsia="zh-TW"/>
        </w:rPr>
        <w:t>事務，並由國科會辦理幕僚業務。本文據此主張的，是可由行政院以既有協調架構指定案件統籌窗口與時程責任；第</w:t>
      </w:r>
      <w:r>
        <w:rPr>
          <w:lang w:eastAsia="zh-TW"/>
        </w:rPr>
        <w:t>6</w:t>
      </w:r>
      <w:r>
        <w:rPr>
          <w:lang w:eastAsia="zh-TW"/>
        </w:rPr>
        <w:t>條本身並未授與該窗口對地方機關、供應商或境外服務商的普遍停止命令權。若未來成立常設專責辦公室，也應透過</w:t>
      </w:r>
      <w:r>
        <w:rPr>
          <w:lang w:eastAsia="zh-TW"/>
        </w:rPr>
        <w:lastRenderedPageBreak/>
        <w:t>組織、任務編組或行政命令明定其幕僚、協調、通報與對外聯絡職掌，並將實質停止仍交由有系統管理權、契約權或法定處分權的機關執行。這正是避免專案編組重新淪為無權協調會的制度條件。</w:t>
      </w:r>
    </w:p>
    <w:p w14:paraId="6BAB44C5" w14:textId="77777777" w:rsidR="0084721C" w:rsidRDefault="009B07FB">
      <w:pPr>
        <w:spacing w:after="120" w:line="324" w:lineRule="auto"/>
        <w:rPr>
          <w:lang w:eastAsia="zh-TW"/>
        </w:rPr>
      </w:pPr>
      <w:r>
        <w:rPr>
          <w:lang w:eastAsia="zh-TW"/>
        </w:rPr>
        <w:t>本文所稱停止，必須依權限來源分層，而非假定行政院指定一人即可對所有人作成無限制</w:t>
      </w:r>
      <w:r>
        <w:rPr>
          <w:lang w:eastAsia="zh-TW"/>
        </w:rPr>
        <w:t>命令。機關層停止權由目的機關依系統管理、內控與採購管理權，停止特定來源或功能；契約層停止權由機關依契約要求供應商隔離、保全、暫停服務或補證；跨機關統籌權由行政院指定窗口整合事實、促成既有權責機關決策並統一對外說明；只有在法律明文授權的範圍內，才存在對特定機關或業者具拘束力的法定命令權。因此，統籌者的責任是對跨機關決策與對外說明負最終責任，而不是創造一位擁有無限停止權的人。</w:t>
      </w:r>
    </w:p>
    <w:p w14:paraId="247A3739" w14:textId="77777777" w:rsidR="0084721C" w:rsidRDefault="009B07FB">
      <w:pPr>
        <w:spacing w:after="100" w:line="324" w:lineRule="auto"/>
        <w:rPr>
          <w:lang w:eastAsia="zh-TW"/>
        </w:rPr>
      </w:pPr>
      <w:r>
        <w:rPr>
          <w:b/>
          <w:sz w:val="23"/>
          <w:lang w:eastAsia="zh-TW"/>
        </w:rPr>
        <w:t>日誌與證據包的最低技術規格</w:t>
      </w:r>
    </w:p>
    <w:tbl>
      <w:tblPr>
        <w:tblStyle w:val="TableGrid"/>
        <w:tblW w:w="0" w:type="auto"/>
        <w:jc w:val="center"/>
        <w:tblLook w:val="04A0" w:firstRow="1" w:lastRow="0" w:firstColumn="1" w:lastColumn="0" w:noHBand="0" w:noVBand="1"/>
      </w:tblPr>
      <w:tblGrid>
        <w:gridCol w:w="4968"/>
        <w:gridCol w:w="4968"/>
      </w:tblGrid>
      <w:tr w:rsidR="0084721C" w14:paraId="61350771" w14:textId="77777777">
        <w:trPr>
          <w:jc w:val="center"/>
        </w:trPr>
        <w:tc>
          <w:tcPr>
            <w:tcW w:w="4968" w:type="dxa"/>
            <w:shd w:val="clear" w:color="auto" w:fill="DCE6F2"/>
            <w:tcMar>
              <w:top w:w="90" w:type="dxa"/>
              <w:left w:w="100" w:type="dxa"/>
              <w:bottom w:w="90" w:type="dxa"/>
              <w:right w:w="100" w:type="dxa"/>
            </w:tcMar>
            <w:vAlign w:val="center"/>
          </w:tcPr>
          <w:p w14:paraId="7FA550B5" w14:textId="77777777" w:rsidR="0084721C" w:rsidRDefault="009B07FB">
            <w:pPr>
              <w:spacing w:line="252" w:lineRule="auto"/>
            </w:pPr>
            <w:proofErr w:type="spellStart"/>
            <w:r>
              <w:rPr>
                <w:b/>
                <w:sz w:val="17"/>
              </w:rPr>
              <w:t>最低欄位／能力</w:t>
            </w:r>
            <w:proofErr w:type="spellEnd"/>
          </w:p>
        </w:tc>
        <w:tc>
          <w:tcPr>
            <w:tcW w:w="4968" w:type="dxa"/>
            <w:shd w:val="clear" w:color="auto" w:fill="DCE6F2"/>
            <w:tcMar>
              <w:top w:w="90" w:type="dxa"/>
              <w:left w:w="100" w:type="dxa"/>
              <w:bottom w:w="90" w:type="dxa"/>
              <w:right w:w="100" w:type="dxa"/>
            </w:tcMar>
            <w:vAlign w:val="center"/>
          </w:tcPr>
          <w:p w14:paraId="04162924" w14:textId="77777777" w:rsidR="0084721C" w:rsidRDefault="009B07FB">
            <w:pPr>
              <w:spacing w:line="252" w:lineRule="auto"/>
            </w:pPr>
            <w:r>
              <w:rPr>
                <w:b/>
                <w:sz w:val="17"/>
              </w:rPr>
              <w:t>契約與驗收要求</w:t>
            </w:r>
          </w:p>
        </w:tc>
      </w:tr>
      <w:tr w:rsidR="0084721C" w14:paraId="79B07A23" w14:textId="77777777">
        <w:trPr>
          <w:jc w:val="center"/>
        </w:trPr>
        <w:tc>
          <w:tcPr>
            <w:tcW w:w="4968" w:type="dxa"/>
            <w:tcMar>
              <w:top w:w="90" w:type="dxa"/>
              <w:left w:w="100" w:type="dxa"/>
              <w:bottom w:w="90" w:type="dxa"/>
              <w:right w:w="100" w:type="dxa"/>
            </w:tcMar>
            <w:vAlign w:val="center"/>
          </w:tcPr>
          <w:p w14:paraId="4A6B7130" w14:textId="77777777" w:rsidR="0084721C" w:rsidRDefault="009B07FB">
            <w:pPr>
              <w:spacing w:line="252" w:lineRule="auto"/>
            </w:pPr>
            <w:r>
              <w:rPr>
                <w:sz w:val="17"/>
              </w:rPr>
              <w:t>來源識別碼與版本</w:t>
            </w:r>
          </w:p>
        </w:tc>
        <w:tc>
          <w:tcPr>
            <w:tcW w:w="4968" w:type="dxa"/>
            <w:tcMar>
              <w:top w:w="90" w:type="dxa"/>
              <w:left w:w="100" w:type="dxa"/>
              <w:bottom w:w="90" w:type="dxa"/>
              <w:right w:w="100" w:type="dxa"/>
            </w:tcMar>
            <w:vAlign w:val="center"/>
          </w:tcPr>
          <w:p w14:paraId="16E210F0" w14:textId="77777777" w:rsidR="0084721C" w:rsidRDefault="009B07FB">
            <w:pPr>
              <w:spacing w:line="252" w:lineRule="auto"/>
              <w:rPr>
                <w:lang w:eastAsia="zh-TW"/>
              </w:rPr>
            </w:pPr>
            <w:r>
              <w:rPr>
                <w:sz w:val="17"/>
                <w:lang w:eastAsia="zh-TW"/>
              </w:rPr>
              <w:t>每一來源、切塊與向量索引可回連原始內容、取得時間與授權清</w:t>
            </w:r>
            <w:r>
              <w:rPr>
                <w:sz w:val="17"/>
                <w:lang w:eastAsia="zh-TW"/>
              </w:rPr>
              <w:t>冊。</w:t>
            </w:r>
          </w:p>
        </w:tc>
      </w:tr>
      <w:tr w:rsidR="0084721C" w14:paraId="117F1F61" w14:textId="77777777">
        <w:trPr>
          <w:jc w:val="center"/>
        </w:trPr>
        <w:tc>
          <w:tcPr>
            <w:tcW w:w="4968" w:type="dxa"/>
            <w:tcMar>
              <w:top w:w="90" w:type="dxa"/>
              <w:left w:w="100" w:type="dxa"/>
              <w:bottom w:w="90" w:type="dxa"/>
              <w:right w:w="100" w:type="dxa"/>
            </w:tcMar>
            <w:vAlign w:val="center"/>
          </w:tcPr>
          <w:p w14:paraId="024A7E57" w14:textId="77777777" w:rsidR="0084721C" w:rsidRDefault="009B07FB">
            <w:pPr>
              <w:spacing w:line="252" w:lineRule="auto"/>
            </w:pPr>
            <w:proofErr w:type="spellStart"/>
            <w:r>
              <w:rPr>
                <w:sz w:val="17"/>
              </w:rPr>
              <w:t>處理動作與時間戳</w:t>
            </w:r>
            <w:proofErr w:type="spellEnd"/>
          </w:p>
        </w:tc>
        <w:tc>
          <w:tcPr>
            <w:tcW w:w="4968" w:type="dxa"/>
            <w:tcMar>
              <w:top w:w="90" w:type="dxa"/>
              <w:left w:w="100" w:type="dxa"/>
              <w:bottom w:w="90" w:type="dxa"/>
              <w:right w:w="100" w:type="dxa"/>
            </w:tcMar>
            <w:vAlign w:val="center"/>
          </w:tcPr>
          <w:p w14:paraId="7EDD7930" w14:textId="77777777" w:rsidR="0084721C" w:rsidRDefault="009B07FB">
            <w:pPr>
              <w:spacing w:line="252" w:lineRule="auto"/>
              <w:rPr>
                <w:lang w:eastAsia="zh-TW"/>
              </w:rPr>
            </w:pPr>
            <w:r>
              <w:rPr>
                <w:sz w:val="17"/>
                <w:lang w:eastAsia="zh-TW"/>
              </w:rPr>
              <w:t>匯入、切塊、嵌入、檢索、輸出、微調、</w:t>
            </w:r>
            <w:r>
              <w:rPr>
                <w:sz w:val="17"/>
                <w:lang w:eastAsia="zh-TW"/>
              </w:rPr>
              <w:t>API</w:t>
            </w:r>
            <w:r>
              <w:rPr>
                <w:sz w:val="17"/>
                <w:lang w:eastAsia="zh-TW"/>
              </w:rPr>
              <w:t>傳送、刪除或隔離</w:t>
            </w:r>
            <w:proofErr w:type="gramStart"/>
            <w:r>
              <w:rPr>
                <w:sz w:val="17"/>
                <w:lang w:eastAsia="zh-TW"/>
              </w:rPr>
              <w:t>均須可</w:t>
            </w:r>
            <w:proofErr w:type="gramEnd"/>
            <w:r>
              <w:rPr>
                <w:sz w:val="17"/>
                <w:lang w:eastAsia="zh-TW"/>
              </w:rPr>
              <w:t>查。</w:t>
            </w:r>
          </w:p>
        </w:tc>
      </w:tr>
      <w:tr w:rsidR="0084721C" w14:paraId="79D21F75" w14:textId="77777777">
        <w:trPr>
          <w:jc w:val="center"/>
        </w:trPr>
        <w:tc>
          <w:tcPr>
            <w:tcW w:w="4968" w:type="dxa"/>
            <w:tcMar>
              <w:top w:w="90" w:type="dxa"/>
              <w:left w:w="100" w:type="dxa"/>
              <w:bottom w:w="90" w:type="dxa"/>
              <w:right w:w="100" w:type="dxa"/>
            </w:tcMar>
            <w:vAlign w:val="center"/>
          </w:tcPr>
          <w:p w14:paraId="54E376DF" w14:textId="77777777" w:rsidR="0084721C" w:rsidRDefault="009B07FB">
            <w:pPr>
              <w:spacing w:line="252" w:lineRule="auto"/>
            </w:pPr>
            <w:proofErr w:type="spellStart"/>
            <w:r>
              <w:rPr>
                <w:sz w:val="17"/>
              </w:rPr>
              <w:t>責任者與系統版本</w:t>
            </w:r>
            <w:proofErr w:type="spellEnd"/>
          </w:p>
        </w:tc>
        <w:tc>
          <w:tcPr>
            <w:tcW w:w="4968" w:type="dxa"/>
            <w:tcMar>
              <w:top w:w="90" w:type="dxa"/>
              <w:left w:w="100" w:type="dxa"/>
              <w:bottom w:w="90" w:type="dxa"/>
              <w:right w:w="100" w:type="dxa"/>
            </w:tcMar>
            <w:vAlign w:val="center"/>
          </w:tcPr>
          <w:p w14:paraId="3554306A" w14:textId="77777777" w:rsidR="0084721C" w:rsidRDefault="009B07FB">
            <w:pPr>
              <w:spacing w:line="252" w:lineRule="auto"/>
              <w:rPr>
                <w:lang w:eastAsia="zh-TW"/>
              </w:rPr>
            </w:pPr>
            <w:r>
              <w:rPr>
                <w:sz w:val="17"/>
                <w:lang w:eastAsia="zh-TW"/>
              </w:rPr>
              <w:t>保留執行者、承辦單位、模型／</w:t>
            </w:r>
            <w:r>
              <w:rPr>
                <w:sz w:val="17"/>
                <w:lang w:eastAsia="zh-TW"/>
              </w:rPr>
              <w:t>API</w:t>
            </w:r>
            <w:r>
              <w:rPr>
                <w:sz w:val="17"/>
                <w:lang w:eastAsia="zh-TW"/>
              </w:rPr>
              <w:t>／提示版本與部署環境。</w:t>
            </w:r>
          </w:p>
        </w:tc>
      </w:tr>
      <w:tr w:rsidR="0084721C" w14:paraId="6C087E34" w14:textId="77777777">
        <w:trPr>
          <w:jc w:val="center"/>
        </w:trPr>
        <w:tc>
          <w:tcPr>
            <w:tcW w:w="4968" w:type="dxa"/>
            <w:tcMar>
              <w:top w:w="90" w:type="dxa"/>
              <w:left w:w="100" w:type="dxa"/>
              <w:bottom w:w="90" w:type="dxa"/>
              <w:right w:w="100" w:type="dxa"/>
            </w:tcMar>
            <w:vAlign w:val="center"/>
          </w:tcPr>
          <w:p w14:paraId="0D0DBA40" w14:textId="77777777" w:rsidR="0084721C" w:rsidRDefault="009B07FB">
            <w:pPr>
              <w:spacing w:line="252" w:lineRule="auto"/>
            </w:pPr>
            <w:proofErr w:type="spellStart"/>
            <w:r>
              <w:rPr>
                <w:sz w:val="17"/>
              </w:rPr>
              <w:t>雜湊與完整性</w:t>
            </w:r>
            <w:proofErr w:type="spellEnd"/>
          </w:p>
        </w:tc>
        <w:tc>
          <w:tcPr>
            <w:tcW w:w="4968" w:type="dxa"/>
            <w:tcMar>
              <w:top w:w="90" w:type="dxa"/>
              <w:left w:w="100" w:type="dxa"/>
              <w:bottom w:w="90" w:type="dxa"/>
              <w:right w:w="100" w:type="dxa"/>
            </w:tcMar>
            <w:vAlign w:val="center"/>
          </w:tcPr>
          <w:p w14:paraId="62AEEEB5" w14:textId="77777777" w:rsidR="0084721C" w:rsidRDefault="009B07FB">
            <w:pPr>
              <w:spacing w:line="252" w:lineRule="auto"/>
              <w:rPr>
                <w:lang w:eastAsia="zh-TW"/>
              </w:rPr>
            </w:pPr>
            <w:r>
              <w:rPr>
                <w:sz w:val="17"/>
                <w:lang w:eastAsia="zh-TW"/>
              </w:rPr>
              <w:t>對原始日誌、匯出摘要與停止／刪除結果保留雜湊</w:t>
            </w:r>
            <w:proofErr w:type="gramStart"/>
            <w:r>
              <w:rPr>
                <w:sz w:val="17"/>
                <w:lang w:eastAsia="zh-TW"/>
              </w:rPr>
              <w:t>或等效完整性</w:t>
            </w:r>
            <w:proofErr w:type="gramEnd"/>
            <w:r>
              <w:rPr>
                <w:sz w:val="17"/>
                <w:lang w:eastAsia="zh-TW"/>
              </w:rPr>
              <w:t>驗證。</w:t>
            </w:r>
          </w:p>
        </w:tc>
      </w:tr>
      <w:tr w:rsidR="0084721C" w14:paraId="26F220FB" w14:textId="77777777">
        <w:trPr>
          <w:jc w:val="center"/>
        </w:trPr>
        <w:tc>
          <w:tcPr>
            <w:tcW w:w="4968" w:type="dxa"/>
            <w:tcMar>
              <w:top w:w="90" w:type="dxa"/>
              <w:left w:w="100" w:type="dxa"/>
              <w:bottom w:w="90" w:type="dxa"/>
              <w:right w:w="100" w:type="dxa"/>
            </w:tcMar>
            <w:vAlign w:val="center"/>
          </w:tcPr>
          <w:p w14:paraId="1CDE72AD" w14:textId="77777777" w:rsidR="0084721C" w:rsidRDefault="009B07FB">
            <w:pPr>
              <w:spacing w:line="252" w:lineRule="auto"/>
            </w:pPr>
            <w:proofErr w:type="spellStart"/>
            <w:r>
              <w:rPr>
                <w:sz w:val="17"/>
              </w:rPr>
              <w:t>不得覆寫與交付時限</w:t>
            </w:r>
            <w:proofErr w:type="spellEnd"/>
          </w:p>
        </w:tc>
        <w:tc>
          <w:tcPr>
            <w:tcW w:w="4968" w:type="dxa"/>
            <w:tcMar>
              <w:top w:w="90" w:type="dxa"/>
              <w:left w:w="100" w:type="dxa"/>
              <w:bottom w:w="90" w:type="dxa"/>
              <w:right w:w="100" w:type="dxa"/>
            </w:tcMar>
            <w:vAlign w:val="center"/>
          </w:tcPr>
          <w:p w14:paraId="1CE20BF9" w14:textId="77777777" w:rsidR="0084721C" w:rsidRDefault="009B07FB">
            <w:pPr>
              <w:spacing w:line="252" w:lineRule="auto"/>
              <w:rPr>
                <w:lang w:eastAsia="zh-TW"/>
              </w:rPr>
            </w:pPr>
            <w:r>
              <w:rPr>
                <w:sz w:val="17"/>
                <w:lang w:eastAsia="zh-TW"/>
              </w:rPr>
              <w:t>自具體異議或停止命令起，爭議資料與日誌不得刪除、覆寫或再利用；供應商須於契約載明期限內交付可核對摘要與受限閱覽副本。</w:t>
            </w:r>
          </w:p>
        </w:tc>
      </w:tr>
    </w:tbl>
    <w:p w14:paraId="31E808A3" w14:textId="77777777" w:rsidR="0084721C" w:rsidRDefault="0084721C">
      <w:pPr>
        <w:spacing w:after="40"/>
        <w:rPr>
          <w:lang w:eastAsia="zh-TW"/>
        </w:rPr>
      </w:pPr>
    </w:p>
    <w:p w14:paraId="2DA02BAF" w14:textId="77777777" w:rsidR="0084721C" w:rsidRDefault="009B07FB">
      <w:pPr>
        <w:spacing w:after="120" w:line="324" w:lineRule="auto"/>
        <w:rPr>
          <w:lang w:eastAsia="zh-TW"/>
        </w:rPr>
      </w:pPr>
      <w:r>
        <w:rPr>
          <w:lang w:eastAsia="zh-TW"/>
        </w:rPr>
        <w:t>這些要求使「可保全、可遮蔽、可查核」不再只是原則：遮蔽資料仍可保留來源識別碼、時間戳、處理動作、版本、責任者與完整性驗證，讓權利人能核對而不必取得其他人的</w:t>
      </w:r>
      <w:proofErr w:type="gramStart"/>
      <w:r>
        <w:rPr>
          <w:lang w:eastAsia="zh-TW"/>
        </w:rPr>
        <w:t>個</w:t>
      </w:r>
      <w:proofErr w:type="gramEnd"/>
      <w:r>
        <w:rPr>
          <w:lang w:eastAsia="zh-TW"/>
        </w:rPr>
        <w:t>資或政府機密。</w:t>
      </w:r>
    </w:p>
    <w:p w14:paraId="74B8A393" w14:textId="77777777" w:rsidR="0084721C" w:rsidRDefault="009B07FB">
      <w:pPr>
        <w:spacing w:after="140" w:line="324" w:lineRule="auto"/>
        <w:rPr>
          <w:lang w:eastAsia="zh-TW"/>
        </w:rPr>
      </w:pPr>
      <w:r>
        <w:rPr>
          <w:b/>
          <w:sz w:val="26"/>
          <w:lang w:eastAsia="zh-TW"/>
        </w:rPr>
        <w:t>（五）跨機關統籌責任、證據保全與對外入口</w:t>
      </w:r>
    </w:p>
    <w:p w14:paraId="6A6837C9" w14:textId="77777777" w:rsidR="0084721C" w:rsidRDefault="009B07FB">
      <w:pPr>
        <w:spacing w:after="120" w:line="324" w:lineRule="auto"/>
        <w:rPr>
          <w:lang w:eastAsia="zh-TW"/>
        </w:rPr>
      </w:pPr>
      <w:r>
        <w:rPr>
          <w:lang w:eastAsia="zh-TW"/>
        </w:rPr>
        <w:t>升級不是把案件送進另一場無止境的協調會，而是指定一位對跨機關事實整合、決策時程與一致對外說明負最終責任的統籌者。數發部、智慧財產局、國科會、經濟部、外交部與目的機關分別提出技術、權利、研究、產業、對外與事實判斷；但</w:t>
      </w:r>
      <w:r>
        <w:rPr>
          <w:lang w:eastAsia="zh-TW"/>
        </w:rPr>
        <w:t>Go</w:t>
      </w:r>
      <w:r>
        <w:rPr>
          <w:lang w:eastAsia="zh-TW"/>
        </w:rPr>
        <w:t>／</w:t>
      </w:r>
      <w:r>
        <w:rPr>
          <w:lang w:eastAsia="zh-TW"/>
        </w:rPr>
        <w:t>Conditional</w:t>
      </w:r>
      <w:r>
        <w:rPr>
          <w:lang w:eastAsia="zh-TW"/>
        </w:rPr>
        <w:t>／</w:t>
      </w:r>
      <w:r>
        <w:rPr>
          <w:lang w:eastAsia="zh-TW"/>
        </w:rPr>
        <w:t>No-Go</w:t>
      </w:r>
      <w:r>
        <w:rPr>
          <w:lang w:eastAsia="zh-TW"/>
        </w:rPr>
        <w:t>／</w:t>
      </w:r>
      <w:r>
        <w:rPr>
          <w:lang w:eastAsia="zh-TW"/>
        </w:rPr>
        <w:t>Stop</w:t>
      </w:r>
      <w:r>
        <w:rPr>
          <w:lang w:eastAsia="zh-TW"/>
        </w:rPr>
        <w:t>的決定，必須由有權的目的機關或依法</w:t>
      </w:r>
      <w:r>
        <w:rPr>
          <w:lang w:eastAsia="zh-TW"/>
        </w:rPr>
        <w:t>取得命令權者作成，統籌者則確保其不被拆散為互相矛盾的片段回覆。</w:t>
      </w:r>
    </w:p>
    <w:tbl>
      <w:tblPr>
        <w:tblStyle w:val="TableGrid"/>
        <w:tblW w:w="0" w:type="auto"/>
        <w:jc w:val="center"/>
        <w:tblLook w:val="04A0" w:firstRow="1" w:lastRow="0" w:firstColumn="1" w:lastColumn="0" w:noHBand="0" w:noVBand="1"/>
      </w:tblPr>
      <w:tblGrid>
        <w:gridCol w:w="3312"/>
        <w:gridCol w:w="3312"/>
        <w:gridCol w:w="3312"/>
      </w:tblGrid>
      <w:tr w:rsidR="0084721C" w14:paraId="3E5339AA" w14:textId="77777777">
        <w:trPr>
          <w:jc w:val="center"/>
        </w:trPr>
        <w:tc>
          <w:tcPr>
            <w:tcW w:w="3312" w:type="dxa"/>
            <w:shd w:val="clear" w:color="auto" w:fill="DCE6F2"/>
            <w:tcMar>
              <w:top w:w="90" w:type="dxa"/>
              <w:left w:w="100" w:type="dxa"/>
              <w:bottom w:w="90" w:type="dxa"/>
              <w:right w:w="100" w:type="dxa"/>
            </w:tcMar>
            <w:vAlign w:val="center"/>
          </w:tcPr>
          <w:p w14:paraId="3B30FDC0" w14:textId="77777777" w:rsidR="0084721C" w:rsidRDefault="009B07FB">
            <w:pPr>
              <w:spacing w:line="252" w:lineRule="auto"/>
            </w:pPr>
            <w:proofErr w:type="spellStart"/>
            <w:r>
              <w:rPr>
                <w:b/>
                <w:sz w:val="17"/>
              </w:rPr>
              <w:lastRenderedPageBreak/>
              <w:t>觸發指標</w:t>
            </w:r>
            <w:proofErr w:type="spellEnd"/>
          </w:p>
        </w:tc>
        <w:tc>
          <w:tcPr>
            <w:tcW w:w="3312" w:type="dxa"/>
            <w:shd w:val="clear" w:color="auto" w:fill="DCE6F2"/>
            <w:tcMar>
              <w:top w:w="90" w:type="dxa"/>
              <w:left w:w="100" w:type="dxa"/>
              <w:bottom w:w="90" w:type="dxa"/>
              <w:right w:w="100" w:type="dxa"/>
            </w:tcMar>
            <w:vAlign w:val="center"/>
          </w:tcPr>
          <w:p w14:paraId="61837F85" w14:textId="77777777" w:rsidR="0084721C" w:rsidRDefault="009B07FB">
            <w:pPr>
              <w:spacing w:line="252" w:lineRule="auto"/>
            </w:pPr>
            <w:r>
              <w:rPr>
                <w:b/>
                <w:sz w:val="17"/>
              </w:rPr>
              <w:t>最低啟動處置</w:t>
            </w:r>
          </w:p>
        </w:tc>
        <w:tc>
          <w:tcPr>
            <w:tcW w:w="3312" w:type="dxa"/>
            <w:shd w:val="clear" w:color="auto" w:fill="DCE6F2"/>
            <w:tcMar>
              <w:top w:w="90" w:type="dxa"/>
              <w:left w:w="100" w:type="dxa"/>
              <w:bottom w:w="90" w:type="dxa"/>
              <w:right w:w="100" w:type="dxa"/>
            </w:tcMar>
            <w:vAlign w:val="center"/>
          </w:tcPr>
          <w:p w14:paraId="0CC00A2E" w14:textId="77777777" w:rsidR="0084721C" w:rsidRDefault="009B07FB">
            <w:pPr>
              <w:spacing w:line="252" w:lineRule="auto"/>
              <w:rPr>
                <w:lang w:eastAsia="zh-TW"/>
              </w:rPr>
            </w:pPr>
            <w:r>
              <w:rPr>
                <w:b/>
                <w:sz w:val="17"/>
                <w:lang w:eastAsia="zh-TW"/>
              </w:rPr>
              <w:t>統籌者必須取得的證據</w:t>
            </w:r>
          </w:p>
        </w:tc>
      </w:tr>
      <w:tr w:rsidR="0084721C" w14:paraId="2E4A3C4E" w14:textId="77777777">
        <w:trPr>
          <w:jc w:val="center"/>
        </w:trPr>
        <w:tc>
          <w:tcPr>
            <w:tcW w:w="3312" w:type="dxa"/>
            <w:tcMar>
              <w:top w:w="90" w:type="dxa"/>
              <w:left w:w="100" w:type="dxa"/>
              <w:bottom w:w="90" w:type="dxa"/>
              <w:right w:w="100" w:type="dxa"/>
            </w:tcMar>
            <w:vAlign w:val="center"/>
          </w:tcPr>
          <w:p w14:paraId="19D7F604" w14:textId="77777777" w:rsidR="0084721C" w:rsidRDefault="009B07FB">
            <w:pPr>
              <w:spacing w:line="252" w:lineRule="auto"/>
              <w:rPr>
                <w:lang w:eastAsia="zh-TW"/>
              </w:rPr>
            </w:pPr>
            <w:r>
              <w:rPr>
                <w:sz w:val="17"/>
                <w:lang w:eastAsia="zh-TW"/>
              </w:rPr>
              <w:t>收到外國政府、法院、仲裁機構、境外律師團隊或權利人的具體通知</w:t>
            </w:r>
          </w:p>
        </w:tc>
        <w:tc>
          <w:tcPr>
            <w:tcW w:w="3312" w:type="dxa"/>
            <w:tcMar>
              <w:top w:w="90" w:type="dxa"/>
              <w:left w:w="100" w:type="dxa"/>
              <w:bottom w:w="90" w:type="dxa"/>
              <w:right w:w="100" w:type="dxa"/>
            </w:tcMar>
            <w:vAlign w:val="center"/>
          </w:tcPr>
          <w:p w14:paraId="0D05C755" w14:textId="77777777" w:rsidR="0084721C" w:rsidRDefault="009B07FB">
            <w:pPr>
              <w:spacing w:line="252" w:lineRule="auto"/>
              <w:rPr>
                <w:lang w:eastAsia="zh-TW"/>
              </w:rPr>
            </w:pPr>
            <w:r>
              <w:rPr>
                <w:sz w:val="17"/>
                <w:lang w:eastAsia="zh-TW"/>
              </w:rPr>
              <w:t>目的機關先</w:t>
            </w:r>
            <w:proofErr w:type="gramStart"/>
            <w:r>
              <w:rPr>
                <w:sz w:val="17"/>
                <w:lang w:eastAsia="zh-TW"/>
              </w:rPr>
              <w:t>採</w:t>
            </w:r>
            <w:proofErr w:type="gramEnd"/>
            <w:r>
              <w:rPr>
                <w:sz w:val="17"/>
                <w:lang w:eastAsia="zh-TW"/>
              </w:rPr>
              <w:t>預防性暫停與證據保全；通知中央窗口。</w:t>
            </w:r>
          </w:p>
        </w:tc>
        <w:tc>
          <w:tcPr>
            <w:tcW w:w="3312" w:type="dxa"/>
            <w:tcMar>
              <w:top w:w="90" w:type="dxa"/>
              <w:left w:w="100" w:type="dxa"/>
              <w:bottom w:w="90" w:type="dxa"/>
              <w:right w:w="100" w:type="dxa"/>
            </w:tcMar>
            <w:vAlign w:val="center"/>
          </w:tcPr>
          <w:p w14:paraId="31BCAD1F" w14:textId="77777777" w:rsidR="0084721C" w:rsidRDefault="009B07FB">
            <w:pPr>
              <w:spacing w:line="252" w:lineRule="auto"/>
              <w:rPr>
                <w:lang w:eastAsia="zh-TW"/>
              </w:rPr>
            </w:pPr>
            <w:r>
              <w:rPr>
                <w:sz w:val="17"/>
                <w:lang w:eastAsia="zh-TW"/>
              </w:rPr>
              <w:t>資料履歷、授權清冊、檢索／輸出／</w:t>
            </w:r>
            <w:r>
              <w:rPr>
                <w:sz w:val="17"/>
                <w:lang w:eastAsia="zh-TW"/>
              </w:rPr>
              <w:t>API</w:t>
            </w:r>
            <w:r>
              <w:rPr>
                <w:sz w:val="17"/>
                <w:lang w:eastAsia="zh-TW"/>
              </w:rPr>
              <w:t>日誌、契約與既有回覆。</w:t>
            </w:r>
          </w:p>
        </w:tc>
      </w:tr>
      <w:tr w:rsidR="0084721C" w14:paraId="39A653D8" w14:textId="77777777">
        <w:trPr>
          <w:jc w:val="center"/>
        </w:trPr>
        <w:tc>
          <w:tcPr>
            <w:tcW w:w="3312" w:type="dxa"/>
            <w:tcMar>
              <w:top w:w="90" w:type="dxa"/>
              <w:left w:w="100" w:type="dxa"/>
              <w:bottom w:w="90" w:type="dxa"/>
              <w:right w:w="100" w:type="dxa"/>
            </w:tcMar>
            <w:vAlign w:val="center"/>
          </w:tcPr>
          <w:p w14:paraId="70F83F18" w14:textId="77777777" w:rsidR="0084721C" w:rsidRDefault="009B07FB">
            <w:pPr>
              <w:spacing w:line="252" w:lineRule="auto"/>
              <w:rPr>
                <w:lang w:eastAsia="zh-TW"/>
              </w:rPr>
            </w:pPr>
            <w:r>
              <w:rPr>
                <w:sz w:val="17"/>
                <w:lang w:eastAsia="zh-TW"/>
              </w:rPr>
              <w:t>涉及跨國供應鏈核心元件、跨境資料流、資料庫或模型多層再授權</w:t>
            </w:r>
          </w:p>
        </w:tc>
        <w:tc>
          <w:tcPr>
            <w:tcW w:w="3312" w:type="dxa"/>
            <w:tcMar>
              <w:top w:w="90" w:type="dxa"/>
              <w:left w:w="100" w:type="dxa"/>
              <w:bottom w:w="90" w:type="dxa"/>
              <w:right w:w="100" w:type="dxa"/>
            </w:tcMar>
            <w:vAlign w:val="center"/>
          </w:tcPr>
          <w:p w14:paraId="7E9975D9" w14:textId="77777777" w:rsidR="0084721C" w:rsidRDefault="009B07FB">
            <w:pPr>
              <w:spacing w:line="252" w:lineRule="auto"/>
              <w:rPr>
                <w:lang w:eastAsia="zh-TW"/>
              </w:rPr>
            </w:pPr>
            <w:r>
              <w:rPr>
                <w:sz w:val="17"/>
                <w:lang w:eastAsia="zh-TW"/>
              </w:rPr>
              <w:t>盤點資料流、控制權、</w:t>
            </w:r>
            <w:proofErr w:type="gramStart"/>
            <w:r>
              <w:rPr>
                <w:sz w:val="17"/>
                <w:lang w:eastAsia="zh-TW"/>
              </w:rPr>
              <w:t>法域與</w:t>
            </w:r>
            <w:proofErr w:type="gramEnd"/>
            <w:r>
              <w:rPr>
                <w:sz w:val="17"/>
                <w:lang w:eastAsia="zh-TW"/>
              </w:rPr>
              <w:t>次供應商；必要時停止新增利用。</w:t>
            </w:r>
          </w:p>
        </w:tc>
        <w:tc>
          <w:tcPr>
            <w:tcW w:w="3312" w:type="dxa"/>
            <w:tcMar>
              <w:top w:w="90" w:type="dxa"/>
              <w:left w:w="100" w:type="dxa"/>
              <w:bottom w:w="90" w:type="dxa"/>
              <w:right w:w="100" w:type="dxa"/>
            </w:tcMar>
            <w:vAlign w:val="center"/>
          </w:tcPr>
          <w:p w14:paraId="604B0908" w14:textId="77777777" w:rsidR="0084721C" w:rsidRDefault="009B07FB">
            <w:pPr>
              <w:spacing w:line="252" w:lineRule="auto"/>
              <w:rPr>
                <w:lang w:eastAsia="zh-TW"/>
              </w:rPr>
            </w:pPr>
            <w:r>
              <w:rPr>
                <w:sz w:val="17"/>
                <w:lang w:eastAsia="zh-TW"/>
              </w:rPr>
              <w:t>原始</w:t>
            </w:r>
            <w:proofErr w:type="gramStart"/>
            <w:r>
              <w:rPr>
                <w:sz w:val="17"/>
                <w:lang w:eastAsia="zh-TW"/>
              </w:rPr>
              <w:t>法域、</w:t>
            </w:r>
            <w:proofErr w:type="gramEnd"/>
            <w:r>
              <w:rPr>
                <w:sz w:val="17"/>
                <w:lang w:eastAsia="zh-TW"/>
              </w:rPr>
              <w:t>再授權條款、部署地、</w:t>
            </w:r>
            <w:proofErr w:type="gramStart"/>
            <w:r>
              <w:rPr>
                <w:sz w:val="17"/>
                <w:lang w:eastAsia="zh-TW"/>
              </w:rPr>
              <w:t>分包鏈</w:t>
            </w:r>
            <w:proofErr w:type="gramEnd"/>
            <w:r>
              <w:rPr>
                <w:sz w:val="17"/>
                <w:lang w:eastAsia="zh-TW"/>
              </w:rPr>
              <w:t>與移除能力。</w:t>
            </w:r>
          </w:p>
        </w:tc>
      </w:tr>
      <w:tr w:rsidR="0084721C" w14:paraId="54F872F6" w14:textId="77777777">
        <w:trPr>
          <w:jc w:val="center"/>
        </w:trPr>
        <w:tc>
          <w:tcPr>
            <w:tcW w:w="3312" w:type="dxa"/>
            <w:tcMar>
              <w:top w:w="90" w:type="dxa"/>
              <w:left w:w="100" w:type="dxa"/>
              <w:bottom w:w="90" w:type="dxa"/>
              <w:right w:w="100" w:type="dxa"/>
            </w:tcMar>
            <w:vAlign w:val="center"/>
          </w:tcPr>
          <w:p w14:paraId="3CEB5A70" w14:textId="77777777" w:rsidR="0084721C" w:rsidRDefault="009B07FB">
            <w:pPr>
              <w:spacing w:line="252" w:lineRule="auto"/>
              <w:rPr>
                <w:lang w:eastAsia="zh-TW"/>
              </w:rPr>
            </w:pPr>
            <w:r>
              <w:rPr>
                <w:sz w:val="17"/>
                <w:lang w:eastAsia="zh-TW"/>
              </w:rPr>
              <w:t>涉及重大公共服務、敏感技術、出口管制、國安或可能造成重大產業／外交影響</w:t>
            </w:r>
          </w:p>
        </w:tc>
        <w:tc>
          <w:tcPr>
            <w:tcW w:w="3312" w:type="dxa"/>
            <w:tcMar>
              <w:top w:w="90" w:type="dxa"/>
              <w:left w:w="100" w:type="dxa"/>
              <w:bottom w:w="90" w:type="dxa"/>
              <w:right w:w="100" w:type="dxa"/>
            </w:tcMar>
            <w:vAlign w:val="center"/>
          </w:tcPr>
          <w:p w14:paraId="2BF953C7" w14:textId="77777777" w:rsidR="0084721C" w:rsidRDefault="009B07FB">
            <w:pPr>
              <w:spacing w:line="252" w:lineRule="auto"/>
              <w:rPr>
                <w:lang w:eastAsia="zh-TW"/>
              </w:rPr>
            </w:pPr>
            <w:r>
              <w:rPr>
                <w:sz w:val="17"/>
                <w:lang w:eastAsia="zh-TW"/>
              </w:rPr>
              <w:t>由有權機關依既有法定或契約工具停止、隔離、保密；統籌者促成跨程序決策與對外協調。</w:t>
            </w:r>
          </w:p>
        </w:tc>
        <w:tc>
          <w:tcPr>
            <w:tcW w:w="3312" w:type="dxa"/>
            <w:tcMar>
              <w:top w:w="90" w:type="dxa"/>
              <w:left w:w="100" w:type="dxa"/>
              <w:bottom w:w="90" w:type="dxa"/>
              <w:right w:w="100" w:type="dxa"/>
            </w:tcMar>
            <w:vAlign w:val="center"/>
          </w:tcPr>
          <w:p w14:paraId="170FD203" w14:textId="77777777" w:rsidR="0084721C" w:rsidRDefault="009B07FB">
            <w:pPr>
              <w:spacing w:line="252" w:lineRule="auto"/>
              <w:rPr>
                <w:lang w:eastAsia="zh-TW"/>
              </w:rPr>
            </w:pPr>
            <w:r>
              <w:rPr>
                <w:sz w:val="17"/>
                <w:lang w:eastAsia="zh-TW"/>
              </w:rPr>
              <w:t>停止與隔離紀錄、系統存取日誌、</w:t>
            </w:r>
            <w:proofErr w:type="gramStart"/>
            <w:r>
              <w:rPr>
                <w:sz w:val="17"/>
                <w:lang w:eastAsia="zh-TW"/>
              </w:rPr>
              <w:t>資安</w:t>
            </w:r>
            <w:proofErr w:type="gramEnd"/>
            <w:r>
              <w:rPr>
                <w:sz w:val="17"/>
                <w:lang w:eastAsia="zh-TW"/>
              </w:rPr>
              <w:t>／保密評估、對外說明與補救紀錄。</w:t>
            </w:r>
          </w:p>
        </w:tc>
      </w:tr>
    </w:tbl>
    <w:p w14:paraId="5A5F3835" w14:textId="77777777" w:rsidR="0084721C" w:rsidRDefault="0084721C">
      <w:pPr>
        <w:spacing w:after="40"/>
        <w:rPr>
          <w:lang w:eastAsia="zh-TW"/>
        </w:rPr>
      </w:pPr>
    </w:p>
    <w:p w14:paraId="11FC383A" w14:textId="77777777" w:rsidR="0084721C" w:rsidRDefault="009B07FB">
      <w:pPr>
        <w:spacing w:after="120" w:line="324" w:lineRule="auto"/>
        <w:rPr>
          <w:lang w:eastAsia="zh-TW"/>
        </w:rPr>
      </w:pPr>
      <w:r>
        <w:rPr>
          <w:lang w:eastAsia="zh-TW"/>
        </w:rPr>
        <w:t>日誌保全不是技術附錄，而是國家能否說明自己做過什麼、沒有做什麼的客觀證據。它必須能證明爭議資料是否僅存在於</w:t>
      </w:r>
      <w:r>
        <w:rPr>
          <w:lang w:eastAsia="zh-TW"/>
        </w:rPr>
        <w:t>RAG</w:t>
      </w:r>
      <w:r>
        <w:rPr>
          <w:lang w:eastAsia="zh-TW"/>
        </w:rPr>
        <w:t>索引、是否曾被檢索或輸出、是否進入微調或訓練、是否曾透過</w:t>
      </w:r>
      <w:r>
        <w:rPr>
          <w:lang w:eastAsia="zh-TW"/>
        </w:rPr>
        <w:t>API</w:t>
      </w:r>
      <w:r>
        <w:rPr>
          <w:lang w:eastAsia="zh-TW"/>
        </w:rPr>
        <w:t>傳送到境外服務，以及停止命令是否確實被執行。保全也不等於把所有日誌對外公開：完整副本應限依法授權的調查、司法或保密程序使用；權利人取得可核對的來源、處理、停止與補救摘要；社會大眾則取得制度性統計與程序說明。</w:t>
      </w:r>
      <w:proofErr w:type="gramStart"/>
      <w:r>
        <w:rPr>
          <w:lang w:eastAsia="zh-TW"/>
        </w:rPr>
        <w:t>個</w:t>
      </w:r>
      <w:proofErr w:type="gramEnd"/>
      <w:r>
        <w:rPr>
          <w:lang w:eastAsia="zh-TW"/>
        </w:rPr>
        <w:t>資、營業秘密、國防機密</w:t>
      </w:r>
      <w:proofErr w:type="gramStart"/>
      <w:r>
        <w:rPr>
          <w:lang w:eastAsia="zh-TW"/>
        </w:rPr>
        <w:t>與資安防</w:t>
      </w:r>
      <w:proofErr w:type="gramEnd"/>
      <w:r>
        <w:rPr>
          <w:lang w:eastAsia="zh-TW"/>
        </w:rPr>
        <w:t>護資訊可依法遮蔽或採受限閱覽，但不得以保密為由拒絕保全或完全拒絕說明。</w:t>
      </w:r>
    </w:p>
    <w:tbl>
      <w:tblPr>
        <w:tblStyle w:val="TableGrid"/>
        <w:tblW w:w="0" w:type="auto"/>
        <w:jc w:val="center"/>
        <w:tblLook w:val="04A0" w:firstRow="1" w:lastRow="0" w:firstColumn="1" w:lastColumn="0" w:noHBand="0" w:noVBand="1"/>
      </w:tblPr>
      <w:tblGrid>
        <w:gridCol w:w="2484"/>
        <w:gridCol w:w="2484"/>
        <w:gridCol w:w="2484"/>
        <w:gridCol w:w="2484"/>
      </w:tblGrid>
      <w:tr w:rsidR="0084721C" w14:paraId="6083C5D7" w14:textId="77777777">
        <w:trPr>
          <w:jc w:val="center"/>
        </w:trPr>
        <w:tc>
          <w:tcPr>
            <w:tcW w:w="2484" w:type="dxa"/>
            <w:shd w:val="clear" w:color="auto" w:fill="DCE6F2"/>
            <w:tcMar>
              <w:top w:w="90" w:type="dxa"/>
              <w:left w:w="100" w:type="dxa"/>
              <w:bottom w:w="90" w:type="dxa"/>
              <w:right w:w="100" w:type="dxa"/>
            </w:tcMar>
            <w:vAlign w:val="center"/>
          </w:tcPr>
          <w:p w14:paraId="1405BCEC" w14:textId="77777777" w:rsidR="0084721C" w:rsidRDefault="009B07FB">
            <w:pPr>
              <w:spacing w:line="252" w:lineRule="auto"/>
            </w:pPr>
            <w:proofErr w:type="spellStart"/>
            <w:r>
              <w:rPr>
                <w:b/>
                <w:sz w:val="17"/>
              </w:rPr>
              <w:t>統籌選項</w:t>
            </w:r>
            <w:proofErr w:type="spellEnd"/>
          </w:p>
        </w:tc>
        <w:tc>
          <w:tcPr>
            <w:tcW w:w="2484" w:type="dxa"/>
            <w:shd w:val="clear" w:color="auto" w:fill="DCE6F2"/>
            <w:tcMar>
              <w:top w:w="90" w:type="dxa"/>
              <w:left w:w="100" w:type="dxa"/>
              <w:bottom w:w="90" w:type="dxa"/>
              <w:right w:w="100" w:type="dxa"/>
            </w:tcMar>
            <w:vAlign w:val="center"/>
          </w:tcPr>
          <w:p w14:paraId="3B2D77E3" w14:textId="77777777" w:rsidR="0084721C" w:rsidRDefault="009B07FB">
            <w:pPr>
              <w:spacing w:line="252" w:lineRule="auto"/>
            </w:pPr>
            <w:r>
              <w:rPr>
                <w:b/>
                <w:sz w:val="17"/>
              </w:rPr>
              <w:t>優點</w:t>
            </w:r>
          </w:p>
        </w:tc>
        <w:tc>
          <w:tcPr>
            <w:tcW w:w="2484" w:type="dxa"/>
            <w:shd w:val="clear" w:color="auto" w:fill="DCE6F2"/>
            <w:tcMar>
              <w:top w:w="90" w:type="dxa"/>
              <w:left w:w="100" w:type="dxa"/>
              <w:bottom w:w="90" w:type="dxa"/>
              <w:right w:w="100" w:type="dxa"/>
            </w:tcMar>
            <w:vAlign w:val="center"/>
          </w:tcPr>
          <w:p w14:paraId="5A5D043F" w14:textId="77777777" w:rsidR="0084721C" w:rsidRDefault="009B07FB">
            <w:pPr>
              <w:spacing w:line="252" w:lineRule="auto"/>
            </w:pPr>
            <w:r>
              <w:rPr>
                <w:b/>
                <w:sz w:val="17"/>
              </w:rPr>
              <w:t>主要風險</w:t>
            </w:r>
          </w:p>
        </w:tc>
        <w:tc>
          <w:tcPr>
            <w:tcW w:w="2484" w:type="dxa"/>
            <w:shd w:val="clear" w:color="auto" w:fill="DCE6F2"/>
            <w:tcMar>
              <w:top w:w="90" w:type="dxa"/>
              <w:left w:w="100" w:type="dxa"/>
              <w:bottom w:w="90" w:type="dxa"/>
              <w:right w:w="100" w:type="dxa"/>
            </w:tcMar>
            <w:vAlign w:val="center"/>
          </w:tcPr>
          <w:p w14:paraId="3D78DB59" w14:textId="77777777" w:rsidR="0084721C" w:rsidRDefault="009B07FB">
            <w:pPr>
              <w:spacing w:line="252" w:lineRule="auto"/>
            </w:pPr>
            <w:r>
              <w:rPr>
                <w:b/>
                <w:sz w:val="17"/>
              </w:rPr>
              <w:t>本</w:t>
            </w:r>
            <w:r>
              <w:rPr>
                <w:b/>
                <w:sz w:val="17"/>
              </w:rPr>
              <w:t>文判斷</w:t>
            </w:r>
          </w:p>
        </w:tc>
      </w:tr>
      <w:tr w:rsidR="0084721C" w14:paraId="3F2D836A" w14:textId="77777777">
        <w:trPr>
          <w:jc w:val="center"/>
        </w:trPr>
        <w:tc>
          <w:tcPr>
            <w:tcW w:w="2484" w:type="dxa"/>
            <w:tcMar>
              <w:top w:w="90" w:type="dxa"/>
              <w:left w:w="100" w:type="dxa"/>
              <w:bottom w:w="90" w:type="dxa"/>
              <w:right w:w="100" w:type="dxa"/>
            </w:tcMar>
            <w:vAlign w:val="center"/>
          </w:tcPr>
          <w:p w14:paraId="3A49A126" w14:textId="77777777" w:rsidR="0084721C" w:rsidRDefault="009B07FB">
            <w:pPr>
              <w:spacing w:line="252" w:lineRule="auto"/>
              <w:rPr>
                <w:lang w:eastAsia="zh-TW"/>
              </w:rPr>
            </w:pPr>
            <w:r>
              <w:rPr>
                <w:sz w:val="17"/>
                <w:lang w:eastAsia="zh-TW"/>
              </w:rPr>
              <w:t>行政院常設政府</w:t>
            </w:r>
            <w:r>
              <w:rPr>
                <w:sz w:val="17"/>
                <w:lang w:eastAsia="zh-TW"/>
              </w:rPr>
              <w:t>AI</w:t>
            </w:r>
            <w:r>
              <w:rPr>
                <w:sz w:val="17"/>
                <w:lang w:eastAsia="zh-TW"/>
              </w:rPr>
              <w:t>權利責任辦公室／指定政務委員</w:t>
            </w:r>
          </w:p>
        </w:tc>
        <w:tc>
          <w:tcPr>
            <w:tcW w:w="2484" w:type="dxa"/>
            <w:tcMar>
              <w:top w:w="90" w:type="dxa"/>
              <w:left w:w="100" w:type="dxa"/>
              <w:bottom w:w="90" w:type="dxa"/>
              <w:right w:w="100" w:type="dxa"/>
            </w:tcMar>
            <w:vAlign w:val="center"/>
          </w:tcPr>
          <w:p w14:paraId="35B7F2B1" w14:textId="77777777" w:rsidR="0084721C" w:rsidRDefault="009B07FB">
            <w:pPr>
              <w:spacing w:line="252" w:lineRule="auto"/>
              <w:rPr>
                <w:lang w:eastAsia="zh-TW"/>
              </w:rPr>
            </w:pPr>
            <w:r>
              <w:rPr>
                <w:sz w:val="17"/>
                <w:lang w:eastAsia="zh-TW"/>
              </w:rPr>
              <w:t>可橫跨數位、智財、採購、經貿與外交，適合統整事實、時程與對外說明。</w:t>
            </w:r>
          </w:p>
        </w:tc>
        <w:tc>
          <w:tcPr>
            <w:tcW w:w="2484" w:type="dxa"/>
            <w:tcMar>
              <w:top w:w="90" w:type="dxa"/>
              <w:left w:w="100" w:type="dxa"/>
              <w:bottom w:w="90" w:type="dxa"/>
              <w:right w:w="100" w:type="dxa"/>
            </w:tcMar>
            <w:vAlign w:val="center"/>
          </w:tcPr>
          <w:p w14:paraId="6CE63981" w14:textId="77777777" w:rsidR="0084721C" w:rsidRDefault="009B07FB">
            <w:pPr>
              <w:spacing w:line="252" w:lineRule="auto"/>
              <w:rPr>
                <w:lang w:eastAsia="zh-TW"/>
              </w:rPr>
            </w:pPr>
            <w:proofErr w:type="gramStart"/>
            <w:r>
              <w:rPr>
                <w:sz w:val="17"/>
                <w:lang w:eastAsia="zh-TW"/>
              </w:rPr>
              <w:t>不</w:t>
            </w:r>
            <w:proofErr w:type="gramEnd"/>
            <w:r>
              <w:rPr>
                <w:sz w:val="17"/>
                <w:lang w:eastAsia="zh-TW"/>
              </w:rPr>
              <w:t>當然具有對機關或供應商的直接命令權，須由既有權責機關或法律授權補足。</w:t>
            </w:r>
          </w:p>
        </w:tc>
        <w:tc>
          <w:tcPr>
            <w:tcW w:w="2484" w:type="dxa"/>
            <w:tcMar>
              <w:top w:w="90" w:type="dxa"/>
              <w:left w:w="100" w:type="dxa"/>
              <w:bottom w:w="90" w:type="dxa"/>
              <w:right w:w="100" w:type="dxa"/>
            </w:tcMar>
            <w:vAlign w:val="center"/>
          </w:tcPr>
          <w:p w14:paraId="5738F576" w14:textId="77777777" w:rsidR="0084721C" w:rsidRDefault="009B07FB">
            <w:pPr>
              <w:spacing w:line="252" w:lineRule="auto"/>
              <w:rPr>
                <w:lang w:eastAsia="zh-TW"/>
              </w:rPr>
            </w:pPr>
            <w:r>
              <w:rPr>
                <w:sz w:val="17"/>
                <w:lang w:eastAsia="zh-TW"/>
              </w:rPr>
              <w:t>適合作為重大跨境事件的統籌者。</w:t>
            </w:r>
          </w:p>
        </w:tc>
      </w:tr>
      <w:tr w:rsidR="0084721C" w14:paraId="181D696F" w14:textId="77777777">
        <w:trPr>
          <w:jc w:val="center"/>
        </w:trPr>
        <w:tc>
          <w:tcPr>
            <w:tcW w:w="2484" w:type="dxa"/>
            <w:tcMar>
              <w:top w:w="90" w:type="dxa"/>
              <w:left w:w="100" w:type="dxa"/>
              <w:bottom w:w="90" w:type="dxa"/>
              <w:right w:w="100" w:type="dxa"/>
            </w:tcMar>
            <w:vAlign w:val="center"/>
          </w:tcPr>
          <w:p w14:paraId="5017414A" w14:textId="77777777" w:rsidR="0084721C" w:rsidRDefault="009B07FB">
            <w:pPr>
              <w:spacing w:line="252" w:lineRule="auto"/>
              <w:rPr>
                <w:lang w:eastAsia="zh-TW"/>
              </w:rPr>
            </w:pPr>
            <w:r>
              <w:rPr>
                <w:sz w:val="17"/>
                <w:lang w:eastAsia="zh-TW"/>
              </w:rPr>
              <w:t>數</w:t>
            </w:r>
            <w:proofErr w:type="gramStart"/>
            <w:r>
              <w:rPr>
                <w:sz w:val="17"/>
                <w:lang w:eastAsia="zh-TW"/>
              </w:rPr>
              <w:t>發部主責</w:t>
            </w:r>
            <w:proofErr w:type="gramEnd"/>
            <w:r>
              <w:rPr>
                <w:sz w:val="17"/>
                <w:lang w:eastAsia="zh-TW"/>
              </w:rPr>
              <w:t>、行政院授權協調</w:t>
            </w:r>
          </w:p>
        </w:tc>
        <w:tc>
          <w:tcPr>
            <w:tcW w:w="2484" w:type="dxa"/>
            <w:tcMar>
              <w:top w:w="90" w:type="dxa"/>
              <w:left w:w="100" w:type="dxa"/>
              <w:bottom w:w="90" w:type="dxa"/>
              <w:right w:w="100" w:type="dxa"/>
            </w:tcMar>
            <w:vAlign w:val="center"/>
          </w:tcPr>
          <w:p w14:paraId="27308E2C" w14:textId="77777777" w:rsidR="0084721C" w:rsidRDefault="009B07FB">
            <w:pPr>
              <w:spacing w:line="252" w:lineRule="auto"/>
              <w:rPr>
                <w:lang w:eastAsia="zh-TW"/>
              </w:rPr>
            </w:pPr>
            <w:r>
              <w:rPr>
                <w:sz w:val="17"/>
                <w:lang w:eastAsia="zh-TW"/>
              </w:rPr>
              <w:t>技術與政府</w:t>
            </w:r>
            <w:r>
              <w:rPr>
                <w:sz w:val="17"/>
                <w:lang w:eastAsia="zh-TW"/>
              </w:rPr>
              <w:t>AI</w:t>
            </w:r>
            <w:r>
              <w:rPr>
                <w:sz w:val="17"/>
                <w:lang w:eastAsia="zh-TW"/>
              </w:rPr>
              <w:t>導入經驗較集中，日常案件可迅速接軌。</w:t>
            </w:r>
          </w:p>
        </w:tc>
        <w:tc>
          <w:tcPr>
            <w:tcW w:w="2484" w:type="dxa"/>
            <w:tcMar>
              <w:top w:w="90" w:type="dxa"/>
              <w:left w:w="100" w:type="dxa"/>
              <w:bottom w:w="90" w:type="dxa"/>
              <w:right w:w="100" w:type="dxa"/>
            </w:tcMar>
            <w:vAlign w:val="center"/>
          </w:tcPr>
          <w:p w14:paraId="0CCB031B" w14:textId="77777777" w:rsidR="0084721C" w:rsidRDefault="009B07FB">
            <w:pPr>
              <w:spacing w:line="252" w:lineRule="auto"/>
              <w:rPr>
                <w:lang w:eastAsia="zh-TW"/>
              </w:rPr>
            </w:pPr>
            <w:r>
              <w:rPr>
                <w:sz w:val="17"/>
                <w:lang w:eastAsia="zh-TW"/>
              </w:rPr>
              <w:t>智財、經貿、外交與國安權限不足。</w:t>
            </w:r>
          </w:p>
        </w:tc>
        <w:tc>
          <w:tcPr>
            <w:tcW w:w="2484" w:type="dxa"/>
            <w:tcMar>
              <w:top w:w="90" w:type="dxa"/>
              <w:left w:w="100" w:type="dxa"/>
              <w:bottom w:w="90" w:type="dxa"/>
              <w:right w:w="100" w:type="dxa"/>
            </w:tcMar>
            <w:vAlign w:val="center"/>
          </w:tcPr>
          <w:p w14:paraId="6342E378" w14:textId="77777777" w:rsidR="0084721C" w:rsidRDefault="009B07FB">
            <w:pPr>
              <w:spacing w:line="252" w:lineRule="auto"/>
              <w:rPr>
                <w:lang w:eastAsia="zh-TW"/>
              </w:rPr>
            </w:pPr>
            <w:r>
              <w:rPr>
                <w:sz w:val="17"/>
                <w:lang w:eastAsia="zh-TW"/>
              </w:rPr>
              <w:t>可作平時標準與技術窗口，不宜單獨承擔重大事件最終統籌。</w:t>
            </w:r>
          </w:p>
        </w:tc>
      </w:tr>
      <w:tr w:rsidR="0084721C" w14:paraId="49A6608F" w14:textId="77777777">
        <w:trPr>
          <w:jc w:val="center"/>
        </w:trPr>
        <w:tc>
          <w:tcPr>
            <w:tcW w:w="2484" w:type="dxa"/>
            <w:tcMar>
              <w:top w:w="90" w:type="dxa"/>
              <w:left w:w="100" w:type="dxa"/>
              <w:bottom w:w="90" w:type="dxa"/>
              <w:right w:w="100" w:type="dxa"/>
            </w:tcMar>
            <w:vAlign w:val="center"/>
          </w:tcPr>
          <w:p w14:paraId="3B627DF3" w14:textId="77777777" w:rsidR="0084721C" w:rsidRDefault="009B07FB">
            <w:pPr>
              <w:spacing w:line="252" w:lineRule="auto"/>
              <w:rPr>
                <w:lang w:eastAsia="zh-TW"/>
              </w:rPr>
            </w:pPr>
            <w:r>
              <w:rPr>
                <w:sz w:val="17"/>
                <w:lang w:eastAsia="zh-TW"/>
              </w:rPr>
              <w:t>個案專案編組／臨時跨部會會議</w:t>
            </w:r>
          </w:p>
        </w:tc>
        <w:tc>
          <w:tcPr>
            <w:tcW w:w="2484" w:type="dxa"/>
            <w:tcMar>
              <w:top w:w="90" w:type="dxa"/>
              <w:left w:w="100" w:type="dxa"/>
              <w:bottom w:w="90" w:type="dxa"/>
              <w:right w:w="100" w:type="dxa"/>
            </w:tcMar>
            <w:vAlign w:val="center"/>
          </w:tcPr>
          <w:p w14:paraId="4C8696B6" w14:textId="77777777" w:rsidR="0084721C" w:rsidRDefault="009B07FB">
            <w:pPr>
              <w:spacing w:line="252" w:lineRule="auto"/>
              <w:rPr>
                <w:lang w:eastAsia="zh-TW"/>
              </w:rPr>
            </w:pPr>
            <w:r>
              <w:rPr>
                <w:sz w:val="17"/>
                <w:lang w:eastAsia="zh-TW"/>
              </w:rPr>
              <w:t>設置成本低，易因應少數突發案件。</w:t>
            </w:r>
          </w:p>
        </w:tc>
        <w:tc>
          <w:tcPr>
            <w:tcW w:w="2484" w:type="dxa"/>
            <w:tcMar>
              <w:top w:w="90" w:type="dxa"/>
              <w:left w:w="100" w:type="dxa"/>
              <w:bottom w:w="90" w:type="dxa"/>
              <w:right w:w="100" w:type="dxa"/>
            </w:tcMar>
            <w:vAlign w:val="center"/>
          </w:tcPr>
          <w:p w14:paraId="6250B03D" w14:textId="77777777" w:rsidR="0084721C" w:rsidRDefault="009B07FB">
            <w:pPr>
              <w:spacing w:line="252" w:lineRule="auto"/>
              <w:rPr>
                <w:lang w:eastAsia="zh-TW"/>
              </w:rPr>
            </w:pPr>
            <w:r>
              <w:rPr>
                <w:sz w:val="17"/>
                <w:lang w:eastAsia="zh-TW"/>
              </w:rPr>
              <w:t>最容易重回多手政府：無固定窗口、無既</w:t>
            </w:r>
            <w:proofErr w:type="gramStart"/>
            <w:r>
              <w:rPr>
                <w:sz w:val="17"/>
                <w:lang w:eastAsia="zh-TW"/>
              </w:rPr>
              <w:t>存證據包</w:t>
            </w:r>
            <w:proofErr w:type="gramEnd"/>
            <w:r>
              <w:rPr>
                <w:sz w:val="17"/>
                <w:lang w:eastAsia="zh-TW"/>
              </w:rPr>
              <w:t>、無法即時停止。</w:t>
            </w:r>
          </w:p>
        </w:tc>
        <w:tc>
          <w:tcPr>
            <w:tcW w:w="2484" w:type="dxa"/>
            <w:tcMar>
              <w:top w:w="90" w:type="dxa"/>
              <w:left w:w="100" w:type="dxa"/>
              <w:bottom w:w="90" w:type="dxa"/>
              <w:right w:w="100" w:type="dxa"/>
            </w:tcMar>
            <w:vAlign w:val="center"/>
          </w:tcPr>
          <w:p w14:paraId="4C85F21F" w14:textId="77777777" w:rsidR="0084721C" w:rsidRDefault="009B07FB">
            <w:pPr>
              <w:spacing w:line="252" w:lineRule="auto"/>
              <w:rPr>
                <w:lang w:eastAsia="zh-TW"/>
              </w:rPr>
            </w:pPr>
            <w:r>
              <w:rPr>
                <w:sz w:val="17"/>
                <w:lang w:eastAsia="zh-TW"/>
              </w:rPr>
              <w:t>僅能作專業支援，不得取代單一統籌責任者。</w:t>
            </w:r>
          </w:p>
        </w:tc>
      </w:tr>
    </w:tbl>
    <w:p w14:paraId="0ED32ADD" w14:textId="77777777" w:rsidR="0084721C" w:rsidRDefault="0084721C">
      <w:pPr>
        <w:spacing w:after="40"/>
        <w:rPr>
          <w:lang w:eastAsia="zh-TW"/>
        </w:rPr>
      </w:pPr>
    </w:p>
    <w:p w14:paraId="56201CC0" w14:textId="77777777" w:rsidR="0084721C" w:rsidRDefault="009B07FB">
      <w:pPr>
        <w:spacing w:after="120" w:line="324" w:lineRule="auto"/>
        <w:rPr>
          <w:lang w:eastAsia="zh-TW"/>
        </w:rPr>
      </w:pPr>
      <w:r>
        <w:rPr>
          <w:lang w:eastAsia="zh-TW"/>
        </w:rPr>
        <w:t>外國權利人與合作方的入口至少應提供中、英文</w:t>
      </w:r>
      <w:proofErr w:type="gramStart"/>
      <w:r>
        <w:rPr>
          <w:lang w:eastAsia="zh-TW"/>
        </w:rPr>
        <w:t>雙語頁面</w:t>
      </w:r>
      <w:proofErr w:type="gramEnd"/>
      <w:r>
        <w:rPr>
          <w:lang w:eastAsia="zh-TW"/>
        </w:rPr>
        <w:t>與指定對外聯絡窗口，載明收件確認、預防性暫停、補件、理由回覆與升級的基本時程；時差、語言</w:t>
      </w:r>
      <w:proofErr w:type="gramStart"/>
      <w:r>
        <w:rPr>
          <w:lang w:eastAsia="zh-TW"/>
        </w:rPr>
        <w:t>與法域差異</w:t>
      </w:r>
      <w:proofErr w:type="gramEnd"/>
      <w:r>
        <w:rPr>
          <w:lang w:eastAsia="zh-TW"/>
        </w:rPr>
        <w:t>不能成為拖延第一回應的理由。</w:t>
      </w:r>
    </w:p>
    <w:p w14:paraId="28FBE1FF" w14:textId="77777777" w:rsidR="0084721C" w:rsidRDefault="009B07FB">
      <w:pPr>
        <w:spacing w:after="100" w:line="324" w:lineRule="auto"/>
        <w:rPr>
          <w:lang w:eastAsia="zh-TW"/>
        </w:rPr>
      </w:pPr>
      <w:r>
        <w:rPr>
          <w:b/>
          <w:sz w:val="23"/>
          <w:lang w:eastAsia="zh-TW"/>
        </w:rPr>
        <w:t>日誌的遮蔽、受限閱覽與可驗證說明</w:t>
      </w:r>
    </w:p>
    <w:p w14:paraId="6219AADB" w14:textId="77777777" w:rsidR="0084721C" w:rsidRDefault="009B07FB">
      <w:pPr>
        <w:spacing w:after="120" w:line="324" w:lineRule="auto"/>
        <w:rPr>
          <w:lang w:eastAsia="zh-TW"/>
        </w:rPr>
      </w:pPr>
      <w:r>
        <w:rPr>
          <w:lang w:eastAsia="zh-TW"/>
        </w:rPr>
        <w:t>RAG</w:t>
      </w:r>
      <w:r>
        <w:rPr>
          <w:lang w:eastAsia="zh-TW"/>
        </w:rPr>
        <w:t>與</w:t>
      </w:r>
      <w:r>
        <w:rPr>
          <w:lang w:eastAsia="zh-TW"/>
        </w:rPr>
        <w:t>API</w:t>
      </w:r>
      <w:r>
        <w:rPr>
          <w:lang w:eastAsia="zh-TW"/>
        </w:rPr>
        <w:t>日誌可能含有個人資料、公務機密、營業秘密</w:t>
      </w:r>
      <w:proofErr w:type="gramStart"/>
      <w:r>
        <w:rPr>
          <w:lang w:eastAsia="zh-TW"/>
        </w:rPr>
        <w:t>或資安防護</w:t>
      </w:r>
      <w:proofErr w:type="gramEnd"/>
      <w:r>
        <w:rPr>
          <w:lang w:eastAsia="zh-TW"/>
        </w:rPr>
        <w:t>資訊。故第十九篇主張的日誌保全，必須搭配「先保全、再分層閱覽」而非「一律公開」：完整原始日誌封存於受控環境；對境外權利人提供經</w:t>
      </w:r>
      <w:r>
        <w:rPr>
          <w:lang w:eastAsia="zh-TW"/>
        </w:rPr>
        <w:lastRenderedPageBreak/>
        <w:t>遮</w:t>
      </w:r>
      <w:r>
        <w:rPr>
          <w:lang w:eastAsia="zh-TW"/>
        </w:rPr>
        <w:t>蔽後、足以核對其作品是否被匯入、檢索、輸出或停止的摘要；必要時由依法具權限的調查、司法、仲裁或保密程序受限閱覽原始資料。遮蔽應刪除不必要的</w:t>
      </w:r>
      <w:proofErr w:type="gramStart"/>
      <w:r>
        <w:rPr>
          <w:lang w:eastAsia="zh-TW"/>
        </w:rPr>
        <w:t>個</w:t>
      </w:r>
      <w:proofErr w:type="gramEnd"/>
      <w:r>
        <w:rPr>
          <w:lang w:eastAsia="zh-TW"/>
        </w:rPr>
        <w:t>資、機密內容</w:t>
      </w:r>
      <w:proofErr w:type="gramStart"/>
      <w:r>
        <w:rPr>
          <w:lang w:eastAsia="zh-TW"/>
        </w:rPr>
        <w:t>與資安細</w:t>
      </w:r>
      <w:proofErr w:type="gramEnd"/>
      <w:r>
        <w:rPr>
          <w:lang w:eastAsia="zh-TW"/>
        </w:rPr>
        <w:t>節，但須保留時間戳記、來源識別碼、處理動作、版本、責任者與雜湊等可驗證要素。</w:t>
      </w:r>
    </w:p>
    <w:p w14:paraId="0DBC8EBE" w14:textId="77777777" w:rsidR="0084721C" w:rsidRDefault="009B07FB">
      <w:pPr>
        <w:spacing w:after="140" w:line="324" w:lineRule="auto"/>
      </w:pPr>
      <w:r>
        <w:rPr>
          <w:b/>
          <w:sz w:val="26"/>
        </w:rPr>
        <w:t>（</w:t>
      </w:r>
      <w:proofErr w:type="spellStart"/>
      <w:r>
        <w:rPr>
          <w:b/>
          <w:sz w:val="26"/>
        </w:rPr>
        <w:t>六）跨境政府</w:t>
      </w:r>
      <w:r>
        <w:rPr>
          <w:b/>
          <w:sz w:val="26"/>
        </w:rPr>
        <w:t>AI</w:t>
      </w:r>
      <w:r>
        <w:rPr>
          <w:b/>
          <w:sz w:val="26"/>
        </w:rPr>
        <w:t>事件的最低程序</w:t>
      </w:r>
      <w:proofErr w:type="spellEnd"/>
    </w:p>
    <w:p w14:paraId="15BCDA2E" w14:textId="77777777" w:rsidR="0084721C" w:rsidRDefault="009B07FB">
      <w:pPr>
        <w:spacing w:after="120" w:line="324" w:lineRule="auto"/>
        <w:rPr>
          <w:lang w:eastAsia="zh-TW"/>
        </w:rPr>
      </w:pPr>
      <w:r>
        <w:rPr>
          <w:lang w:eastAsia="zh-TW"/>
        </w:rPr>
        <w:t xml:space="preserve">1. </w:t>
      </w:r>
      <w:r>
        <w:rPr>
          <w:lang w:eastAsia="zh-TW"/>
        </w:rPr>
        <w:t>收件：境外權利人、合作方或主管機關提出具體異議時，目的機關確認收件並指定第一回應窗口。</w:t>
      </w:r>
    </w:p>
    <w:p w14:paraId="090AD14F" w14:textId="77777777" w:rsidR="0084721C" w:rsidRDefault="009B07FB">
      <w:pPr>
        <w:spacing w:after="120" w:line="324" w:lineRule="auto"/>
        <w:rPr>
          <w:lang w:eastAsia="zh-TW"/>
        </w:rPr>
      </w:pPr>
      <w:r>
        <w:rPr>
          <w:lang w:eastAsia="zh-TW"/>
        </w:rPr>
        <w:t xml:space="preserve">2. </w:t>
      </w:r>
      <w:r>
        <w:rPr>
          <w:lang w:eastAsia="zh-TW"/>
        </w:rPr>
        <w:t>保全：立即保全來源清冊、資料處理紀錄、檢索、輸出、</w:t>
      </w:r>
      <w:r>
        <w:rPr>
          <w:lang w:eastAsia="zh-TW"/>
        </w:rPr>
        <w:t>API</w:t>
      </w:r>
      <w:r>
        <w:rPr>
          <w:lang w:eastAsia="zh-TW"/>
        </w:rPr>
        <w:t>與模型版本資訊。</w:t>
      </w:r>
    </w:p>
    <w:p w14:paraId="7F0C78D2" w14:textId="77777777" w:rsidR="0084721C" w:rsidRDefault="009B07FB">
      <w:pPr>
        <w:spacing w:after="120" w:line="324" w:lineRule="auto"/>
        <w:rPr>
          <w:lang w:eastAsia="zh-TW"/>
        </w:rPr>
      </w:pPr>
      <w:r>
        <w:rPr>
          <w:lang w:eastAsia="zh-TW"/>
        </w:rPr>
        <w:t xml:space="preserve">3. </w:t>
      </w:r>
      <w:r>
        <w:rPr>
          <w:lang w:eastAsia="zh-TW"/>
        </w:rPr>
        <w:t>最小暫停：依機關管理權或契約，暫停爭議來源的新增匯入、檢索、輸出或跨境傳送；不必先讓整個系統全面停機。</w:t>
      </w:r>
    </w:p>
    <w:p w14:paraId="1C84082D" w14:textId="77777777" w:rsidR="0084721C" w:rsidRDefault="009B07FB">
      <w:pPr>
        <w:spacing w:after="120" w:line="324" w:lineRule="auto"/>
        <w:rPr>
          <w:lang w:eastAsia="zh-TW"/>
        </w:rPr>
      </w:pPr>
      <w:r>
        <w:rPr>
          <w:lang w:eastAsia="zh-TW"/>
        </w:rPr>
        <w:t xml:space="preserve">4. </w:t>
      </w:r>
      <w:r>
        <w:rPr>
          <w:lang w:eastAsia="zh-TW"/>
        </w:rPr>
        <w:t>事實包：在固定期限內完成來源、契約、</w:t>
      </w:r>
      <w:proofErr w:type="gramStart"/>
      <w:r>
        <w:rPr>
          <w:lang w:eastAsia="zh-TW"/>
        </w:rPr>
        <w:t>法域、</w:t>
      </w:r>
      <w:proofErr w:type="gramEnd"/>
      <w:r>
        <w:rPr>
          <w:lang w:eastAsia="zh-TW"/>
        </w:rPr>
        <w:t>供應鏈、資料流與控制權盤點。</w:t>
      </w:r>
    </w:p>
    <w:p w14:paraId="103A71CE" w14:textId="77777777" w:rsidR="0084721C" w:rsidRDefault="009B07FB">
      <w:pPr>
        <w:spacing w:after="120" w:line="324" w:lineRule="auto"/>
        <w:rPr>
          <w:lang w:eastAsia="zh-TW"/>
        </w:rPr>
      </w:pPr>
      <w:r>
        <w:rPr>
          <w:lang w:eastAsia="zh-TW"/>
        </w:rPr>
        <w:t xml:space="preserve">5. </w:t>
      </w:r>
      <w:r>
        <w:rPr>
          <w:lang w:eastAsia="zh-TW"/>
        </w:rPr>
        <w:t>升級：涉及跨機關、重大公共服務、敏感技術、出口管制或對外經貿影響時，啟動行政院指定統籌程序。</w:t>
      </w:r>
    </w:p>
    <w:p w14:paraId="2D2C9BF1" w14:textId="77777777" w:rsidR="0084721C" w:rsidRDefault="009B07FB">
      <w:pPr>
        <w:spacing w:after="120" w:line="324" w:lineRule="auto"/>
        <w:rPr>
          <w:lang w:eastAsia="zh-TW"/>
        </w:rPr>
      </w:pPr>
      <w:r>
        <w:rPr>
          <w:lang w:eastAsia="zh-TW"/>
        </w:rPr>
        <w:t xml:space="preserve">6. </w:t>
      </w:r>
      <w:r>
        <w:rPr>
          <w:lang w:eastAsia="zh-TW"/>
        </w:rPr>
        <w:t>說明：以可核對但適度遮蔽的方式，說明已採取的保全、暫停、查核與補救措施。</w:t>
      </w:r>
    </w:p>
    <w:p w14:paraId="2367378E" w14:textId="77777777" w:rsidR="0084721C" w:rsidRDefault="009B07FB">
      <w:pPr>
        <w:spacing w:after="120" w:line="324" w:lineRule="auto"/>
        <w:rPr>
          <w:lang w:eastAsia="zh-TW"/>
        </w:rPr>
      </w:pPr>
      <w:r>
        <w:rPr>
          <w:lang w:eastAsia="zh-TW"/>
        </w:rPr>
        <w:t xml:space="preserve">7. </w:t>
      </w:r>
      <w:r>
        <w:rPr>
          <w:lang w:eastAsia="zh-TW"/>
        </w:rPr>
        <w:t>恢復或禁止：依補證結果，由有權機關作成</w:t>
      </w:r>
      <w:r>
        <w:rPr>
          <w:lang w:eastAsia="zh-TW"/>
        </w:rPr>
        <w:t>Go</w:t>
      </w:r>
      <w:r>
        <w:rPr>
          <w:lang w:eastAsia="zh-TW"/>
        </w:rPr>
        <w:t>、</w:t>
      </w:r>
      <w:r>
        <w:rPr>
          <w:lang w:eastAsia="zh-TW"/>
        </w:rPr>
        <w:t>Conditional</w:t>
      </w:r>
      <w:r>
        <w:rPr>
          <w:lang w:eastAsia="zh-TW"/>
        </w:rPr>
        <w:t>、</w:t>
      </w:r>
      <w:r>
        <w:rPr>
          <w:lang w:eastAsia="zh-TW"/>
        </w:rPr>
        <w:t>No-Go</w:t>
      </w:r>
      <w:r>
        <w:rPr>
          <w:lang w:eastAsia="zh-TW"/>
        </w:rPr>
        <w:t>或</w:t>
      </w:r>
      <w:r>
        <w:rPr>
          <w:lang w:eastAsia="zh-TW"/>
        </w:rPr>
        <w:t>Stop</w:t>
      </w:r>
      <w:r>
        <w:rPr>
          <w:lang w:eastAsia="zh-TW"/>
        </w:rPr>
        <w:t>決定，並保留理由與覆核紀錄。</w:t>
      </w:r>
    </w:p>
    <w:p w14:paraId="49CB159B" w14:textId="77777777" w:rsidR="0084721C" w:rsidRDefault="009B07FB">
      <w:pPr>
        <w:spacing w:after="60" w:line="324" w:lineRule="auto"/>
        <w:jc w:val="center"/>
        <w:rPr>
          <w:lang w:eastAsia="zh-TW"/>
        </w:rPr>
      </w:pPr>
      <w:r>
        <w:rPr>
          <w:b/>
          <w:sz w:val="20"/>
          <w:lang w:eastAsia="zh-TW"/>
        </w:rPr>
        <w:t>圖</w:t>
      </w:r>
      <w:r>
        <w:rPr>
          <w:b/>
          <w:sz w:val="20"/>
          <w:lang w:eastAsia="zh-TW"/>
        </w:rPr>
        <w:t>2</w:t>
      </w:r>
      <w:r>
        <w:rPr>
          <w:b/>
          <w:sz w:val="20"/>
          <w:lang w:eastAsia="zh-TW"/>
        </w:rPr>
        <w:t xml:space="preserve">　跨境政府</w:t>
      </w:r>
      <w:r>
        <w:rPr>
          <w:b/>
          <w:sz w:val="20"/>
          <w:lang w:eastAsia="zh-TW"/>
        </w:rPr>
        <w:t>AI</w:t>
      </w:r>
      <w:r>
        <w:rPr>
          <w:b/>
          <w:sz w:val="20"/>
          <w:lang w:eastAsia="zh-TW"/>
        </w:rPr>
        <w:t>事件處理的最低程序：七步驟流程</w:t>
      </w:r>
    </w:p>
    <w:p w14:paraId="0F08BF0B" w14:textId="77777777" w:rsidR="0084721C" w:rsidRDefault="009B07FB">
      <w:pPr>
        <w:spacing w:after="120" w:line="324" w:lineRule="auto"/>
        <w:jc w:val="center"/>
      </w:pPr>
      <w:r>
        <w:rPr>
          <w:noProof/>
        </w:rPr>
        <w:lastRenderedPageBreak/>
        <w:drawing>
          <wp:inline distT="0" distB="0" distL="0" distR="0" wp14:anchorId="4622EE82" wp14:editId="4524DBC7">
            <wp:extent cx="5212080" cy="8005326"/>
            <wp:effectExtent l="0" t="0" r="0" b="0"/>
            <wp:docPr id="14" name="Figure2" descr="圖2 跨境政府 AI 事件處理的最低程序：七步驟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2.png"/>
                    <pic:cNvPicPr/>
                  </pic:nvPicPr>
                  <pic:blipFill>
                    <a:blip r:embed="rId22"/>
                    <a:stretch>
                      <a:fillRect/>
                    </a:stretch>
                  </pic:blipFill>
                  <pic:spPr>
                    <a:xfrm>
                      <a:off x="0" y="0"/>
                      <a:ext cx="5212080" cy="8005326"/>
                    </a:xfrm>
                    <a:prstGeom prst="rect">
                      <a:avLst/>
                    </a:prstGeom>
                  </pic:spPr>
                </pic:pic>
              </a:graphicData>
            </a:graphic>
          </wp:inline>
        </w:drawing>
      </w:r>
    </w:p>
    <w:p w14:paraId="5D95B367" w14:textId="77777777" w:rsidR="0084721C" w:rsidRDefault="009B07FB">
      <w:pPr>
        <w:spacing w:after="160" w:line="324" w:lineRule="auto"/>
        <w:jc w:val="center"/>
        <w:rPr>
          <w:lang w:eastAsia="zh-TW"/>
        </w:rPr>
      </w:pPr>
      <w:r>
        <w:rPr>
          <w:sz w:val="19"/>
          <w:lang w:eastAsia="zh-TW"/>
        </w:rPr>
        <w:t>先保全、</w:t>
      </w:r>
      <w:proofErr w:type="gramStart"/>
      <w:r>
        <w:rPr>
          <w:sz w:val="19"/>
          <w:lang w:eastAsia="zh-TW"/>
        </w:rPr>
        <w:t>採</w:t>
      </w:r>
      <w:proofErr w:type="gramEnd"/>
      <w:r>
        <w:rPr>
          <w:sz w:val="19"/>
          <w:lang w:eastAsia="zh-TW"/>
        </w:rPr>
        <w:t>最小必要暫停；是否恢復或禁止，須由有權機關依補證結果作成並保留覆核紀錄。</w:t>
      </w:r>
    </w:p>
    <w:p w14:paraId="53106F47" w14:textId="77777777" w:rsidR="0084721C" w:rsidRDefault="009B07FB">
      <w:pPr>
        <w:spacing w:after="140" w:line="324" w:lineRule="auto"/>
        <w:rPr>
          <w:lang w:eastAsia="zh-TW"/>
        </w:rPr>
      </w:pPr>
      <w:r>
        <w:rPr>
          <w:b/>
          <w:sz w:val="26"/>
          <w:lang w:eastAsia="zh-TW"/>
        </w:rPr>
        <w:lastRenderedPageBreak/>
        <w:t>（七）三案的國家回應能力評估總表</w:t>
      </w:r>
    </w:p>
    <w:tbl>
      <w:tblPr>
        <w:tblStyle w:val="TableGrid"/>
        <w:tblW w:w="0" w:type="auto"/>
        <w:jc w:val="center"/>
        <w:tblLook w:val="04A0" w:firstRow="1" w:lastRow="0" w:firstColumn="1" w:lastColumn="0" w:noHBand="0" w:noVBand="1"/>
      </w:tblPr>
      <w:tblGrid>
        <w:gridCol w:w="2484"/>
        <w:gridCol w:w="2484"/>
        <w:gridCol w:w="2484"/>
        <w:gridCol w:w="2484"/>
      </w:tblGrid>
      <w:tr w:rsidR="0084721C" w14:paraId="22A2ED60" w14:textId="77777777">
        <w:trPr>
          <w:jc w:val="center"/>
        </w:trPr>
        <w:tc>
          <w:tcPr>
            <w:tcW w:w="2484" w:type="dxa"/>
            <w:shd w:val="clear" w:color="auto" w:fill="DCE6F2"/>
            <w:tcMar>
              <w:top w:w="90" w:type="dxa"/>
              <w:left w:w="100" w:type="dxa"/>
              <w:bottom w:w="90" w:type="dxa"/>
              <w:right w:w="100" w:type="dxa"/>
            </w:tcMar>
            <w:vAlign w:val="center"/>
          </w:tcPr>
          <w:p w14:paraId="3889D01C" w14:textId="77777777" w:rsidR="0084721C" w:rsidRDefault="009B07FB">
            <w:pPr>
              <w:spacing w:line="252" w:lineRule="auto"/>
            </w:pPr>
            <w:proofErr w:type="spellStart"/>
            <w:r>
              <w:rPr>
                <w:b/>
                <w:sz w:val="17"/>
              </w:rPr>
              <w:t>能力構面</w:t>
            </w:r>
            <w:proofErr w:type="spellEnd"/>
          </w:p>
        </w:tc>
        <w:tc>
          <w:tcPr>
            <w:tcW w:w="2484" w:type="dxa"/>
            <w:shd w:val="clear" w:color="auto" w:fill="DCE6F2"/>
            <w:tcMar>
              <w:top w:w="90" w:type="dxa"/>
              <w:left w:w="100" w:type="dxa"/>
              <w:bottom w:w="90" w:type="dxa"/>
              <w:right w:w="100" w:type="dxa"/>
            </w:tcMar>
            <w:vAlign w:val="center"/>
          </w:tcPr>
          <w:p w14:paraId="1A01896E" w14:textId="77777777" w:rsidR="0084721C" w:rsidRDefault="009B07FB">
            <w:pPr>
              <w:spacing w:line="252" w:lineRule="auto"/>
            </w:pPr>
            <w:r>
              <w:rPr>
                <w:b/>
                <w:sz w:val="17"/>
              </w:rPr>
              <w:t>建築設計</w:t>
            </w:r>
            <w:r>
              <w:rPr>
                <w:b/>
                <w:sz w:val="17"/>
              </w:rPr>
              <w:t>RAG</w:t>
            </w:r>
          </w:p>
        </w:tc>
        <w:tc>
          <w:tcPr>
            <w:tcW w:w="2484" w:type="dxa"/>
            <w:shd w:val="clear" w:color="auto" w:fill="DCE6F2"/>
            <w:tcMar>
              <w:top w:w="90" w:type="dxa"/>
              <w:left w:w="100" w:type="dxa"/>
              <w:bottom w:w="90" w:type="dxa"/>
              <w:right w:w="100" w:type="dxa"/>
            </w:tcMar>
            <w:vAlign w:val="center"/>
          </w:tcPr>
          <w:p w14:paraId="480210D6" w14:textId="77777777" w:rsidR="0084721C" w:rsidRDefault="009B07FB">
            <w:pPr>
              <w:spacing w:line="252" w:lineRule="auto"/>
            </w:pPr>
            <w:r>
              <w:rPr>
                <w:b/>
                <w:sz w:val="17"/>
              </w:rPr>
              <w:t>模型／資料集／</w:t>
            </w:r>
            <w:r>
              <w:rPr>
                <w:b/>
                <w:sz w:val="17"/>
              </w:rPr>
              <w:t>API</w:t>
            </w:r>
          </w:p>
        </w:tc>
        <w:tc>
          <w:tcPr>
            <w:tcW w:w="2484" w:type="dxa"/>
            <w:shd w:val="clear" w:color="auto" w:fill="DCE6F2"/>
            <w:tcMar>
              <w:top w:w="90" w:type="dxa"/>
              <w:left w:w="100" w:type="dxa"/>
              <w:bottom w:w="90" w:type="dxa"/>
              <w:right w:w="100" w:type="dxa"/>
            </w:tcMar>
            <w:vAlign w:val="center"/>
          </w:tcPr>
          <w:p w14:paraId="124CAD59" w14:textId="77777777" w:rsidR="0084721C" w:rsidRDefault="009B07FB">
            <w:pPr>
              <w:spacing w:line="252" w:lineRule="auto"/>
            </w:pPr>
            <w:r>
              <w:rPr>
                <w:b/>
                <w:sz w:val="17"/>
              </w:rPr>
              <w:t>敏感技術合作</w:t>
            </w:r>
          </w:p>
        </w:tc>
      </w:tr>
      <w:tr w:rsidR="0084721C" w14:paraId="24BCCC74" w14:textId="77777777">
        <w:trPr>
          <w:jc w:val="center"/>
        </w:trPr>
        <w:tc>
          <w:tcPr>
            <w:tcW w:w="2484" w:type="dxa"/>
            <w:tcMar>
              <w:top w:w="90" w:type="dxa"/>
              <w:left w:w="100" w:type="dxa"/>
              <w:bottom w:w="90" w:type="dxa"/>
              <w:right w:w="100" w:type="dxa"/>
            </w:tcMar>
            <w:vAlign w:val="center"/>
          </w:tcPr>
          <w:p w14:paraId="5F793EA2" w14:textId="77777777" w:rsidR="0084721C" w:rsidRDefault="009B07FB">
            <w:pPr>
              <w:spacing w:line="252" w:lineRule="auto"/>
            </w:pPr>
            <w:r>
              <w:rPr>
                <w:sz w:val="17"/>
              </w:rPr>
              <w:t>辨識</w:t>
            </w:r>
          </w:p>
        </w:tc>
        <w:tc>
          <w:tcPr>
            <w:tcW w:w="2484" w:type="dxa"/>
            <w:tcMar>
              <w:top w:w="90" w:type="dxa"/>
              <w:left w:w="100" w:type="dxa"/>
              <w:bottom w:w="90" w:type="dxa"/>
              <w:right w:w="100" w:type="dxa"/>
            </w:tcMar>
            <w:vAlign w:val="center"/>
          </w:tcPr>
          <w:p w14:paraId="4964C6FC" w14:textId="77777777" w:rsidR="0084721C" w:rsidRDefault="009B07FB">
            <w:pPr>
              <w:spacing w:line="252" w:lineRule="auto"/>
              <w:rPr>
                <w:lang w:eastAsia="zh-TW"/>
              </w:rPr>
            </w:pPr>
            <w:r>
              <w:rPr>
                <w:sz w:val="17"/>
                <w:lang w:eastAsia="zh-TW"/>
              </w:rPr>
              <w:t>核對資料庫條款、切塊、檢索與評選使用。</w:t>
            </w:r>
          </w:p>
        </w:tc>
        <w:tc>
          <w:tcPr>
            <w:tcW w:w="2484" w:type="dxa"/>
            <w:tcMar>
              <w:top w:w="90" w:type="dxa"/>
              <w:left w:w="100" w:type="dxa"/>
              <w:bottom w:w="90" w:type="dxa"/>
              <w:right w:w="100" w:type="dxa"/>
            </w:tcMar>
            <w:vAlign w:val="center"/>
          </w:tcPr>
          <w:p w14:paraId="3A328E3C" w14:textId="77777777" w:rsidR="0084721C" w:rsidRDefault="009B07FB">
            <w:pPr>
              <w:spacing w:line="252" w:lineRule="auto"/>
              <w:rPr>
                <w:lang w:eastAsia="zh-TW"/>
              </w:rPr>
            </w:pPr>
            <w:r>
              <w:rPr>
                <w:sz w:val="17"/>
                <w:lang w:eastAsia="zh-TW"/>
              </w:rPr>
              <w:t>重建資料集、再授權、次處理者、部署與跨境傳輸鏈。</w:t>
            </w:r>
          </w:p>
        </w:tc>
        <w:tc>
          <w:tcPr>
            <w:tcW w:w="2484" w:type="dxa"/>
            <w:tcMar>
              <w:top w:w="90" w:type="dxa"/>
              <w:left w:w="100" w:type="dxa"/>
              <w:bottom w:w="90" w:type="dxa"/>
              <w:right w:w="100" w:type="dxa"/>
            </w:tcMar>
            <w:vAlign w:val="center"/>
          </w:tcPr>
          <w:p w14:paraId="408761B9" w14:textId="77777777" w:rsidR="0084721C" w:rsidRDefault="009B07FB">
            <w:pPr>
              <w:spacing w:line="252" w:lineRule="auto"/>
              <w:rPr>
                <w:lang w:eastAsia="zh-TW"/>
              </w:rPr>
            </w:pPr>
            <w:r>
              <w:rPr>
                <w:sz w:val="17"/>
                <w:lang w:eastAsia="zh-TW"/>
              </w:rPr>
              <w:t>確認技術資料分級、受控環境、授權使用者與再移轉條件。</w:t>
            </w:r>
          </w:p>
        </w:tc>
      </w:tr>
      <w:tr w:rsidR="0084721C" w14:paraId="58333E7F" w14:textId="77777777">
        <w:trPr>
          <w:jc w:val="center"/>
        </w:trPr>
        <w:tc>
          <w:tcPr>
            <w:tcW w:w="2484" w:type="dxa"/>
            <w:tcMar>
              <w:top w:w="90" w:type="dxa"/>
              <w:left w:w="100" w:type="dxa"/>
              <w:bottom w:w="90" w:type="dxa"/>
              <w:right w:w="100" w:type="dxa"/>
            </w:tcMar>
            <w:vAlign w:val="center"/>
          </w:tcPr>
          <w:p w14:paraId="79FC343C" w14:textId="77777777" w:rsidR="0084721C" w:rsidRDefault="009B07FB">
            <w:pPr>
              <w:spacing w:line="252" w:lineRule="auto"/>
            </w:pPr>
            <w:proofErr w:type="spellStart"/>
            <w:r>
              <w:rPr>
                <w:sz w:val="17"/>
              </w:rPr>
              <w:t>決策</w:t>
            </w:r>
            <w:proofErr w:type="spellEnd"/>
          </w:p>
        </w:tc>
        <w:tc>
          <w:tcPr>
            <w:tcW w:w="2484" w:type="dxa"/>
            <w:tcMar>
              <w:top w:w="90" w:type="dxa"/>
              <w:left w:w="100" w:type="dxa"/>
              <w:bottom w:w="90" w:type="dxa"/>
              <w:right w:w="100" w:type="dxa"/>
            </w:tcMar>
            <w:vAlign w:val="center"/>
          </w:tcPr>
          <w:p w14:paraId="5B6CE78B" w14:textId="77777777" w:rsidR="0084721C" w:rsidRDefault="009B07FB">
            <w:pPr>
              <w:spacing w:line="252" w:lineRule="auto"/>
              <w:rPr>
                <w:lang w:eastAsia="zh-TW"/>
              </w:rPr>
            </w:pPr>
            <w:r>
              <w:rPr>
                <w:sz w:val="17"/>
                <w:lang w:eastAsia="zh-TW"/>
              </w:rPr>
              <w:t>決定是否暫停爭議來源及評選採納。</w:t>
            </w:r>
          </w:p>
        </w:tc>
        <w:tc>
          <w:tcPr>
            <w:tcW w:w="2484" w:type="dxa"/>
            <w:tcMar>
              <w:top w:w="90" w:type="dxa"/>
              <w:left w:w="100" w:type="dxa"/>
              <w:bottom w:w="90" w:type="dxa"/>
              <w:right w:w="100" w:type="dxa"/>
            </w:tcMar>
            <w:vAlign w:val="center"/>
          </w:tcPr>
          <w:p w14:paraId="7BFBA22C" w14:textId="77777777" w:rsidR="0084721C" w:rsidRDefault="009B07FB">
            <w:pPr>
              <w:spacing w:line="252" w:lineRule="auto"/>
            </w:pPr>
            <w:proofErr w:type="spellStart"/>
            <w:r>
              <w:rPr>
                <w:sz w:val="17"/>
              </w:rPr>
              <w:t>決定</w:t>
            </w:r>
            <w:r>
              <w:rPr>
                <w:sz w:val="17"/>
              </w:rPr>
              <w:t>Conditional</w:t>
            </w:r>
            <w:r>
              <w:rPr>
                <w:sz w:val="17"/>
              </w:rPr>
              <w:t>補證、退出特定</w:t>
            </w:r>
            <w:r>
              <w:rPr>
                <w:sz w:val="17"/>
              </w:rPr>
              <w:t>API</w:t>
            </w:r>
            <w:r>
              <w:rPr>
                <w:sz w:val="17"/>
              </w:rPr>
              <w:t>或</w:t>
            </w:r>
            <w:r>
              <w:rPr>
                <w:sz w:val="17"/>
              </w:rPr>
              <w:t>No-Go</w:t>
            </w:r>
            <w:proofErr w:type="spellEnd"/>
            <w:r>
              <w:rPr>
                <w:sz w:val="17"/>
              </w:rPr>
              <w:t>。</w:t>
            </w:r>
          </w:p>
        </w:tc>
        <w:tc>
          <w:tcPr>
            <w:tcW w:w="2484" w:type="dxa"/>
            <w:tcMar>
              <w:top w:w="90" w:type="dxa"/>
              <w:left w:w="100" w:type="dxa"/>
              <w:bottom w:w="90" w:type="dxa"/>
              <w:right w:w="100" w:type="dxa"/>
            </w:tcMar>
            <w:vAlign w:val="center"/>
          </w:tcPr>
          <w:p w14:paraId="7F897AA6" w14:textId="77777777" w:rsidR="0084721C" w:rsidRDefault="009B07FB">
            <w:pPr>
              <w:spacing w:line="252" w:lineRule="auto"/>
              <w:rPr>
                <w:lang w:eastAsia="zh-TW"/>
              </w:rPr>
            </w:pPr>
            <w:r>
              <w:rPr>
                <w:sz w:val="17"/>
                <w:lang w:eastAsia="zh-TW"/>
              </w:rPr>
              <w:t>決定隔離、停止特定存取／</w:t>
            </w:r>
            <w:proofErr w:type="gramStart"/>
            <w:r>
              <w:rPr>
                <w:sz w:val="17"/>
                <w:lang w:eastAsia="zh-TW"/>
              </w:rPr>
              <w:t>分包並啟動</w:t>
            </w:r>
            <w:proofErr w:type="gramEnd"/>
            <w:r>
              <w:rPr>
                <w:sz w:val="17"/>
                <w:lang w:eastAsia="zh-TW"/>
              </w:rPr>
              <w:t>保密或管制程序。</w:t>
            </w:r>
          </w:p>
        </w:tc>
      </w:tr>
      <w:tr w:rsidR="0084721C" w14:paraId="3ABFD7C2" w14:textId="77777777">
        <w:trPr>
          <w:jc w:val="center"/>
        </w:trPr>
        <w:tc>
          <w:tcPr>
            <w:tcW w:w="2484" w:type="dxa"/>
            <w:tcMar>
              <w:top w:w="90" w:type="dxa"/>
              <w:left w:w="100" w:type="dxa"/>
              <w:bottom w:w="90" w:type="dxa"/>
              <w:right w:w="100" w:type="dxa"/>
            </w:tcMar>
            <w:vAlign w:val="center"/>
          </w:tcPr>
          <w:p w14:paraId="40F16248" w14:textId="77777777" w:rsidR="0084721C" w:rsidRDefault="009B07FB">
            <w:pPr>
              <w:spacing w:line="252" w:lineRule="auto"/>
            </w:pPr>
            <w:proofErr w:type="spellStart"/>
            <w:r>
              <w:rPr>
                <w:sz w:val="17"/>
              </w:rPr>
              <w:t>執行</w:t>
            </w:r>
            <w:proofErr w:type="spellEnd"/>
          </w:p>
        </w:tc>
        <w:tc>
          <w:tcPr>
            <w:tcW w:w="2484" w:type="dxa"/>
            <w:tcMar>
              <w:top w:w="90" w:type="dxa"/>
              <w:left w:w="100" w:type="dxa"/>
              <w:bottom w:w="90" w:type="dxa"/>
              <w:right w:w="100" w:type="dxa"/>
            </w:tcMar>
            <w:vAlign w:val="center"/>
          </w:tcPr>
          <w:p w14:paraId="07543D53" w14:textId="77777777" w:rsidR="0084721C" w:rsidRDefault="009B07FB">
            <w:pPr>
              <w:spacing w:line="252" w:lineRule="auto"/>
              <w:rPr>
                <w:lang w:eastAsia="zh-TW"/>
              </w:rPr>
            </w:pPr>
            <w:r>
              <w:rPr>
                <w:sz w:val="17"/>
                <w:lang w:eastAsia="zh-TW"/>
              </w:rPr>
              <w:t>停止來源索引、快取與輸出，保全評選紀錄。</w:t>
            </w:r>
          </w:p>
        </w:tc>
        <w:tc>
          <w:tcPr>
            <w:tcW w:w="2484" w:type="dxa"/>
            <w:tcMar>
              <w:top w:w="90" w:type="dxa"/>
              <w:left w:w="100" w:type="dxa"/>
              <w:bottom w:w="90" w:type="dxa"/>
              <w:right w:w="100" w:type="dxa"/>
            </w:tcMar>
            <w:vAlign w:val="center"/>
          </w:tcPr>
          <w:p w14:paraId="45C15279" w14:textId="77777777" w:rsidR="0084721C" w:rsidRDefault="009B07FB">
            <w:pPr>
              <w:spacing w:line="252" w:lineRule="auto"/>
              <w:rPr>
                <w:lang w:eastAsia="zh-TW"/>
              </w:rPr>
            </w:pPr>
            <w:r>
              <w:rPr>
                <w:sz w:val="17"/>
                <w:lang w:eastAsia="zh-TW"/>
              </w:rPr>
              <w:t>停止新增匯入、</w:t>
            </w:r>
            <w:r>
              <w:rPr>
                <w:sz w:val="17"/>
                <w:lang w:eastAsia="zh-TW"/>
              </w:rPr>
              <w:t>API</w:t>
            </w:r>
            <w:r>
              <w:rPr>
                <w:sz w:val="17"/>
                <w:lang w:eastAsia="zh-TW"/>
              </w:rPr>
              <w:t>傳送或特定模型版本，驗證移除。</w:t>
            </w:r>
          </w:p>
        </w:tc>
        <w:tc>
          <w:tcPr>
            <w:tcW w:w="2484" w:type="dxa"/>
            <w:tcMar>
              <w:top w:w="90" w:type="dxa"/>
              <w:left w:w="100" w:type="dxa"/>
              <w:bottom w:w="90" w:type="dxa"/>
              <w:right w:w="100" w:type="dxa"/>
            </w:tcMar>
            <w:vAlign w:val="center"/>
          </w:tcPr>
          <w:p w14:paraId="2485C413" w14:textId="77777777" w:rsidR="0084721C" w:rsidRDefault="009B07FB">
            <w:pPr>
              <w:spacing w:line="252" w:lineRule="auto"/>
              <w:rPr>
                <w:lang w:eastAsia="zh-TW"/>
              </w:rPr>
            </w:pPr>
            <w:r>
              <w:rPr>
                <w:sz w:val="17"/>
                <w:lang w:eastAsia="zh-TW"/>
              </w:rPr>
              <w:t>隔離資料與帳號、凍結再移轉、保存交付及存取紀錄。</w:t>
            </w:r>
          </w:p>
        </w:tc>
      </w:tr>
      <w:tr w:rsidR="0084721C" w14:paraId="1FFE3F82" w14:textId="77777777">
        <w:trPr>
          <w:jc w:val="center"/>
        </w:trPr>
        <w:tc>
          <w:tcPr>
            <w:tcW w:w="2484" w:type="dxa"/>
            <w:tcMar>
              <w:top w:w="90" w:type="dxa"/>
              <w:left w:w="100" w:type="dxa"/>
              <w:bottom w:w="90" w:type="dxa"/>
              <w:right w:w="100" w:type="dxa"/>
            </w:tcMar>
            <w:vAlign w:val="center"/>
          </w:tcPr>
          <w:p w14:paraId="6CC4F28F" w14:textId="77777777" w:rsidR="0084721C" w:rsidRDefault="009B07FB">
            <w:pPr>
              <w:spacing w:line="252" w:lineRule="auto"/>
            </w:pPr>
            <w:proofErr w:type="spellStart"/>
            <w:r>
              <w:rPr>
                <w:sz w:val="17"/>
              </w:rPr>
              <w:t>說明</w:t>
            </w:r>
            <w:proofErr w:type="spellEnd"/>
          </w:p>
        </w:tc>
        <w:tc>
          <w:tcPr>
            <w:tcW w:w="2484" w:type="dxa"/>
            <w:tcMar>
              <w:top w:w="90" w:type="dxa"/>
              <w:left w:w="100" w:type="dxa"/>
              <w:bottom w:w="90" w:type="dxa"/>
              <w:right w:w="100" w:type="dxa"/>
            </w:tcMar>
            <w:vAlign w:val="center"/>
          </w:tcPr>
          <w:p w14:paraId="5A9A43EB" w14:textId="77777777" w:rsidR="0084721C" w:rsidRDefault="009B07FB">
            <w:pPr>
              <w:spacing w:line="252" w:lineRule="auto"/>
              <w:rPr>
                <w:lang w:eastAsia="zh-TW"/>
              </w:rPr>
            </w:pPr>
            <w:r>
              <w:rPr>
                <w:sz w:val="17"/>
                <w:lang w:eastAsia="zh-TW"/>
              </w:rPr>
              <w:t>說明資料用途、檢索範圍與暫停措施。</w:t>
            </w:r>
          </w:p>
        </w:tc>
        <w:tc>
          <w:tcPr>
            <w:tcW w:w="2484" w:type="dxa"/>
            <w:tcMar>
              <w:top w:w="90" w:type="dxa"/>
              <w:left w:w="100" w:type="dxa"/>
              <w:bottom w:w="90" w:type="dxa"/>
              <w:right w:w="100" w:type="dxa"/>
            </w:tcMar>
            <w:vAlign w:val="center"/>
          </w:tcPr>
          <w:p w14:paraId="6B2C84D5" w14:textId="77777777" w:rsidR="0084721C" w:rsidRDefault="009B07FB">
            <w:pPr>
              <w:spacing w:line="252" w:lineRule="auto"/>
              <w:rPr>
                <w:lang w:eastAsia="zh-TW"/>
              </w:rPr>
            </w:pPr>
            <w:r>
              <w:rPr>
                <w:sz w:val="17"/>
                <w:lang w:eastAsia="zh-TW"/>
              </w:rPr>
              <w:t>說明已能與不能追溯的來源、</w:t>
            </w:r>
            <w:proofErr w:type="gramStart"/>
            <w:r>
              <w:rPr>
                <w:sz w:val="17"/>
                <w:lang w:eastAsia="zh-TW"/>
              </w:rPr>
              <w:t>法域與</w:t>
            </w:r>
            <w:proofErr w:type="gramEnd"/>
            <w:r>
              <w:rPr>
                <w:sz w:val="17"/>
                <w:lang w:eastAsia="zh-TW"/>
              </w:rPr>
              <w:t>補證計畫。</w:t>
            </w:r>
          </w:p>
        </w:tc>
        <w:tc>
          <w:tcPr>
            <w:tcW w:w="2484" w:type="dxa"/>
            <w:tcMar>
              <w:top w:w="90" w:type="dxa"/>
              <w:left w:w="100" w:type="dxa"/>
              <w:bottom w:w="90" w:type="dxa"/>
              <w:right w:w="100" w:type="dxa"/>
            </w:tcMar>
            <w:vAlign w:val="center"/>
          </w:tcPr>
          <w:p w14:paraId="25F0BFE3" w14:textId="77777777" w:rsidR="0084721C" w:rsidRDefault="009B07FB">
            <w:pPr>
              <w:spacing w:line="252" w:lineRule="auto"/>
              <w:rPr>
                <w:lang w:eastAsia="zh-TW"/>
              </w:rPr>
            </w:pPr>
            <w:r>
              <w:rPr>
                <w:sz w:val="17"/>
                <w:lang w:eastAsia="zh-TW"/>
              </w:rPr>
              <w:t>在保密限制下說明已採取的隔離、通知與協調措施。</w:t>
            </w:r>
          </w:p>
        </w:tc>
      </w:tr>
      <w:tr w:rsidR="0084721C" w14:paraId="0967D65B" w14:textId="77777777">
        <w:trPr>
          <w:jc w:val="center"/>
        </w:trPr>
        <w:tc>
          <w:tcPr>
            <w:tcW w:w="2484" w:type="dxa"/>
            <w:tcMar>
              <w:top w:w="90" w:type="dxa"/>
              <w:left w:w="100" w:type="dxa"/>
              <w:bottom w:w="90" w:type="dxa"/>
              <w:right w:w="100" w:type="dxa"/>
            </w:tcMar>
            <w:vAlign w:val="center"/>
          </w:tcPr>
          <w:p w14:paraId="77D7221C" w14:textId="77777777" w:rsidR="0084721C" w:rsidRDefault="009B07FB">
            <w:pPr>
              <w:spacing w:line="252" w:lineRule="auto"/>
            </w:pPr>
            <w:proofErr w:type="spellStart"/>
            <w:r>
              <w:rPr>
                <w:sz w:val="17"/>
              </w:rPr>
              <w:t>補救</w:t>
            </w:r>
            <w:proofErr w:type="spellEnd"/>
          </w:p>
        </w:tc>
        <w:tc>
          <w:tcPr>
            <w:tcW w:w="2484" w:type="dxa"/>
            <w:tcMar>
              <w:top w:w="90" w:type="dxa"/>
              <w:left w:w="100" w:type="dxa"/>
              <w:bottom w:w="90" w:type="dxa"/>
              <w:right w:w="100" w:type="dxa"/>
            </w:tcMar>
            <w:vAlign w:val="center"/>
          </w:tcPr>
          <w:p w14:paraId="13447BBE" w14:textId="77777777" w:rsidR="0084721C" w:rsidRDefault="009B07FB">
            <w:pPr>
              <w:spacing w:line="252" w:lineRule="auto"/>
              <w:rPr>
                <w:lang w:eastAsia="zh-TW"/>
              </w:rPr>
            </w:pPr>
            <w:r>
              <w:rPr>
                <w:sz w:val="17"/>
                <w:lang w:eastAsia="zh-TW"/>
              </w:rPr>
              <w:t>移除、重新評選或改用可授權來源。</w:t>
            </w:r>
          </w:p>
        </w:tc>
        <w:tc>
          <w:tcPr>
            <w:tcW w:w="2484" w:type="dxa"/>
            <w:tcMar>
              <w:top w:w="90" w:type="dxa"/>
              <w:left w:w="100" w:type="dxa"/>
              <w:bottom w:w="90" w:type="dxa"/>
              <w:right w:w="100" w:type="dxa"/>
            </w:tcMar>
            <w:vAlign w:val="center"/>
          </w:tcPr>
          <w:p w14:paraId="454BED55" w14:textId="77777777" w:rsidR="0084721C" w:rsidRDefault="009B07FB">
            <w:pPr>
              <w:spacing w:line="252" w:lineRule="auto"/>
              <w:rPr>
                <w:lang w:eastAsia="zh-TW"/>
              </w:rPr>
            </w:pPr>
            <w:r>
              <w:rPr>
                <w:sz w:val="17"/>
                <w:lang w:eastAsia="zh-TW"/>
              </w:rPr>
              <w:t>修正供應鏈、重建索引／模型部署或終止服務。</w:t>
            </w:r>
          </w:p>
        </w:tc>
        <w:tc>
          <w:tcPr>
            <w:tcW w:w="2484" w:type="dxa"/>
            <w:tcMar>
              <w:top w:w="90" w:type="dxa"/>
              <w:left w:w="100" w:type="dxa"/>
              <w:bottom w:w="90" w:type="dxa"/>
              <w:right w:w="100" w:type="dxa"/>
            </w:tcMar>
            <w:vAlign w:val="center"/>
          </w:tcPr>
          <w:p w14:paraId="0CDCB065" w14:textId="77777777" w:rsidR="0084721C" w:rsidRDefault="009B07FB">
            <w:pPr>
              <w:spacing w:line="252" w:lineRule="auto"/>
              <w:rPr>
                <w:lang w:eastAsia="zh-TW"/>
              </w:rPr>
            </w:pPr>
            <w:r>
              <w:rPr>
                <w:sz w:val="17"/>
                <w:lang w:eastAsia="zh-TW"/>
              </w:rPr>
              <w:t>矯正存取、通知合作方、重新界定用途與分包條件。</w:t>
            </w:r>
          </w:p>
        </w:tc>
      </w:tr>
    </w:tbl>
    <w:p w14:paraId="6F97155B" w14:textId="77777777" w:rsidR="0084721C" w:rsidRDefault="0084721C">
      <w:pPr>
        <w:spacing w:after="40"/>
        <w:rPr>
          <w:lang w:eastAsia="zh-TW"/>
        </w:rPr>
      </w:pPr>
    </w:p>
    <w:p w14:paraId="121B3C06" w14:textId="77777777" w:rsidR="0084721C" w:rsidRDefault="009B07FB">
      <w:pPr>
        <w:spacing w:after="120" w:line="324" w:lineRule="auto"/>
        <w:rPr>
          <w:lang w:eastAsia="zh-TW"/>
        </w:rPr>
      </w:pPr>
      <w:proofErr w:type="gramStart"/>
      <w:r>
        <w:rPr>
          <w:lang w:eastAsia="zh-TW"/>
        </w:rPr>
        <w:t>此表不是</w:t>
      </w:r>
      <w:proofErr w:type="gramEnd"/>
      <w:r>
        <w:rPr>
          <w:lang w:eastAsia="zh-TW"/>
        </w:rPr>
        <w:t>判定三案必然違法，而是指出各案最易斷裂的能力位置：第一案偏向採購與可說明性，第二案偏向追溯與可移除性，第三案偏向不可回復損害前的用途控制與隔離。它使「國家回應能力」成為可被反證與比較的分析架構，而不只是結論性標籤。</w:t>
      </w:r>
    </w:p>
    <w:p w14:paraId="39DA5E50" w14:textId="77777777" w:rsidR="0084721C" w:rsidRDefault="009B07FB">
      <w:pPr>
        <w:spacing w:after="140" w:line="324" w:lineRule="auto"/>
        <w:rPr>
          <w:lang w:eastAsia="zh-TW"/>
        </w:rPr>
      </w:pPr>
      <w:r>
        <w:rPr>
          <w:b/>
          <w:sz w:val="26"/>
          <w:lang w:eastAsia="zh-TW"/>
        </w:rPr>
        <w:t>八、結論：從多手政府到單一責任鏈</w:t>
      </w:r>
    </w:p>
    <w:p w14:paraId="0960FC61" w14:textId="77777777" w:rsidR="0084721C" w:rsidRDefault="009B07FB">
      <w:pPr>
        <w:spacing w:after="120" w:line="324" w:lineRule="auto"/>
        <w:rPr>
          <w:lang w:eastAsia="zh-TW"/>
        </w:rPr>
      </w:pPr>
      <w:r>
        <w:t>《人工智慧基本法》已於</w:t>
      </w:r>
      <w:r>
        <w:t>2026</w:t>
      </w:r>
      <w:r>
        <w:t>年</w:t>
      </w:r>
      <w:r>
        <w:t>1</w:t>
      </w:r>
      <w:r>
        <w:t>月</w:t>
      </w:r>
      <w:r>
        <w:t>14</w:t>
      </w:r>
      <w:r>
        <w:t>日公布施行。</w:t>
      </w:r>
      <w:r>
        <w:rPr>
          <w:lang w:eastAsia="zh-TW"/>
        </w:rPr>
        <w:t>該法以國科會為中央主管機關（第</w:t>
      </w:r>
      <w:r>
        <w:rPr>
          <w:lang w:eastAsia="zh-TW"/>
        </w:rPr>
        <w:t>2</w:t>
      </w:r>
      <w:r>
        <w:rPr>
          <w:lang w:eastAsia="zh-TW"/>
        </w:rPr>
        <w:t>條）、規定行政院設國家人工智慧戰略特別委員會（第</w:t>
      </w:r>
      <w:r>
        <w:rPr>
          <w:lang w:eastAsia="zh-TW"/>
        </w:rPr>
        <w:t>6</w:t>
      </w:r>
      <w:r>
        <w:rPr>
          <w:lang w:eastAsia="zh-TW"/>
        </w:rPr>
        <w:t>條）、由數發部推動與國際介接的</w:t>
      </w:r>
      <w:r>
        <w:rPr>
          <w:lang w:eastAsia="zh-TW"/>
        </w:rPr>
        <w:t>AI</w:t>
      </w:r>
      <w:r>
        <w:rPr>
          <w:lang w:eastAsia="zh-TW"/>
        </w:rPr>
        <w:t>風險分類及評估框架（第</w:t>
      </w:r>
      <w:r>
        <w:rPr>
          <w:lang w:eastAsia="zh-TW"/>
        </w:rPr>
        <w:t>16</w:t>
      </w:r>
      <w:r>
        <w:rPr>
          <w:lang w:eastAsia="zh-TW"/>
        </w:rPr>
        <w:t>條），並要求政府使用</w:t>
      </w:r>
      <w:r>
        <w:rPr>
          <w:lang w:eastAsia="zh-TW"/>
        </w:rPr>
        <w:t>AI</w:t>
      </w:r>
      <w:r>
        <w:rPr>
          <w:lang w:eastAsia="zh-TW"/>
        </w:rPr>
        <w:t>執行職務或提供服務時進行風險評估及建立使用指引、規範或內控機制（第</w:t>
      </w:r>
      <w:r>
        <w:rPr>
          <w:lang w:eastAsia="zh-TW"/>
        </w:rPr>
        <w:t>19</w:t>
      </w:r>
      <w:r>
        <w:rPr>
          <w:lang w:eastAsia="zh-TW"/>
        </w:rPr>
        <w:t>條）。這些是本文制度建議的現行法介面；權利來源、可追溯紀錄、停止與異議處理的最低義務，以及跨境事件的升級程序，仍須在後續行政規則、採購文件或立法中具體化。</w:t>
      </w:r>
    </w:p>
    <w:p w14:paraId="68BEDC7E" w14:textId="77777777" w:rsidR="0084721C" w:rsidRDefault="009B07FB">
      <w:pPr>
        <w:spacing w:after="120" w:line="324" w:lineRule="auto"/>
        <w:rPr>
          <w:lang w:eastAsia="zh-TW"/>
        </w:rPr>
      </w:pPr>
      <w:r>
        <w:rPr>
          <w:lang w:eastAsia="zh-TW"/>
        </w:rPr>
        <w:t>本文不以「加強跨部會協調」</w:t>
      </w:r>
      <w:proofErr w:type="gramStart"/>
      <w:r>
        <w:rPr>
          <w:lang w:eastAsia="zh-TW"/>
        </w:rPr>
        <w:t>作結</w:t>
      </w:r>
      <w:proofErr w:type="gramEnd"/>
      <w:r>
        <w:rPr>
          <w:lang w:eastAsia="zh-TW"/>
        </w:rPr>
        <w:t>。那種語言正是多手政府得以延續的方式。</w:t>
      </w:r>
      <w:r>
        <w:rPr>
          <w:lang w:eastAsia="zh-TW"/>
        </w:rPr>
        <w:t>應以法律、採購與行政院升級程序，將第十八篇的機關層權利</w:t>
      </w:r>
      <w:proofErr w:type="gramStart"/>
      <w:r>
        <w:rPr>
          <w:lang w:eastAsia="zh-TW"/>
        </w:rPr>
        <w:t>責任鏈推到</w:t>
      </w:r>
      <w:proofErr w:type="gramEnd"/>
      <w:r>
        <w:rPr>
          <w:lang w:eastAsia="zh-TW"/>
        </w:rPr>
        <w:t>國家層級：專業可以分工，最終責任不能分享；爭議可以救濟，政府不能把停止決定外包給法院、仲裁庭、盟友壓力或</w:t>
      </w:r>
      <w:r>
        <w:rPr>
          <w:lang w:eastAsia="zh-TW"/>
        </w:rPr>
        <w:t>Special 301</w:t>
      </w:r>
      <w:r>
        <w:rPr>
          <w:lang w:eastAsia="zh-TW"/>
        </w:rPr>
        <w:t>。</w:t>
      </w:r>
    </w:p>
    <w:tbl>
      <w:tblPr>
        <w:tblStyle w:val="TableGrid"/>
        <w:tblW w:w="0" w:type="auto"/>
        <w:jc w:val="center"/>
        <w:tblLook w:val="04A0" w:firstRow="1" w:lastRow="0" w:firstColumn="1" w:lastColumn="0" w:noHBand="0" w:noVBand="1"/>
      </w:tblPr>
      <w:tblGrid>
        <w:gridCol w:w="3312"/>
        <w:gridCol w:w="3312"/>
        <w:gridCol w:w="3312"/>
      </w:tblGrid>
      <w:tr w:rsidR="0084721C" w14:paraId="5718C676" w14:textId="77777777">
        <w:trPr>
          <w:jc w:val="center"/>
        </w:trPr>
        <w:tc>
          <w:tcPr>
            <w:tcW w:w="3312" w:type="dxa"/>
            <w:shd w:val="clear" w:color="auto" w:fill="DCE6F2"/>
            <w:tcMar>
              <w:top w:w="90" w:type="dxa"/>
              <w:left w:w="100" w:type="dxa"/>
              <w:bottom w:w="90" w:type="dxa"/>
              <w:right w:w="100" w:type="dxa"/>
            </w:tcMar>
            <w:vAlign w:val="center"/>
          </w:tcPr>
          <w:p w14:paraId="7D1DC402" w14:textId="77777777" w:rsidR="0084721C" w:rsidRDefault="009B07FB">
            <w:pPr>
              <w:spacing w:line="252" w:lineRule="auto"/>
            </w:pPr>
            <w:proofErr w:type="spellStart"/>
            <w:r>
              <w:rPr>
                <w:b/>
                <w:sz w:val="17"/>
              </w:rPr>
              <w:t>制度層次</w:t>
            </w:r>
            <w:proofErr w:type="spellEnd"/>
          </w:p>
        </w:tc>
        <w:tc>
          <w:tcPr>
            <w:tcW w:w="3312" w:type="dxa"/>
            <w:shd w:val="clear" w:color="auto" w:fill="DCE6F2"/>
            <w:tcMar>
              <w:top w:w="90" w:type="dxa"/>
              <w:left w:w="100" w:type="dxa"/>
              <w:bottom w:w="90" w:type="dxa"/>
              <w:right w:w="100" w:type="dxa"/>
            </w:tcMar>
            <w:vAlign w:val="center"/>
          </w:tcPr>
          <w:p w14:paraId="79F572B0" w14:textId="77777777" w:rsidR="0084721C" w:rsidRDefault="009B07FB">
            <w:pPr>
              <w:spacing w:line="252" w:lineRule="auto"/>
            </w:pPr>
            <w:r>
              <w:rPr>
                <w:b/>
                <w:sz w:val="17"/>
              </w:rPr>
              <w:t>應建立的規則</w:t>
            </w:r>
          </w:p>
        </w:tc>
        <w:tc>
          <w:tcPr>
            <w:tcW w:w="3312" w:type="dxa"/>
            <w:shd w:val="clear" w:color="auto" w:fill="DCE6F2"/>
            <w:tcMar>
              <w:top w:w="90" w:type="dxa"/>
              <w:left w:w="100" w:type="dxa"/>
              <w:bottom w:w="90" w:type="dxa"/>
              <w:right w:w="100" w:type="dxa"/>
            </w:tcMar>
            <w:vAlign w:val="center"/>
          </w:tcPr>
          <w:p w14:paraId="583DD4C7" w14:textId="77777777" w:rsidR="0084721C" w:rsidRDefault="009B07FB">
            <w:pPr>
              <w:spacing w:line="252" w:lineRule="auto"/>
            </w:pPr>
            <w:r>
              <w:rPr>
                <w:b/>
                <w:sz w:val="17"/>
              </w:rPr>
              <w:t>在跨境事件中的法律／行政效果</w:t>
            </w:r>
          </w:p>
        </w:tc>
      </w:tr>
      <w:tr w:rsidR="0084721C" w14:paraId="26D75C4A" w14:textId="77777777">
        <w:trPr>
          <w:jc w:val="center"/>
        </w:trPr>
        <w:tc>
          <w:tcPr>
            <w:tcW w:w="3312" w:type="dxa"/>
            <w:tcMar>
              <w:top w:w="90" w:type="dxa"/>
              <w:left w:w="100" w:type="dxa"/>
              <w:bottom w:w="90" w:type="dxa"/>
              <w:right w:w="100" w:type="dxa"/>
            </w:tcMar>
            <w:vAlign w:val="center"/>
          </w:tcPr>
          <w:p w14:paraId="6C82737B" w14:textId="77777777" w:rsidR="0084721C" w:rsidRDefault="009B07FB">
            <w:pPr>
              <w:spacing w:line="252" w:lineRule="auto"/>
            </w:pPr>
            <w:r>
              <w:rPr>
                <w:sz w:val="17"/>
              </w:rPr>
              <w:t>立即可做：採購</w:t>
            </w:r>
          </w:p>
        </w:tc>
        <w:tc>
          <w:tcPr>
            <w:tcW w:w="3312" w:type="dxa"/>
            <w:tcMar>
              <w:top w:w="90" w:type="dxa"/>
              <w:left w:w="100" w:type="dxa"/>
              <w:bottom w:w="90" w:type="dxa"/>
              <w:right w:w="100" w:type="dxa"/>
            </w:tcMar>
            <w:vAlign w:val="center"/>
          </w:tcPr>
          <w:p w14:paraId="639534FC" w14:textId="77777777" w:rsidR="0084721C" w:rsidRDefault="009B07FB">
            <w:pPr>
              <w:spacing w:line="252" w:lineRule="auto"/>
              <w:rPr>
                <w:lang w:eastAsia="zh-TW"/>
              </w:rPr>
            </w:pPr>
            <w:r>
              <w:rPr>
                <w:sz w:val="17"/>
                <w:lang w:eastAsia="zh-TW"/>
              </w:rPr>
              <w:t>要求供應商交付權利來源清冊、</w:t>
            </w:r>
            <w:proofErr w:type="gramStart"/>
            <w:r>
              <w:rPr>
                <w:sz w:val="17"/>
                <w:lang w:eastAsia="zh-TW"/>
              </w:rPr>
              <w:t>法域、</w:t>
            </w:r>
            <w:proofErr w:type="gramEnd"/>
            <w:r>
              <w:rPr>
                <w:sz w:val="17"/>
                <w:lang w:eastAsia="zh-TW"/>
              </w:rPr>
              <w:t>資</w:t>
            </w:r>
            <w:r>
              <w:rPr>
                <w:sz w:val="17"/>
                <w:lang w:eastAsia="zh-TW"/>
              </w:rPr>
              <w:lastRenderedPageBreak/>
              <w:t>料流、分包、部署地與可移除能力；納入預防性暫停、日誌保全與次處理者揭露條款。</w:t>
            </w:r>
          </w:p>
        </w:tc>
        <w:tc>
          <w:tcPr>
            <w:tcW w:w="3312" w:type="dxa"/>
            <w:tcMar>
              <w:top w:w="90" w:type="dxa"/>
              <w:left w:w="100" w:type="dxa"/>
              <w:bottom w:w="90" w:type="dxa"/>
              <w:right w:w="100" w:type="dxa"/>
            </w:tcMar>
            <w:vAlign w:val="center"/>
          </w:tcPr>
          <w:p w14:paraId="6E1E98C3" w14:textId="77777777" w:rsidR="0084721C" w:rsidRDefault="009B07FB">
            <w:pPr>
              <w:spacing w:line="252" w:lineRule="auto"/>
              <w:rPr>
                <w:lang w:eastAsia="zh-TW"/>
              </w:rPr>
            </w:pPr>
            <w:r>
              <w:rPr>
                <w:sz w:val="17"/>
                <w:lang w:eastAsia="zh-TW"/>
              </w:rPr>
              <w:lastRenderedPageBreak/>
              <w:t>政府得依契約要求保全、隔離、停止與補</w:t>
            </w:r>
            <w:r>
              <w:rPr>
                <w:sz w:val="17"/>
                <w:lang w:eastAsia="zh-TW"/>
              </w:rPr>
              <w:lastRenderedPageBreak/>
              <w:t>證。</w:t>
            </w:r>
          </w:p>
        </w:tc>
      </w:tr>
      <w:tr w:rsidR="0084721C" w14:paraId="0E229CE0" w14:textId="77777777">
        <w:trPr>
          <w:jc w:val="center"/>
        </w:trPr>
        <w:tc>
          <w:tcPr>
            <w:tcW w:w="3312" w:type="dxa"/>
            <w:tcMar>
              <w:top w:w="90" w:type="dxa"/>
              <w:left w:w="100" w:type="dxa"/>
              <w:bottom w:w="90" w:type="dxa"/>
              <w:right w:w="100" w:type="dxa"/>
            </w:tcMar>
            <w:vAlign w:val="center"/>
          </w:tcPr>
          <w:p w14:paraId="2EFC48A4" w14:textId="77777777" w:rsidR="0084721C" w:rsidRDefault="009B07FB">
            <w:pPr>
              <w:spacing w:line="252" w:lineRule="auto"/>
            </w:pPr>
            <w:proofErr w:type="spellStart"/>
            <w:r>
              <w:rPr>
                <w:sz w:val="17"/>
              </w:rPr>
              <w:lastRenderedPageBreak/>
              <w:t>行政規則可做</w:t>
            </w:r>
            <w:proofErr w:type="spellEnd"/>
          </w:p>
        </w:tc>
        <w:tc>
          <w:tcPr>
            <w:tcW w:w="3312" w:type="dxa"/>
            <w:tcMar>
              <w:top w:w="90" w:type="dxa"/>
              <w:left w:w="100" w:type="dxa"/>
              <w:bottom w:w="90" w:type="dxa"/>
              <w:right w:w="100" w:type="dxa"/>
            </w:tcMar>
            <w:vAlign w:val="center"/>
          </w:tcPr>
          <w:p w14:paraId="1F7B998A" w14:textId="77777777" w:rsidR="0084721C" w:rsidRDefault="009B07FB">
            <w:pPr>
              <w:spacing w:line="252" w:lineRule="auto"/>
              <w:rPr>
                <w:lang w:eastAsia="zh-TW"/>
              </w:rPr>
            </w:pPr>
            <w:r>
              <w:rPr>
                <w:sz w:val="17"/>
                <w:lang w:eastAsia="zh-TW"/>
              </w:rPr>
              <w:t>由主管機關建立風險分級、標準證據包、跨機關升級與雙語異議程序。</w:t>
            </w:r>
          </w:p>
        </w:tc>
        <w:tc>
          <w:tcPr>
            <w:tcW w:w="3312" w:type="dxa"/>
            <w:tcMar>
              <w:top w:w="90" w:type="dxa"/>
              <w:left w:w="100" w:type="dxa"/>
              <w:bottom w:w="90" w:type="dxa"/>
              <w:right w:w="100" w:type="dxa"/>
            </w:tcMar>
            <w:vAlign w:val="center"/>
          </w:tcPr>
          <w:p w14:paraId="63BE146E" w14:textId="77777777" w:rsidR="0084721C" w:rsidRDefault="009B07FB">
            <w:pPr>
              <w:spacing w:line="252" w:lineRule="auto"/>
              <w:rPr>
                <w:lang w:eastAsia="zh-TW"/>
              </w:rPr>
            </w:pPr>
            <w:r>
              <w:rPr>
                <w:sz w:val="17"/>
                <w:lang w:eastAsia="zh-TW"/>
              </w:rPr>
              <w:t>目的機關有一致的第一回應與事實盤點流程。</w:t>
            </w:r>
          </w:p>
        </w:tc>
      </w:tr>
      <w:tr w:rsidR="0084721C" w14:paraId="7E57D830" w14:textId="77777777">
        <w:trPr>
          <w:jc w:val="center"/>
        </w:trPr>
        <w:tc>
          <w:tcPr>
            <w:tcW w:w="3312" w:type="dxa"/>
            <w:tcMar>
              <w:top w:w="90" w:type="dxa"/>
              <w:left w:w="100" w:type="dxa"/>
              <w:bottom w:w="90" w:type="dxa"/>
              <w:right w:w="100" w:type="dxa"/>
            </w:tcMar>
            <w:vAlign w:val="center"/>
          </w:tcPr>
          <w:p w14:paraId="60E8F9D7" w14:textId="77777777" w:rsidR="0084721C" w:rsidRDefault="009B07FB">
            <w:pPr>
              <w:spacing w:line="252" w:lineRule="auto"/>
            </w:pPr>
            <w:proofErr w:type="spellStart"/>
            <w:r>
              <w:rPr>
                <w:sz w:val="17"/>
              </w:rPr>
              <w:t>需要法律配套</w:t>
            </w:r>
            <w:proofErr w:type="spellEnd"/>
          </w:p>
        </w:tc>
        <w:tc>
          <w:tcPr>
            <w:tcW w:w="3312" w:type="dxa"/>
            <w:tcMar>
              <w:top w:w="90" w:type="dxa"/>
              <w:left w:w="100" w:type="dxa"/>
              <w:bottom w:w="90" w:type="dxa"/>
              <w:right w:w="100" w:type="dxa"/>
            </w:tcMar>
            <w:vAlign w:val="center"/>
          </w:tcPr>
          <w:p w14:paraId="64C59D59" w14:textId="77777777" w:rsidR="0084721C" w:rsidRDefault="009B07FB">
            <w:pPr>
              <w:spacing w:line="252" w:lineRule="auto"/>
              <w:rPr>
                <w:lang w:eastAsia="zh-TW"/>
              </w:rPr>
            </w:pPr>
            <w:r>
              <w:rPr>
                <w:sz w:val="17"/>
                <w:lang w:eastAsia="zh-TW"/>
              </w:rPr>
              <w:t>增訂跨境權利事件的資料交付、法定停止命令、對外程序、責任與救濟依據。</w:t>
            </w:r>
          </w:p>
        </w:tc>
        <w:tc>
          <w:tcPr>
            <w:tcW w:w="3312" w:type="dxa"/>
            <w:tcMar>
              <w:top w:w="90" w:type="dxa"/>
              <w:left w:w="100" w:type="dxa"/>
              <w:bottom w:w="90" w:type="dxa"/>
              <w:right w:w="100" w:type="dxa"/>
            </w:tcMar>
            <w:vAlign w:val="center"/>
          </w:tcPr>
          <w:p w14:paraId="0C323CEC" w14:textId="77777777" w:rsidR="0084721C" w:rsidRDefault="009B07FB">
            <w:pPr>
              <w:spacing w:line="252" w:lineRule="auto"/>
              <w:rPr>
                <w:lang w:eastAsia="zh-TW"/>
              </w:rPr>
            </w:pPr>
            <w:r>
              <w:rPr>
                <w:sz w:val="17"/>
                <w:lang w:eastAsia="zh-TW"/>
              </w:rPr>
              <w:t>在法律授權範圍內，對特定機關或業者形成拘束力。</w:t>
            </w:r>
          </w:p>
        </w:tc>
      </w:tr>
      <w:tr w:rsidR="0084721C" w14:paraId="23FEADF4" w14:textId="77777777">
        <w:trPr>
          <w:jc w:val="center"/>
        </w:trPr>
        <w:tc>
          <w:tcPr>
            <w:tcW w:w="3312" w:type="dxa"/>
            <w:tcMar>
              <w:top w:w="90" w:type="dxa"/>
              <w:left w:w="100" w:type="dxa"/>
              <w:bottom w:w="90" w:type="dxa"/>
              <w:right w:w="100" w:type="dxa"/>
            </w:tcMar>
            <w:vAlign w:val="center"/>
          </w:tcPr>
          <w:p w14:paraId="0B0D9AF5" w14:textId="77777777" w:rsidR="0084721C" w:rsidRDefault="009B07FB">
            <w:pPr>
              <w:spacing w:line="252" w:lineRule="auto"/>
            </w:pPr>
            <w:proofErr w:type="spellStart"/>
            <w:r>
              <w:rPr>
                <w:sz w:val="17"/>
              </w:rPr>
              <w:t>國家統籌</w:t>
            </w:r>
            <w:proofErr w:type="spellEnd"/>
          </w:p>
        </w:tc>
        <w:tc>
          <w:tcPr>
            <w:tcW w:w="3312" w:type="dxa"/>
            <w:tcMar>
              <w:top w:w="90" w:type="dxa"/>
              <w:left w:w="100" w:type="dxa"/>
              <w:bottom w:w="90" w:type="dxa"/>
              <w:right w:w="100" w:type="dxa"/>
            </w:tcMar>
            <w:vAlign w:val="center"/>
          </w:tcPr>
          <w:p w14:paraId="23FE63AD" w14:textId="77777777" w:rsidR="0084721C" w:rsidRDefault="009B07FB">
            <w:pPr>
              <w:spacing w:line="252" w:lineRule="auto"/>
              <w:rPr>
                <w:lang w:eastAsia="zh-TW"/>
              </w:rPr>
            </w:pPr>
            <w:proofErr w:type="gramStart"/>
            <w:r>
              <w:rPr>
                <w:sz w:val="17"/>
                <w:lang w:eastAsia="zh-TW"/>
              </w:rPr>
              <w:t>達跨機關</w:t>
            </w:r>
            <w:proofErr w:type="gramEnd"/>
            <w:r>
              <w:rPr>
                <w:sz w:val="17"/>
                <w:lang w:eastAsia="zh-TW"/>
              </w:rPr>
              <w:t>、重大供應鏈、國安、出口管制或對外經貿風險門檻時，行政院指定統籌責任者。</w:t>
            </w:r>
          </w:p>
        </w:tc>
        <w:tc>
          <w:tcPr>
            <w:tcW w:w="3312" w:type="dxa"/>
            <w:tcMar>
              <w:top w:w="90" w:type="dxa"/>
              <w:left w:w="100" w:type="dxa"/>
              <w:bottom w:w="90" w:type="dxa"/>
              <w:right w:w="100" w:type="dxa"/>
            </w:tcMar>
            <w:vAlign w:val="center"/>
          </w:tcPr>
          <w:p w14:paraId="71429FF0" w14:textId="77777777" w:rsidR="0084721C" w:rsidRDefault="009B07FB">
            <w:pPr>
              <w:spacing w:line="252" w:lineRule="auto"/>
              <w:rPr>
                <w:lang w:eastAsia="zh-TW"/>
              </w:rPr>
            </w:pPr>
            <w:r>
              <w:rPr>
                <w:sz w:val="17"/>
                <w:lang w:eastAsia="zh-TW"/>
              </w:rPr>
              <w:t>各部會提供可追溯的專業判斷；統籌者整合為一致的國家說明。</w:t>
            </w:r>
          </w:p>
        </w:tc>
      </w:tr>
      <w:tr w:rsidR="0084721C" w14:paraId="15C95F4A" w14:textId="77777777">
        <w:trPr>
          <w:jc w:val="center"/>
        </w:trPr>
        <w:tc>
          <w:tcPr>
            <w:tcW w:w="3312" w:type="dxa"/>
            <w:tcMar>
              <w:top w:w="90" w:type="dxa"/>
              <w:left w:w="100" w:type="dxa"/>
              <w:bottom w:w="90" w:type="dxa"/>
              <w:right w:w="100" w:type="dxa"/>
            </w:tcMar>
            <w:vAlign w:val="center"/>
          </w:tcPr>
          <w:p w14:paraId="7C64358A" w14:textId="77777777" w:rsidR="0084721C" w:rsidRDefault="009B07FB">
            <w:pPr>
              <w:spacing w:line="252" w:lineRule="auto"/>
            </w:pPr>
            <w:proofErr w:type="spellStart"/>
            <w:r>
              <w:rPr>
                <w:sz w:val="17"/>
              </w:rPr>
              <w:t>對外回應</w:t>
            </w:r>
            <w:proofErr w:type="spellEnd"/>
          </w:p>
        </w:tc>
        <w:tc>
          <w:tcPr>
            <w:tcW w:w="3312" w:type="dxa"/>
            <w:tcMar>
              <w:top w:w="90" w:type="dxa"/>
              <w:left w:w="100" w:type="dxa"/>
              <w:bottom w:w="90" w:type="dxa"/>
              <w:right w:w="100" w:type="dxa"/>
            </w:tcMar>
            <w:vAlign w:val="center"/>
          </w:tcPr>
          <w:p w14:paraId="2B66EF69" w14:textId="77777777" w:rsidR="0084721C" w:rsidRDefault="009B07FB">
            <w:pPr>
              <w:spacing w:line="252" w:lineRule="auto"/>
              <w:rPr>
                <w:lang w:eastAsia="zh-TW"/>
              </w:rPr>
            </w:pPr>
            <w:r>
              <w:rPr>
                <w:sz w:val="17"/>
                <w:lang w:eastAsia="zh-TW"/>
              </w:rPr>
              <w:t>建立外國權利人、企業與合作政府可使用的聯絡與補救程序（至少中英雙語入口）。</w:t>
            </w:r>
          </w:p>
        </w:tc>
        <w:tc>
          <w:tcPr>
            <w:tcW w:w="3312" w:type="dxa"/>
            <w:tcMar>
              <w:top w:w="90" w:type="dxa"/>
              <w:left w:w="100" w:type="dxa"/>
              <w:bottom w:w="90" w:type="dxa"/>
              <w:right w:w="100" w:type="dxa"/>
            </w:tcMar>
            <w:vAlign w:val="center"/>
          </w:tcPr>
          <w:p w14:paraId="26FB67C9" w14:textId="77777777" w:rsidR="0084721C" w:rsidRDefault="009B07FB">
            <w:pPr>
              <w:spacing w:line="252" w:lineRule="auto"/>
              <w:rPr>
                <w:lang w:eastAsia="zh-TW"/>
              </w:rPr>
            </w:pPr>
            <w:r>
              <w:rPr>
                <w:sz w:val="17"/>
                <w:lang w:eastAsia="zh-TW"/>
              </w:rPr>
              <w:t>臺灣能提出已保存的證據與已執行的停止紀錄，而非事後危機公關。</w:t>
            </w:r>
          </w:p>
        </w:tc>
      </w:tr>
    </w:tbl>
    <w:p w14:paraId="6959687B" w14:textId="77777777" w:rsidR="0084721C" w:rsidRDefault="0084721C">
      <w:pPr>
        <w:spacing w:after="40"/>
        <w:rPr>
          <w:lang w:eastAsia="zh-TW"/>
        </w:rPr>
      </w:pPr>
    </w:p>
    <w:p w14:paraId="260A2548" w14:textId="77777777" w:rsidR="0084721C" w:rsidRDefault="009B07FB">
      <w:pPr>
        <w:spacing w:after="120" w:line="324" w:lineRule="auto"/>
        <w:rPr>
          <w:lang w:eastAsia="zh-TW"/>
        </w:rPr>
      </w:pPr>
      <w:r>
        <w:rPr>
          <w:lang w:eastAsia="zh-TW"/>
        </w:rPr>
        <w:t>這不是主張消滅數發部、智財局、</w:t>
      </w:r>
      <w:r>
        <w:rPr>
          <w:lang w:eastAsia="zh-TW"/>
        </w:rPr>
        <w:t>資策會科法所或其他專業單位；應撤除的是它們以「參考手冊、研究報告或意見提供」取代個案責任的制度位置。研究機構仍可提出企業治理與比較法知識，數</w:t>
      </w:r>
      <w:proofErr w:type="gramStart"/>
      <w:r>
        <w:rPr>
          <w:lang w:eastAsia="zh-TW"/>
        </w:rPr>
        <w:t>發部仍可</w:t>
      </w:r>
      <w:proofErr w:type="gramEnd"/>
      <w:r>
        <w:rPr>
          <w:lang w:eastAsia="zh-TW"/>
        </w:rPr>
        <w:t>制定技術標準，智財局仍可處理權利法制；但任何單位均不得再以自己「僅供參考」為由，讓目的機關、供應商與國家統籌者之間的責任消失。</w:t>
      </w:r>
    </w:p>
    <w:p w14:paraId="6E44F287" w14:textId="77777777" w:rsidR="0084721C" w:rsidRDefault="009B07FB">
      <w:pPr>
        <w:spacing w:after="120" w:line="324" w:lineRule="auto"/>
        <w:rPr>
          <w:lang w:eastAsia="zh-TW"/>
        </w:rPr>
      </w:pPr>
      <w:r>
        <w:rPr>
          <w:lang w:eastAsia="zh-TW"/>
        </w:rPr>
        <w:t>比較視野進一步確認：臺灣並非缺乏原則或機關，而是缺乏能在跨境權利主張出現時，立即提出「可被世界檢驗的行政證據」的制度裝置。中國大陸以提供者為中心的閘門、歐盟的透明度義務、美國的訴訟與安全雙軌，各有其脈絡與限制。臺灣若能把第十八篇的機關層</w:t>
      </w:r>
      <w:r>
        <w:rPr>
          <w:lang w:eastAsia="zh-TW"/>
        </w:rPr>
        <w:t>權利責任鏈，透過法律最低義務、採購契約工具與行政院指定統籌，推到國家層級，就能在「出事後才開始治理」與「事前保留可驗證證據」</w:t>
      </w:r>
      <w:proofErr w:type="gramStart"/>
      <w:r>
        <w:rPr>
          <w:lang w:eastAsia="zh-TW"/>
        </w:rPr>
        <w:t>之間，做出清楚的</w:t>
      </w:r>
      <w:proofErr w:type="gramEnd"/>
      <w:r>
        <w:rPr>
          <w:lang w:eastAsia="zh-TW"/>
        </w:rPr>
        <w:t>選擇。</w:t>
      </w:r>
    </w:p>
    <w:p w14:paraId="661907CC" w14:textId="77777777" w:rsidR="0084721C" w:rsidRDefault="009B07FB">
      <w:pPr>
        <w:spacing w:after="120" w:line="324" w:lineRule="auto"/>
        <w:rPr>
          <w:lang w:eastAsia="zh-TW"/>
        </w:rPr>
      </w:pPr>
      <w:r>
        <w:rPr>
          <w:lang w:eastAsia="zh-TW"/>
        </w:rPr>
        <w:t>因此，最低要求只有三項，並與第十八篇呼應：</w:t>
      </w:r>
    </w:p>
    <w:p w14:paraId="694D0688" w14:textId="77777777" w:rsidR="0084721C" w:rsidRDefault="009B07FB">
      <w:pPr>
        <w:spacing w:after="120" w:line="324" w:lineRule="auto"/>
        <w:rPr>
          <w:lang w:eastAsia="zh-TW"/>
        </w:rPr>
      </w:pPr>
      <w:r>
        <w:rPr>
          <w:lang w:eastAsia="zh-TW"/>
        </w:rPr>
        <w:t xml:space="preserve">1. </w:t>
      </w:r>
      <w:r>
        <w:rPr>
          <w:lang w:eastAsia="zh-TW"/>
        </w:rPr>
        <w:t>政府</w:t>
      </w:r>
      <w:r>
        <w:rPr>
          <w:lang w:eastAsia="zh-TW"/>
        </w:rPr>
        <w:t>AI</w:t>
      </w:r>
      <w:r>
        <w:rPr>
          <w:lang w:eastAsia="zh-TW"/>
        </w:rPr>
        <w:t>使用的每一項第三人內容（含跨境來源），應能說明權利從哪裡來、用到哪一步。</w:t>
      </w:r>
    </w:p>
    <w:p w14:paraId="4B007F0D" w14:textId="77777777" w:rsidR="0084721C" w:rsidRDefault="009B07FB">
      <w:pPr>
        <w:spacing w:after="120" w:line="324" w:lineRule="auto"/>
        <w:rPr>
          <w:lang w:eastAsia="zh-TW"/>
        </w:rPr>
      </w:pPr>
      <w:r>
        <w:rPr>
          <w:lang w:eastAsia="zh-TW"/>
        </w:rPr>
        <w:t xml:space="preserve">2. </w:t>
      </w:r>
      <w:r>
        <w:rPr>
          <w:lang w:eastAsia="zh-TW"/>
        </w:rPr>
        <w:t>出現疑義時，應有一位能實際停止使用、保全證據並啟動升級的人。</w:t>
      </w:r>
    </w:p>
    <w:p w14:paraId="6D16E1EC" w14:textId="77777777" w:rsidR="0084721C" w:rsidRDefault="009B07FB">
      <w:pPr>
        <w:spacing w:after="120" w:line="324" w:lineRule="auto"/>
        <w:rPr>
          <w:lang w:eastAsia="zh-TW"/>
        </w:rPr>
      </w:pPr>
      <w:r>
        <w:rPr>
          <w:lang w:eastAsia="zh-TW"/>
        </w:rPr>
        <w:t xml:space="preserve">3. </w:t>
      </w:r>
      <w:r>
        <w:rPr>
          <w:lang w:eastAsia="zh-TW"/>
        </w:rPr>
        <w:t>權利人（含境外）應能在不先提告的情況下，找到一個必須回應的入口。</w:t>
      </w:r>
    </w:p>
    <w:p w14:paraId="21E61086" w14:textId="77777777" w:rsidR="0084721C" w:rsidRDefault="009B07FB">
      <w:pPr>
        <w:spacing w:after="120" w:line="324" w:lineRule="auto"/>
        <w:rPr>
          <w:lang w:eastAsia="zh-TW"/>
        </w:rPr>
      </w:pPr>
      <w:r>
        <w:rPr>
          <w:lang w:eastAsia="zh-TW"/>
        </w:rPr>
        <w:lastRenderedPageBreak/>
        <w:t>若這三題沒有制度上的答案，臺灣</w:t>
      </w:r>
      <w:r>
        <w:rPr>
          <w:lang w:eastAsia="zh-TW"/>
        </w:rPr>
        <w:t>AI</w:t>
      </w:r>
      <w:r>
        <w:rPr>
          <w:lang w:eastAsia="zh-TW"/>
        </w:rPr>
        <w:t>治理在跨</w:t>
      </w:r>
      <w:proofErr w:type="gramStart"/>
      <w:r>
        <w:rPr>
          <w:lang w:eastAsia="zh-TW"/>
        </w:rPr>
        <w:t>境場域仍</w:t>
      </w:r>
      <w:proofErr w:type="gramEnd"/>
      <w:r>
        <w:rPr>
          <w:lang w:eastAsia="zh-TW"/>
        </w:rPr>
        <w:t>將是「出事後才開始治理」。而這正是本文要測試、也要避免的治理失效。國家能力不在於事後是否能辯護，而在於事前能否保留可被世界檢驗的行政證據</w:t>
      </w:r>
      <w:proofErr w:type="gramStart"/>
      <w:r>
        <w:rPr>
          <w:lang w:eastAsia="zh-TW"/>
        </w:rPr>
        <w:t>—</w:t>
      </w:r>
      <w:proofErr w:type="gramEnd"/>
      <w:r>
        <w:rPr>
          <w:lang w:eastAsia="zh-TW"/>
        </w:rPr>
        <w:t>—</w:t>
      </w:r>
      <w:r>
        <w:rPr>
          <w:lang w:eastAsia="zh-TW"/>
        </w:rPr>
        <w:t>無論權利人來自臺灣、中國大陸、歐盟、美國或其他</w:t>
      </w:r>
      <w:proofErr w:type="gramStart"/>
      <w:r>
        <w:rPr>
          <w:lang w:eastAsia="zh-TW"/>
        </w:rPr>
        <w:t>法域</w:t>
      </w:r>
      <w:proofErr w:type="gramEnd"/>
      <w:r>
        <w:rPr>
          <w:lang w:eastAsia="zh-TW"/>
        </w:rPr>
        <w:t>。</w:t>
      </w:r>
    </w:p>
    <w:p w14:paraId="1214ACD7" w14:textId="77777777" w:rsidR="0084721C" w:rsidRDefault="009B07FB">
      <w:pPr>
        <w:spacing w:after="140" w:line="324" w:lineRule="auto"/>
        <w:rPr>
          <w:lang w:eastAsia="zh-TW"/>
        </w:rPr>
      </w:pPr>
      <w:r>
        <w:rPr>
          <w:b/>
          <w:sz w:val="26"/>
          <w:lang w:eastAsia="zh-TW"/>
        </w:rPr>
        <w:t>附表：法律主張、原始來源與本文用途核對表</w:t>
      </w:r>
    </w:p>
    <w:tbl>
      <w:tblPr>
        <w:tblStyle w:val="TableGrid"/>
        <w:tblW w:w="0" w:type="auto"/>
        <w:jc w:val="center"/>
        <w:tblLook w:val="04A0" w:firstRow="1" w:lastRow="0" w:firstColumn="1" w:lastColumn="0" w:noHBand="0" w:noVBand="1"/>
      </w:tblPr>
      <w:tblGrid>
        <w:gridCol w:w="3312"/>
        <w:gridCol w:w="3312"/>
        <w:gridCol w:w="3312"/>
      </w:tblGrid>
      <w:tr w:rsidR="0084721C" w14:paraId="2AC4D133" w14:textId="77777777">
        <w:trPr>
          <w:jc w:val="center"/>
        </w:trPr>
        <w:tc>
          <w:tcPr>
            <w:tcW w:w="3312" w:type="dxa"/>
            <w:shd w:val="clear" w:color="auto" w:fill="DCE6F2"/>
            <w:tcMar>
              <w:top w:w="90" w:type="dxa"/>
              <w:left w:w="100" w:type="dxa"/>
              <w:bottom w:w="90" w:type="dxa"/>
              <w:right w:w="100" w:type="dxa"/>
            </w:tcMar>
            <w:vAlign w:val="center"/>
          </w:tcPr>
          <w:p w14:paraId="3E376482" w14:textId="77777777" w:rsidR="0084721C" w:rsidRDefault="009B07FB">
            <w:pPr>
              <w:spacing w:line="252" w:lineRule="auto"/>
            </w:pPr>
            <w:proofErr w:type="spellStart"/>
            <w:r>
              <w:rPr>
                <w:b/>
                <w:sz w:val="17"/>
              </w:rPr>
              <w:t>正文主張</w:t>
            </w:r>
            <w:proofErr w:type="spellEnd"/>
          </w:p>
        </w:tc>
        <w:tc>
          <w:tcPr>
            <w:tcW w:w="3312" w:type="dxa"/>
            <w:shd w:val="clear" w:color="auto" w:fill="DCE6F2"/>
            <w:tcMar>
              <w:top w:w="90" w:type="dxa"/>
              <w:left w:w="100" w:type="dxa"/>
              <w:bottom w:w="90" w:type="dxa"/>
              <w:right w:w="100" w:type="dxa"/>
            </w:tcMar>
            <w:vAlign w:val="center"/>
          </w:tcPr>
          <w:p w14:paraId="6E17B61A" w14:textId="77777777" w:rsidR="0084721C" w:rsidRDefault="009B07FB">
            <w:pPr>
              <w:spacing w:line="252" w:lineRule="auto"/>
            </w:pPr>
            <w:r>
              <w:rPr>
                <w:b/>
                <w:sz w:val="17"/>
              </w:rPr>
              <w:t>原始來源與條文</w:t>
            </w:r>
          </w:p>
        </w:tc>
        <w:tc>
          <w:tcPr>
            <w:tcW w:w="3312" w:type="dxa"/>
            <w:shd w:val="clear" w:color="auto" w:fill="DCE6F2"/>
            <w:tcMar>
              <w:top w:w="90" w:type="dxa"/>
              <w:left w:w="100" w:type="dxa"/>
              <w:bottom w:w="90" w:type="dxa"/>
              <w:right w:w="100" w:type="dxa"/>
            </w:tcMar>
            <w:vAlign w:val="center"/>
          </w:tcPr>
          <w:p w14:paraId="1EB1EC59" w14:textId="77777777" w:rsidR="0084721C" w:rsidRDefault="009B07FB">
            <w:pPr>
              <w:spacing w:line="252" w:lineRule="auto"/>
            </w:pPr>
            <w:r>
              <w:rPr>
                <w:b/>
                <w:sz w:val="17"/>
              </w:rPr>
              <w:t>本文用途與界線</w:t>
            </w:r>
          </w:p>
        </w:tc>
      </w:tr>
      <w:tr w:rsidR="0084721C" w14:paraId="2F6FF5C8" w14:textId="77777777">
        <w:trPr>
          <w:jc w:val="center"/>
        </w:trPr>
        <w:tc>
          <w:tcPr>
            <w:tcW w:w="3312" w:type="dxa"/>
            <w:tcMar>
              <w:top w:w="90" w:type="dxa"/>
              <w:left w:w="100" w:type="dxa"/>
              <w:bottom w:w="90" w:type="dxa"/>
              <w:right w:w="100" w:type="dxa"/>
            </w:tcMar>
            <w:vAlign w:val="center"/>
          </w:tcPr>
          <w:p w14:paraId="5B9A5436" w14:textId="77777777" w:rsidR="0084721C" w:rsidRDefault="009B07FB">
            <w:pPr>
              <w:spacing w:line="252" w:lineRule="auto"/>
              <w:rPr>
                <w:lang w:eastAsia="zh-TW"/>
              </w:rPr>
            </w:pPr>
            <w:r>
              <w:rPr>
                <w:sz w:val="17"/>
                <w:lang w:eastAsia="zh-TW"/>
              </w:rPr>
              <w:t>臺灣政府使用</w:t>
            </w:r>
            <w:r>
              <w:rPr>
                <w:sz w:val="17"/>
                <w:lang w:eastAsia="zh-TW"/>
              </w:rPr>
              <w:t>AI</w:t>
            </w:r>
            <w:r>
              <w:rPr>
                <w:sz w:val="17"/>
                <w:lang w:eastAsia="zh-TW"/>
              </w:rPr>
              <w:t>時應進行風險評估並建立內控或使用規範。</w:t>
            </w:r>
          </w:p>
        </w:tc>
        <w:tc>
          <w:tcPr>
            <w:tcW w:w="3312" w:type="dxa"/>
            <w:tcMar>
              <w:top w:w="90" w:type="dxa"/>
              <w:left w:w="100" w:type="dxa"/>
              <w:bottom w:w="90" w:type="dxa"/>
              <w:right w:w="100" w:type="dxa"/>
            </w:tcMar>
            <w:vAlign w:val="center"/>
          </w:tcPr>
          <w:p w14:paraId="4A9D8EC8" w14:textId="77777777" w:rsidR="0084721C" w:rsidRDefault="009B07FB">
            <w:pPr>
              <w:spacing w:line="252" w:lineRule="auto"/>
              <w:rPr>
                <w:lang w:eastAsia="zh-TW"/>
              </w:rPr>
            </w:pPr>
            <w:r>
              <w:rPr>
                <w:sz w:val="17"/>
                <w:lang w:eastAsia="zh-TW"/>
              </w:rPr>
              <w:t>《人工智慧基本法》第</w:t>
            </w:r>
            <w:r>
              <w:rPr>
                <w:sz w:val="17"/>
                <w:lang w:eastAsia="zh-TW"/>
              </w:rPr>
              <w:t>19</w:t>
            </w:r>
            <w:r>
              <w:rPr>
                <w:sz w:val="17"/>
                <w:lang w:eastAsia="zh-TW"/>
              </w:rPr>
              <w:t>條。</w:t>
            </w:r>
          </w:p>
        </w:tc>
        <w:tc>
          <w:tcPr>
            <w:tcW w:w="3312" w:type="dxa"/>
            <w:tcMar>
              <w:top w:w="90" w:type="dxa"/>
              <w:left w:w="100" w:type="dxa"/>
              <w:bottom w:w="90" w:type="dxa"/>
              <w:right w:w="100" w:type="dxa"/>
            </w:tcMar>
            <w:vAlign w:val="center"/>
          </w:tcPr>
          <w:p w14:paraId="197B6F77" w14:textId="77777777" w:rsidR="0084721C" w:rsidRDefault="009B07FB">
            <w:pPr>
              <w:spacing w:line="252" w:lineRule="auto"/>
              <w:rPr>
                <w:lang w:eastAsia="zh-TW"/>
              </w:rPr>
            </w:pPr>
            <w:r>
              <w:rPr>
                <w:sz w:val="17"/>
                <w:lang w:eastAsia="zh-TW"/>
              </w:rPr>
              <w:t>現行法介面；不等於已有跨境權利事件的停止命令制度。</w:t>
            </w:r>
          </w:p>
        </w:tc>
      </w:tr>
      <w:tr w:rsidR="0084721C" w14:paraId="27D424C0" w14:textId="77777777">
        <w:trPr>
          <w:jc w:val="center"/>
        </w:trPr>
        <w:tc>
          <w:tcPr>
            <w:tcW w:w="3312" w:type="dxa"/>
            <w:tcMar>
              <w:top w:w="90" w:type="dxa"/>
              <w:left w:w="100" w:type="dxa"/>
              <w:bottom w:w="90" w:type="dxa"/>
              <w:right w:w="100" w:type="dxa"/>
            </w:tcMar>
            <w:vAlign w:val="center"/>
          </w:tcPr>
          <w:p w14:paraId="7534D36B" w14:textId="77777777" w:rsidR="0084721C" w:rsidRDefault="009B07FB">
            <w:pPr>
              <w:spacing w:line="252" w:lineRule="auto"/>
              <w:rPr>
                <w:lang w:eastAsia="zh-TW"/>
              </w:rPr>
            </w:pPr>
            <w:r>
              <w:rPr>
                <w:sz w:val="17"/>
                <w:lang w:eastAsia="zh-TW"/>
              </w:rPr>
              <w:t>國科會、行政院特別委員會與數發部風險框架各</w:t>
            </w:r>
            <w:r>
              <w:rPr>
                <w:sz w:val="17"/>
                <w:lang w:eastAsia="zh-TW"/>
              </w:rPr>
              <w:t>有定位。</w:t>
            </w:r>
          </w:p>
        </w:tc>
        <w:tc>
          <w:tcPr>
            <w:tcW w:w="3312" w:type="dxa"/>
            <w:tcMar>
              <w:top w:w="90" w:type="dxa"/>
              <w:left w:w="100" w:type="dxa"/>
              <w:bottom w:w="90" w:type="dxa"/>
              <w:right w:w="100" w:type="dxa"/>
            </w:tcMar>
            <w:vAlign w:val="center"/>
          </w:tcPr>
          <w:p w14:paraId="069FA0F1" w14:textId="77777777" w:rsidR="0084721C" w:rsidRDefault="009B07FB">
            <w:pPr>
              <w:spacing w:line="252" w:lineRule="auto"/>
              <w:rPr>
                <w:lang w:eastAsia="zh-TW"/>
              </w:rPr>
            </w:pPr>
            <w:r>
              <w:rPr>
                <w:sz w:val="17"/>
                <w:lang w:eastAsia="zh-TW"/>
              </w:rPr>
              <w:t>《人工智慧基本法》第</w:t>
            </w:r>
            <w:r>
              <w:rPr>
                <w:sz w:val="17"/>
                <w:lang w:eastAsia="zh-TW"/>
              </w:rPr>
              <w:t>2</w:t>
            </w:r>
            <w:r>
              <w:rPr>
                <w:sz w:val="17"/>
                <w:lang w:eastAsia="zh-TW"/>
              </w:rPr>
              <w:t>、</w:t>
            </w:r>
            <w:r>
              <w:rPr>
                <w:sz w:val="17"/>
                <w:lang w:eastAsia="zh-TW"/>
              </w:rPr>
              <w:t>6</w:t>
            </w:r>
            <w:r>
              <w:rPr>
                <w:sz w:val="17"/>
                <w:lang w:eastAsia="zh-TW"/>
              </w:rPr>
              <w:t>、</w:t>
            </w:r>
            <w:r>
              <w:rPr>
                <w:sz w:val="17"/>
                <w:lang w:eastAsia="zh-TW"/>
              </w:rPr>
              <w:t>16</w:t>
            </w:r>
            <w:r>
              <w:rPr>
                <w:sz w:val="17"/>
                <w:lang w:eastAsia="zh-TW"/>
              </w:rPr>
              <w:t>條。</w:t>
            </w:r>
          </w:p>
        </w:tc>
        <w:tc>
          <w:tcPr>
            <w:tcW w:w="3312" w:type="dxa"/>
            <w:tcMar>
              <w:top w:w="90" w:type="dxa"/>
              <w:left w:w="100" w:type="dxa"/>
              <w:bottom w:w="90" w:type="dxa"/>
              <w:right w:w="100" w:type="dxa"/>
            </w:tcMar>
            <w:vAlign w:val="center"/>
          </w:tcPr>
          <w:p w14:paraId="34EDF4C6" w14:textId="77777777" w:rsidR="0084721C" w:rsidRDefault="009B07FB">
            <w:pPr>
              <w:spacing w:line="252" w:lineRule="auto"/>
              <w:rPr>
                <w:lang w:eastAsia="zh-TW"/>
              </w:rPr>
            </w:pPr>
            <w:r>
              <w:rPr>
                <w:sz w:val="17"/>
                <w:lang w:eastAsia="zh-TW"/>
              </w:rPr>
              <w:t>說明既有制度零件；本文的跨境升級程序屬規範主張。</w:t>
            </w:r>
          </w:p>
        </w:tc>
      </w:tr>
      <w:tr w:rsidR="0084721C" w14:paraId="58604DCE" w14:textId="77777777">
        <w:trPr>
          <w:jc w:val="center"/>
        </w:trPr>
        <w:tc>
          <w:tcPr>
            <w:tcW w:w="3312" w:type="dxa"/>
            <w:tcMar>
              <w:top w:w="90" w:type="dxa"/>
              <w:left w:w="100" w:type="dxa"/>
              <w:bottom w:w="90" w:type="dxa"/>
              <w:right w:w="100" w:type="dxa"/>
            </w:tcMar>
            <w:vAlign w:val="center"/>
          </w:tcPr>
          <w:p w14:paraId="1092A4E8" w14:textId="77777777" w:rsidR="0084721C" w:rsidRDefault="009B07FB">
            <w:pPr>
              <w:spacing w:line="252" w:lineRule="auto"/>
              <w:rPr>
                <w:lang w:eastAsia="zh-TW"/>
              </w:rPr>
            </w:pPr>
            <w:r>
              <w:rPr>
                <w:sz w:val="17"/>
                <w:lang w:eastAsia="zh-TW"/>
              </w:rPr>
              <w:t>中國大陸暫行辦法主要適用於向境內公眾提供服務，並課提供者資料、投訴與說明義務。</w:t>
            </w:r>
          </w:p>
        </w:tc>
        <w:tc>
          <w:tcPr>
            <w:tcW w:w="3312" w:type="dxa"/>
            <w:tcMar>
              <w:top w:w="90" w:type="dxa"/>
              <w:left w:w="100" w:type="dxa"/>
              <w:bottom w:w="90" w:type="dxa"/>
              <w:right w:w="100" w:type="dxa"/>
            </w:tcMar>
            <w:vAlign w:val="center"/>
          </w:tcPr>
          <w:p w14:paraId="64CD12E0" w14:textId="77777777" w:rsidR="0084721C" w:rsidRDefault="009B07FB">
            <w:pPr>
              <w:spacing w:line="252" w:lineRule="auto"/>
              <w:rPr>
                <w:lang w:eastAsia="zh-TW"/>
              </w:rPr>
            </w:pPr>
            <w:proofErr w:type="gramStart"/>
            <w:r>
              <w:rPr>
                <w:sz w:val="17"/>
                <w:lang w:eastAsia="zh-TW"/>
              </w:rPr>
              <w:t>《</w:t>
            </w:r>
            <w:proofErr w:type="gramEnd"/>
            <w:r>
              <w:rPr>
                <w:sz w:val="17"/>
                <w:lang w:eastAsia="zh-TW"/>
              </w:rPr>
              <w:t>生成式人工智能服务管理暂行办法》第</w:t>
            </w:r>
            <w:r>
              <w:rPr>
                <w:sz w:val="17"/>
                <w:lang w:eastAsia="zh-TW"/>
              </w:rPr>
              <w:t>2</w:t>
            </w:r>
            <w:r>
              <w:rPr>
                <w:sz w:val="17"/>
                <w:lang w:eastAsia="zh-TW"/>
              </w:rPr>
              <w:t>、</w:t>
            </w:r>
            <w:r>
              <w:rPr>
                <w:sz w:val="17"/>
                <w:lang w:eastAsia="zh-TW"/>
              </w:rPr>
              <w:t>7</w:t>
            </w:r>
            <w:r>
              <w:rPr>
                <w:sz w:val="17"/>
                <w:lang w:eastAsia="zh-TW"/>
              </w:rPr>
              <w:t>、</w:t>
            </w:r>
            <w:r>
              <w:rPr>
                <w:sz w:val="17"/>
                <w:lang w:eastAsia="zh-TW"/>
              </w:rPr>
              <w:t>15</w:t>
            </w:r>
            <w:r>
              <w:rPr>
                <w:sz w:val="17"/>
                <w:lang w:eastAsia="zh-TW"/>
              </w:rPr>
              <w:t>、</w:t>
            </w:r>
            <w:r>
              <w:rPr>
                <w:sz w:val="17"/>
                <w:lang w:eastAsia="zh-TW"/>
              </w:rPr>
              <w:t>19</w:t>
            </w:r>
            <w:r>
              <w:rPr>
                <w:sz w:val="17"/>
                <w:lang w:eastAsia="zh-TW"/>
              </w:rPr>
              <w:t>條。</w:t>
            </w:r>
          </w:p>
        </w:tc>
        <w:tc>
          <w:tcPr>
            <w:tcW w:w="3312" w:type="dxa"/>
            <w:tcMar>
              <w:top w:w="90" w:type="dxa"/>
              <w:left w:w="100" w:type="dxa"/>
              <w:bottom w:w="90" w:type="dxa"/>
              <w:right w:w="100" w:type="dxa"/>
            </w:tcMar>
            <w:vAlign w:val="center"/>
          </w:tcPr>
          <w:p w14:paraId="2A59F6DD" w14:textId="77777777" w:rsidR="0084721C" w:rsidRDefault="009B07FB">
            <w:pPr>
              <w:spacing w:line="252" w:lineRule="auto"/>
              <w:rPr>
                <w:lang w:eastAsia="zh-TW"/>
              </w:rPr>
            </w:pPr>
            <w:r>
              <w:rPr>
                <w:sz w:val="17"/>
                <w:lang w:eastAsia="zh-TW"/>
              </w:rPr>
              <w:t>比較提供者閘門；不推論其完整涵蓋政府內部</w:t>
            </w:r>
            <w:r>
              <w:rPr>
                <w:sz w:val="17"/>
                <w:lang w:eastAsia="zh-TW"/>
              </w:rPr>
              <w:t>RAG</w:t>
            </w:r>
            <w:r>
              <w:rPr>
                <w:sz w:val="17"/>
                <w:lang w:eastAsia="zh-TW"/>
              </w:rPr>
              <w:t>。</w:t>
            </w:r>
          </w:p>
        </w:tc>
      </w:tr>
      <w:tr w:rsidR="0084721C" w14:paraId="7DE42853" w14:textId="77777777">
        <w:trPr>
          <w:jc w:val="center"/>
        </w:trPr>
        <w:tc>
          <w:tcPr>
            <w:tcW w:w="3312" w:type="dxa"/>
            <w:tcMar>
              <w:top w:w="90" w:type="dxa"/>
              <w:left w:w="100" w:type="dxa"/>
              <w:bottom w:w="90" w:type="dxa"/>
              <w:right w:w="100" w:type="dxa"/>
            </w:tcMar>
            <w:vAlign w:val="center"/>
          </w:tcPr>
          <w:p w14:paraId="0195C9A8" w14:textId="77777777" w:rsidR="0084721C" w:rsidRDefault="009B07FB">
            <w:pPr>
              <w:spacing w:line="252" w:lineRule="auto"/>
              <w:rPr>
                <w:lang w:eastAsia="zh-TW"/>
              </w:rPr>
            </w:pPr>
            <w:r>
              <w:rPr>
                <w:sz w:val="17"/>
                <w:lang w:eastAsia="zh-TW"/>
              </w:rPr>
              <w:t>歐盟</w:t>
            </w:r>
            <w:r>
              <w:rPr>
                <w:sz w:val="17"/>
                <w:lang w:eastAsia="zh-TW"/>
              </w:rPr>
              <w:t>GPAI</w:t>
            </w:r>
            <w:r>
              <w:rPr>
                <w:sz w:val="17"/>
                <w:lang w:eastAsia="zh-TW"/>
              </w:rPr>
              <w:t>提供者有著作權政策及訓練內容摘要義務。</w:t>
            </w:r>
          </w:p>
        </w:tc>
        <w:tc>
          <w:tcPr>
            <w:tcW w:w="3312" w:type="dxa"/>
            <w:tcMar>
              <w:top w:w="90" w:type="dxa"/>
              <w:left w:w="100" w:type="dxa"/>
              <w:bottom w:w="90" w:type="dxa"/>
              <w:right w:w="100" w:type="dxa"/>
            </w:tcMar>
            <w:vAlign w:val="center"/>
          </w:tcPr>
          <w:p w14:paraId="6A65E222" w14:textId="77777777" w:rsidR="0084721C" w:rsidRDefault="009B07FB">
            <w:pPr>
              <w:spacing w:line="252" w:lineRule="auto"/>
              <w:rPr>
                <w:lang w:eastAsia="zh-TW"/>
              </w:rPr>
            </w:pPr>
            <w:r>
              <w:rPr>
                <w:sz w:val="17"/>
                <w:lang w:eastAsia="zh-TW"/>
              </w:rPr>
              <w:t xml:space="preserve">AI Act </w:t>
            </w:r>
            <w:r>
              <w:rPr>
                <w:sz w:val="17"/>
                <w:lang w:eastAsia="zh-TW"/>
              </w:rPr>
              <w:t>第</w:t>
            </w:r>
            <w:r>
              <w:rPr>
                <w:sz w:val="17"/>
                <w:lang w:eastAsia="zh-TW"/>
              </w:rPr>
              <w:t>53</w:t>
            </w:r>
            <w:r>
              <w:rPr>
                <w:sz w:val="17"/>
                <w:lang w:eastAsia="zh-TW"/>
              </w:rPr>
              <w:t>條；第</w:t>
            </w:r>
            <w:r>
              <w:rPr>
                <w:sz w:val="17"/>
                <w:lang w:eastAsia="zh-TW"/>
              </w:rPr>
              <w:t>113</w:t>
            </w:r>
            <w:r>
              <w:rPr>
                <w:sz w:val="17"/>
                <w:lang w:eastAsia="zh-TW"/>
              </w:rPr>
              <w:t>條規定</w:t>
            </w:r>
            <w:r>
              <w:rPr>
                <w:sz w:val="17"/>
                <w:lang w:eastAsia="zh-TW"/>
              </w:rPr>
              <w:t>GPAI</w:t>
            </w:r>
            <w:r>
              <w:rPr>
                <w:sz w:val="17"/>
                <w:lang w:eastAsia="zh-TW"/>
              </w:rPr>
              <w:t>義務適用時點。</w:t>
            </w:r>
          </w:p>
        </w:tc>
        <w:tc>
          <w:tcPr>
            <w:tcW w:w="3312" w:type="dxa"/>
            <w:tcMar>
              <w:top w:w="90" w:type="dxa"/>
              <w:left w:w="100" w:type="dxa"/>
              <w:bottom w:w="90" w:type="dxa"/>
              <w:right w:w="100" w:type="dxa"/>
            </w:tcMar>
            <w:vAlign w:val="center"/>
          </w:tcPr>
          <w:p w14:paraId="61A123B8" w14:textId="77777777" w:rsidR="0084721C" w:rsidRDefault="009B07FB">
            <w:pPr>
              <w:spacing w:line="252" w:lineRule="auto"/>
              <w:rPr>
                <w:lang w:eastAsia="zh-TW"/>
              </w:rPr>
            </w:pPr>
            <w:r>
              <w:rPr>
                <w:sz w:val="17"/>
                <w:lang w:eastAsia="zh-TW"/>
              </w:rPr>
              <w:t>比較模型層透明度；不推論部署者</w:t>
            </w:r>
            <w:r>
              <w:rPr>
                <w:sz w:val="17"/>
                <w:lang w:eastAsia="zh-TW"/>
              </w:rPr>
              <w:t>RAG</w:t>
            </w:r>
            <w:r>
              <w:rPr>
                <w:sz w:val="17"/>
                <w:lang w:eastAsia="zh-TW"/>
              </w:rPr>
              <w:t>已自動取得授權。</w:t>
            </w:r>
          </w:p>
        </w:tc>
      </w:tr>
      <w:tr w:rsidR="0084721C" w14:paraId="02450273" w14:textId="77777777">
        <w:trPr>
          <w:jc w:val="center"/>
        </w:trPr>
        <w:tc>
          <w:tcPr>
            <w:tcW w:w="3312" w:type="dxa"/>
            <w:tcMar>
              <w:top w:w="90" w:type="dxa"/>
              <w:left w:w="100" w:type="dxa"/>
              <w:bottom w:w="90" w:type="dxa"/>
              <w:right w:w="100" w:type="dxa"/>
            </w:tcMar>
            <w:vAlign w:val="center"/>
          </w:tcPr>
          <w:p w14:paraId="34EBFA3B" w14:textId="77777777" w:rsidR="0084721C" w:rsidRDefault="009B07FB">
            <w:pPr>
              <w:spacing w:line="252" w:lineRule="auto"/>
              <w:rPr>
                <w:lang w:eastAsia="zh-TW"/>
              </w:rPr>
            </w:pPr>
            <w:r>
              <w:rPr>
                <w:sz w:val="17"/>
                <w:lang w:eastAsia="zh-TW"/>
              </w:rPr>
              <w:t>美國聯邦</w:t>
            </w:r>
            <w:r>
              <w:rPr>
                <w:sz w:val="17"/>
                <w:lang w:eastAsia="zh-TW"/>
              </w:rPr>
              <w:t>AI</w:t>
            </w:r>
            <w:r>
              <w:rPr>
                <w:sz w:val="17"/>
                <w:lang w:eastAsia="zh-TW"/>
              </w:rPr>
              <w:t>採購可將</w:t>
            </w:r>
            <w:r>
              <w:rPr>
                <w:sz w:val="17"/>
                <w:lang w:eastAsia="zh-TW"/>
              </w:rPr>
              <w:t>IP</w:t>
            </w:r>
            <w:r>
              <w:rPr>
                <w:sz w:val="17"/>
                <w:lang w:eastAsia="zh-TW"/>
              </w:rPr>
              <w:t>、資料處理、透明度與持續監測寫入契約。</w:t>
            </w:r>
          </w:p>
        </w:tc>
        <w:tc>
          <w:tcPr>
            <w:tcW w:w="3312" w:type="dxa"/>
            <w:tcMar>
              <w:top w:w="90" w:type="dxa"/>
              <w:left w:w="100" w:type="dxa"/>
              <w:bottom w:w="90" w:type="dxa"/>
              <w:right w:w="100" w:type="dxa"/>
            </w:tcMar>
            <w:vAlign w:val="center"/>
          </w:tcPr>
          <w:p w14:paraId="5BEB697F" w14:textId="77777777" w:rsidR="0084721C" w:rsidRDefault="009B07FB">
            <w:pPr>
              <w:spacing w:line="252" w:lineRule="auto"/>
            </w:pPr>
            <w:r>
              <w:rPr>
                <w:sz w:val="17"/>
              </w:rPr>
              <w:t>OMB M-25-22 §§3(d), 4</w:t>
            </w:r>
            <w:r>
              <w:rPr>
                <w:sz w:val="17"/>
              </w:rPr>
              <w:t>。</w:t>
            </w:r>
          </w:p>
        </w:tc>
        <w:tc>
          <w:tcPr>
            <w:tcW w:w="3312" w:type="dxa"/>
            <w:tcMar>
              <w:top w:w="90" w:type="dxa"/>
              <w:left w:w="100" w:type="dxa"/>
              <w:bottom w:w="90" w:type="dxa"/>
              <w:right w:w="100" w:type="dxa"/>
            </w:tcMar>
            <w:vAlign w:val="center"/>
          </w:tcPr>
          <w:p w14:paraId="713B1296" w14:textId="77777777" w:rsidR="0084721C" w:rsidRDefault="009B07FB">
            <w:pPr>
              <w:spacing w:line="252" w:lineRule="auto"/>
              <w:rPr>
                <w:lang w:eastAsia="zh-TW"/>
              </w:rPr>
            </w:pPr>
            <w:r>
              <w:rPr>
                <w:sz w:val="17"/>
                <w:lang w:eastAsia="zh-TW"/>
              </w:rPr>
              <w:t>提供採購設計參考；不作為臺灣機關命令境外供應商的法律依據。</w:t>
            </w:r>
          </w:p>
        </w:tc>
      </w:tr>
    </w:tbl>
    <w:p w14:paraId="2C7BB64B" w14:textId="77777777" w:rsidR="0084721C" w:rsidRDefault="0084721C">
      <w:pPr>
        <w:spacing w:after="40"/>
        <w:rPr>
          <w:lang w:eastAsia="zh-TW"/>
        </w:rPr>
      </w:pPr>
    </w:p>
    <w:p w14:paraId="210D1DC9" w14:textId="77777777" w:rsidR="0084721C" w:rsidRDefault="009B07FB">
      <w:pPr>
        <w:spacing w:after="140" w:line="324" w:lineRule="auto"/>
        <w:rPr>
          <w:lang w:eastAsia="zh-TW"/>
        </w:rPr>
      </w:pPr>
      <w:r>
        <w:rPr>
          <w:b/>
          <w:sz w:val="26"/>
          <w:lang w:eastAsia="zh-TW"/>
        </w:rPr>
        <w:t>參考資料與</w:t>
      </w:r>
      <w:proofErr w:type="gramStart"/>
      <w:r>
        <w:rPr>
          <w:b/>
          <w:sz w:val="26"/>
          <w:lang w:eastAsia="zh-TW"/>
        </w:rPr>
        <w:t>一</w:t>
      </w:r>
      <w:proofErr w:type="gramEnd"/>
      <w:r>
        <w:rPr>
          <w:b/>
          <w:sz w:val="26"/>
          <w:lang w:eastAsia="zh-TW"/>
        </w:rPr>
        <w:t>手法源</w:t>
      </w:r>
    </w:p>
    <w:p w14:paraId="0F3C7DE4" w14:textId="77777777" w:rsidR="0084721C" w:rsidRDefault="009B07FB">
      <w:pPr>
        <w:spacing w:after="120" w:line="324" w:lineRule="auto"/>
        <w:rPr>
          <w:lang w:eastAsia="zh-TW"/>
        </w:rPr>
      </w:pPr>
      <w:r>
        <w:rPr>
          <w:lang w:eastAsia="zh-TW"/>
        </w:rPr>
        <w:t>下列來源支撐正文中關於法規文本、施行時點與聯邦採購要求的敘述；本文的規範性制度建議另以本文明示，不</w:t>
      </w:r>
      <w:proofErr w:type="gramStart"/>
      <w:r>
        <w:rPr>
          <w:lang w:eastAsia="zh-TW"/>
        </w:rPr>
        <w:t>將其誤寫</w:t>
      </w:r>
      <w:proofErr w:type="gramEnd"/>
      <w:r>
        <w:rPr>
          <w:lang w:eastAsia="zh-TW"/>
        </w:rPr>
        <w:t>為現行法。</w:t>
      </w:r>
    </w:p>
    <w:p w14:paraId="1EB64D73" w14:textId="77777777" w:rsidR="0084721C" w:rsidRDefault="009B07FB">
      <w:pPr>
        <w:spacing w:after="120" w:line="324" w:lineRule="auto"/>
        <w:rPr>
          <w:lang w:eastAsia="zh-TW"/>
        </w:rPr>
      </w:pPr>
      <w:r>
        <w:rPr>
          <w:lang w:eastAsia="zh-TW"/>
        </w:rPr>
        <w:t xml:space="preserve">1. </w:t>
      </w:r>
      <w:r>
        <w:rPr>
          <w:lang w:eastAsia="zh-TW"/>
        </w:rPr>
        <w:t>法務部全國法規資料庫（</w:t>
      </w:r>
      <w:r>
        <w:rPr>
          <w:lang w:eastAsia="zh-TW"/>
        </w:rPr>
        <w:t>2026</w:t>
      </w:r>
      <w:r>
        <w:rPr>
          <w:lang w:eastAsia="zh-TW"/>
        </w:rPr>
        <w:t>）。《人工智慧基本法》，</w:t>
      </w:r>
      <w:r>
        <w:rPr>
          <w:lang w:eastAsia="zh-TW"/>
        </w:rPr>
        <w:t>2026</w:t>
      </w:r>
      <w:r>
        <w:rPr>
          <w:lang w:eastAsia="zh-TW"/>
        </w:rPr>
        <w:t>年</w:t>
      </w:r>
      <w:r>
        <w:rPr>
          <w:lang w:eastAsia="zh-TW"/>
        </w:rPr>
        <w:t>1</w:t>
      </w:r>
      <w:r>
        <w:rPr>
          <w:lang w:eastAsia="zh-TW"/>
        </w:rPr>
        <w:t>月</w:t>
      </w:r>
      <w:r>
        <w:rPr>
          <w:lang w:eastAsia="zh-TW"/>
        </w:rPr>
        <w:t>14</w:t>
      </w:r>
      <w:r>
        <w:rPr>
          <w:lang w:eastAsia="zh-TW"/>
        </w:rPr>
        <w:t>日公布，第</w:t>
      </w:r>
      <w:r>
        <w:rPr>
          <w:lang w:eastAsia="zh-TW"/>
        </w:rPr>
        <w:t>2</w:t>
      </w:r>
      <w:r>
        <w:rPr>
          <w:lang w:eastAsia="zh-TW"/>
        </w:rPr>
        <w:t>、</w:t>
      </w:r>
      <w:r>
        <w:rPr>
          <w:lang w:eastAsia="zh-TW"/>
        </w:rPr>
        <w:t>6</w:t>
      </w:r>
      <w:r>
        <w:rPr>
          <w:lang w:eastAsia="zh-TW"/>
        </w:rPr>
        <w:t>、</w:t>
      </w:r>
      <w:r>
        <w:rPr>
          <w:lang w:eastAsia="zh-TW"/>
        </w:rPr>
        <w:t>16</w:t>
      </w:r>
      <w:r>
        <w:rPr>
          <w:lang w:eastAsia="zh-TW"/>
        </w:rPr>
        <w:t>、</w:t>
      </w:r>
      <w:r>
        <w:rPr>
          <w:lang w:eastAsia="zh-TW"/>
        </w:rPr>
        <w:t>19</w:t>
      </w:r>
      <w:r>
        <w:rPr>
          <w:lang w:eastAsia="zh-TW"/>
        </w:rPr>
        <w:t>條。</w:t>
      </w:r>
      <w:r>
        <w:rPr>
          <w:lang w:eastAsia="zh-TW"/>
        </w:rPr>
        <w:t>https://law.moj.gov.tw/ENG/LawClass/LawAll.as</w:t>
      </w:r>
      <w:r>
        <w:rPr>
          <w:lang w:eastAsia="zh-TW"/>
        </w:rPr>
        <w:t>px?pcode=H0160093</w:t>
      </w:r>
    </w:p>
    <w:p w14:paraId="52C60267" w14:textId="77777777" w:rsidR="0084721C" w:rsidRDefault="009B07FB">
      <w:pPr>
        <w:spacing w:after="120" w:line="324" w:lineRule="auto"/>
        <w:rPr>
          <w:lang w:eastAsia="zh-TW"/>
        </w:rPr>
      </w:pPr>
      <w:r>
        <w:rPr>
          <w:lang w:eastAsia="zh-TW"/>
        </w:rPr>
        <w:t xml:space="preserve">2. </w:t>
      </w:r>
      <w:r>
        <w:rPr>
          <w:lang w:eastAsia="zh-TW"/>
        </w:rPr>
        <w:t>國家互聯網信息辦公室等（</w:t>
      </w:r>
      <w:r>
        <w:rPr>
          <w:lang w:eastAsia="zh-TW"/>
        </w:rPr>
        <w:t>2023</w:t>
      </w:r>
      <w:r>
        <w:rPr>
          <w:lang w:eastAsia="zh-TW"/>
        </w:rPr>
        <w:t>）。</w:t>
      </w:r>
      <w:proofErr w:type="gramStart"/>
      <w:r>
        <w:rPr>
          <w:lang w:eastAsia="zh-TW"/>
        </w:rPr>
        <w:t>《</w:t>
      </w:r>
      <w:proofErr w:type="gramEnd"/>
      <w:r>
        <w:rPr>
          <w:lang w:eastAsia="zh-TW"/>
        </w:rPr>
        <w:t>生成式人工智能服务管理暂行办法》，</w:t>
      </w:r>
      <w:r>
        <w:rPr>
          <w:lang w:eastAsia="zh-TW"/>
        </w:rPr>
        <w:t>2023</w:t>
      </w:r>
      <w:r>
        <w:rPr>
          <w:lang w:eastAsia="zh-TW"/>
        </w:rPr>
        <w:t>年</w:t>
      </w:r>
      <w:r>
        <w:rPr>
          <w:lang w:eastAsia="zh-TW"/>
        </w:rPr>
        <w:t>8</w:t>
      </w:r>
      <w:r>
        <w:rPr>
          <w:lang w:eastAsia="zh-TW"/>
        </w:rPr>
        <w:t>月</w:t>
      </w:r>
      <w:r>
        <w:rPr>
          <w:lang w:eastAsia="zh-TW"/>
        </w:rPr>
        <w:t>15</w:t>
      </w:r>
      <w:r>
        <w:rPr>
          <w:lang w:eastAsia="zh-TW"/>
        </w:rPr>
        <w:t>日施行，第</w:t>
      </w:r>
      <w:r>
        <w:rPr>
          <w:lang w:eastAsia="zh-TW"/>
        </w:rPr>
        <w:t>2</w:t>
      </w:r>
      <w:r>
        <w:rPr>
          <w:lang w:eastAsia="zh-TW"/>
        </w:rPr>
        <w:t>、</w:t>
      </w:r>
      <w:r>
        <w:rPr>
          <w:lang w:eastAsia="zh-TW"/>
        </w:rPr>
        <w:t>7</w:t>
      </w:r>
      <w:r>
        <w:rPr>
          <w:lang w:eastAsia="zh-TW"/>
        </w:rPr>
        <w:t>、</w:t>
      </w:r>
      <w:r>
        <w:rPr>
          <w:lang w:eastAsia="zh-TW"/>
        </w:rPr>
        <w:t>15</w:t>
      </w:r>
      <w:r>
        <w:rPr>
          <w:lang w:eastAsia="zh-TW"/>
        </w:rPr>
        <w:t>、</w:t>
      </w:r>
      <w:r>
        <w:rPr>
          <w:lang w:eastAsia="zh-TW"/>
        </w:rPr>
        <w:t>19</w:t>
      </w:r>
      <w:r>
        <w:rPr>
          <w:lang w:eastAsia="zh-TW"/>
        </w:rPr>
        <w:t>條。</w:t>
      </w:r>
      <w:r>
        <w:rPr>
          <w:lang w:eastAsia="zh-TW"/>
        </w:rPr>
        <w:t>https://www.cac.gov.cn/2023-07/13/c_1690898327029107.htm</w:t>
      </w:r>
    </w:p>
    <w:p w14:paraId="11570A27" w14:textId="77777777" w:rsidR="0084721C" w:rsidRDefault="009B07FB">
      <w:pPr>
        <w:spacing w:after="120" w:line="324" w:lineRule="auto"/>
      </w:pPr>
      <w:r>
        <w:t>3. European Parliament and Council (2024). *Regulation (EU) 2024/1689 (Artificial Intelligence Act)*, arts. 10, 53, 1</w:t>
      </w:r>
      <w:r>
        <w:t>13. https://eur-lex.europa.eu/legal-content/EN/TXT/PDF/?uri=OJ%3AL_202401689</w:t>
      </w:r>
    </w:p>
    <w:p w14:paraId="532D40C0" w14:textId="77777777" w:rsidR="0084721C" w:rsidRDefault="009B07FB">
      <w:pPr>
        <w:spacing w:after="120" w:line="324" w:lineRule="auto"/>
      </w:pPr>
      <w:r>
        <w:lastRenderedPageBreak/>
        <w:t>4. European Commission (2025). *Template for the public summary of training content for general-purpose AI models*. https://digital-strategy.ec.europa.eu/en/faqs/template-general-</w:t>
      </w:r>
      <w:r>
        <w:t>purpose-ai-model-providers-summarise-their-training-content</w:t>
      </w:r>
    </w:p>
    <w:p w14:paraId="0A19E3A4" w14:textId="77777777" w:rsidR="0084721C" w:rsidRDefault="009B07FB">
      <w:pPr>
        <w:spacing w:after="120" w:line="324" w:lineRule="auto"/>
      </w:pPr>
      <w:r>
        <w:t>5. Office of Management and Budget (2025). *M-25-22: Driving Efficient Acquisition of Artificial Intelligence in Government*, especially §§ 3(d), 4. https://www.whitehouse.gov/wp-content/uploads/2</w:t>
      </w:r>
      <w:r>
        <w:t>025/02/M-25-22-Driving-Efficient-Acquisition-of-Artificial-Intelligence-in-Government.pdf</w:t>
      </w:r>
    </w:p>
    <w:p w14:paraId="1E3EAE8C" w14:textId="77777777" w:rsidR="0084721C" w:rsidRDefault="009B07FB">
      <w:pPr>
        <w:spacing w:after="120" w:line="324" w:lineRule="auto"/>
      </w:pPr>
      <w:r>
        <w:t xml:space="preserve">6. Kroll, J. A., Huey, J., Barocas, S., Felten, E. W., Reidenberg, J. R., Robinson, D. G., &amp; Yu, H. (2017). Accountable algorithms. *University of Pennsylvania Law </w:t>
      </w:r>
      <w:r>
        <w:t>Review, 165*(3), 633–705.</w:t>
      </w:r>
    </w:p>
    <w:p w14:paraId="65BAEB87" w14:textId="77777777" w:rsidR="0084721C" w:rsidRDefault="009B07FB">
      <w:pPr>
        <w:spacing w:after="120" w:line="324" w:lineRule="auto"/>
      </w:pPr>
      <w:r>
        <w:t>7. Simmhan, Y. L., Plale, B., &amp; Gannon, D. (2005). A survey of data provenance in e-science. *SIGMOD Record, 34*(3), 31–36. https://doi.org/10.1145/1084805.1084812</w:t>
      </w:r>
    </w:p>
    <w:p w14:paraId="4EEA7C80" w14:textId="77777777" w:rsidR="0084721C" w:rsidRDefault="009B07FB">
      <w:pPr>
        <w:spacing w:after="120" w:line="324" w:lineRule="auto"/>
      </w:pPr>
      <w:r>
        <w:t>8. Thompson, D. F. (1980). Moral responsibility of public official</w:t>
      </w:r>
      <w:r>
        <w:t>s: The problem of many hands. *American Political Science Review, 74*(4), 905–916.</w:t>
      </w:r>
    </w:p>
    <w:p w14:paraId="14B707E7" w14:textId="77777777" w:rsidR="0084721C" w:rsidRDefault="009B07FB">
      <w:pPr>
        <w:spacing w:after="120" w:line="324" w:lineRule="auto"/>
      </w:pPr>
      <w:r>
        <w:rPr>
          <w:highlight w:val="yellow"/>
        </w:rPr>
        <w:t>9. Thomson Reuters Enterprise Centre GmbH v. ROSS Intelligence Inc., No. 1:20-cv-00613-SB, 2025 WL 458520 (D. Del. Feb. 11, 2025) (order on cross-motions for summary judgmen</w:t>
      </w:r>
      <w:r>
        <w:rPr>
          <w:highlight w:val="yellow"/>
        </w:rPr>
        <w:t>t). https://www.ded.uscourts.gov/opinion/thomson-reuters-enterprise-centre-gmbh-et-al-v-ross-intelligence-inc-5</w:t>
      </w:r>
    </w:p>
    <w:p w14:paraId="4CB6F4BF" w14:textId="77777777" w:rsidR="0084721C" w:rsidRDefault="009B07FB">
      <w:pPr>
        <w:spacing w:after="120" w:line="324" w:lineRule="auto"/>
      </w:pPr>
      <w:r>
        <w:rPr>
          <w:highlight w:val="yellow"/>
        </w:rPr>
        <w:t>10. National Institute of Standards and Technology (NIST). (2023). Artificial Intelligence Risk Management Framework (AI RMF 1.0) (NIST AI 100-1</w:t>
      </w:r>
      <w:r>
        <w:rPr>
          <w:highlight w:val="yellow"/>
        </w:rPr>
        <w:t>). U.S. Department of Commerce. https://nvlpubs.nist.gov/nistpubs/ai/nist.ai.100-1.pdf</w:t>
      </w:r>
    </w:p>
    <w:p w14:paraId="450F4379" w14:textId="77777777" w:rsidR="0084721C" w:rsidRDefault="009B07FB">
      <w:pPr>
        <w:spacing w:after="120" w:line="324" w:lineRule="auto"/>
        <w:rPr>
          <w:lang w:eastAsia="zh-TW"/>
        </w:rPr>
      </w:pPr>
      <w:r>
        <w:rPr>
          <w:lang w:eastAsia="zh-TW"/>
        </w:rPr>
        <w:t>本文不以未經核對的二手說法作法律結論；三個</w:t>
      </w:r>
      <w:proofErr w:type="gramStart"/>
      <w:r>
        <w:rPr>
          <w:lang w:eastAsia="zh-TW"/>
        </w:rPr>
        <w:t>情境均為合成</w:t>
      </w:r>
      <w:proofErr w:type="gramEnd"/>
      <w:r>
        <w:rPr>
          <w:lang w:eastAsia="zh-TW"/>
        </w:rPr>
        <w:t>壓力測試，而非對臺灣現實個案的事實指控。</w:t>
      </w:r>
    </w:p>
    <w:sectPr w:rsidR="00FC693F" w:rsidRPr="0006063C" w:rsidSect="00034616">
      <w:pgSz w:w="11909" w:h="16834"/>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xmlns:w15="http://schemas.microsoft.com/office/word/2012/wordml" w:abstractNumId="9"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10">
    <w:abstractNumId w:val="9"/>
    <w:lvlOverride w:ilvl="0">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FootnoteReference">
    <w:name w:val="footnote reference"/>
    <w:basedOn w:val="DefaultParagraphFont"/>
    <w:uiPriority w:val="99"/>
    <w:semiHidden/>
    <w:unhideWhenUs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