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行政學概要 第12章</w:t>
      </w:r>
    </w:p>
    <w:p>
      <w:r>
        <w:t>行政學概要 第12章 完整內容即將上線，架構已預留。</w:t>
      </w:r>
    </w:p>
    <w:p>
      <w:r>
        <w:t>請上傳正式稿後替換此檔案。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