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行政學概要 第09章</w:t>
      </w:r>
    </w:p>
    <w:p>
      <w:r>
        <w:t>[DOCX page 1 image attached. Read this image directly to extract content.]</w:t>
      </w:r>
    </w:p>
    <w:p>
      <w:r>
        <w:t>行政學概要</w:t>
      </w:r>
    </w:p>
    <w:p>
      <w:r>
        <w:t>第九章　治理典範</w:t>
      </w:r>
    </w:p>
    <w:p>
      <w:r>
        <w:t>——從新公共服務到數位與AI治理:制度結構層次的整合總結</w:t>
      </w:r>
    </w:p>
    <w:p>
      <w:r>
        <w:t>學習目標</w:t>
      </w:r>
    </w:p>
    <w:p>
      <w:r>
        <w:t>能整合治理的多重定義(World Bank、Rhodes、UNDP、全球治理委員會),辨析government、governance、good governance的差異,並闡釋治理以網絡為基礎的形成邏輯。</w:t>
      </w:r>
    </w:p>
    <w:p>
      <w:r>
        <w:t>能闡釋治理結構從官僚、市場到網絡的三階段演進,掌握Peters四種治理模式(市場、參與、彈性、鬆綁)與World Bank治理四面向的意涵與限制。</w:t>
      </w:r>
    </w:p>
    <w:p>
      <w:r>
        <w:t>能建立官僚、市場、網絡三種治理邏輯的失靈比較架構,並掌握當代政府因應治理失靈所需具備的六項治理能力(整合、協作、數位、法規、反思、民主課責)。</w:t>
      </w:r>
    </w:p>
    <w:p>
      <w:r>
        <w:t>能系統性說明治理的類型學,包含參與治理、全球治理、良善治理八特徵、公司治理、環境治理、電子治理(G2C/G2B/G2G/G2E)與跨域治理。</w:t>
      </w:r>
    </w:p>
    <w:p>
      <w:r>
        <w:t>能闡釋新公共服務(NPS)七原則及其理論基礎,並對照新公共治理(NPG)與公共服務邏輯(Public Service Logic),理解治理作為共同創造的意涵。</w:t>
      </w:r>
    </w:p>
    <w:p>
      <w:r>
        <w:t>能掌握2020-2024年從電子治理到數位與AI治理的典範轉移,包含協同治理與韌性治理、數位公共領域治理,以及OECD與EU AI Act的AI治理框架。</w:t>
      </w:r>
    </w:p>
    <w:p>
      <w:r>
        <w:t>能批判性評估演算法治理下的課責、透明與民主課題,並運用25-3-3-4-7架構,分析協同治理納入AI代理人後的權力位移。</w:t>
      </w:r>
    </w:p>
    <w:p>
      <w:r>
        <w:t>能整合本書第二層(制度結構層)前五章的討論,說明官僚、市場、網絡三種治理邏輯如何在AI世代重新整合為元治理架構。</w:t>
      </w:r>
    </w:p>
    <w:p>
      <w:r>
        <w:t>能分析AI治理的包容性課題,理解數位落差對弱勢群體的差異影響,並辨析緊急治理措施延伸為常態治理時,在法律授權與監督上須重新檢視的制度要求。</w:t>
      </w:r>
    </w:p>
    <w:p>
      <w:r>
        <w:t>開場與定位</w:t>
      </w:r>
    </w:p>
    <w:p>
      <w:r>
        <w:t>「公共行政最重要也最有價值的,在於我們為公民服務,以促進共同善。最終,重點不在我們多有效率地完成工作,而在我們如何為所有人創造更美好的生活。」——Denhardt &amp; Denhardt,《The New Public Service》,2007:4</w:t>
      </w:r>
    </w:p>
    <w:p>
      <w:r>
        <w:t>第八章「政府與市場的抉擇」處理了政府該做什麼、市場能做什麼、第三部門又能補上哪些缺口,但這終究只回答了「誰來提供服務」的問題,卻尚未回答「治理本身應如何運作」這個更根本的提問。本章正是回應這個提問,並作為全書第二層「制度結構」的總結章——整合官僚、市場、網絡三種治理結構,說明當代治理已從單一官僚統治,轉為跨部門、跨層級的網絡協作。</w:t>
      </w:r>
    </w:p>
    <w:p>
      <w:r>
        <w:t>本章從治理的整合性定義出發,經治理結構官僚—市場—網絡的三階段演進,到治理失靈的比較架構與當代政府治理能力,再到Peters四模式與World Bank四面向;接著系統性介紹治理的類型學,以及新公共服務與新公共治理的典範對話。讀完前六節後,本章第七節將處理2020年後從電子治理邁向數位與AI治理的典範轉移,第八節則作為全書第二層的總結,回顧第四至九章如何共同構成制度結構層的完整圖像。最後,本章將以獨立一節,運用25-3-3-4-7架構,深入分析演算法治理、協同AI治理、元治理工具與AI治理的包容性課題所帶來的權力位移與制度挑戰。</w:t>
      </w:r>
    </w:p>
    <w:p>
      <w:r>
        <w:t>第一節　治理的意涵與形成:從政府到治理</w:t>
      </w:r>
    </w:p>
    <w:p>
      <w:r>
        <w:t>一、治理的整合性定義</w:t>
      </w:r>
    </w:p>
    <w:p>
      <w:r>
        <w:t>治理(Governance)一詞在1989年世界銀行《撒哈拉以南非洲:從危機到永續成長》報告中被重新引介,原指制度改革與更有效率的公共部門,後於1992年《Governance and Development》中正式定義為「行使權力以管理國家經濟與社會資源以促進發展的方式」。此定義將治理與政府(Government)做出區隔,強調治理涉及公民社會行動者。聯合國全球治理委員會(Commission on Global Governance, 1995)提出經典定義:「治理是各種公共的與私人的個人與機構管理其共同事務的諸多方式之總稱,它是調和相互衝突利益並採取聯合行動的持續過程,包括有權迫使人們服從的正式制度與規則,以及由人們同意或認為符合其利益的非正式制度安排。」這個定義點出治理作為「持續互動的協調過程」,排除單一機構獨斷宰制,強調共同規劃與共同行動。英國學者羅茲(Rhodes, 1997)則從網絡觀點定義治理為「自我組織、跨組織間的網絡,其特徵為相互依賴、資源交換、賽局規則以及相當程度的國家自主性」——治理的核心在於自主且互賴的行動者,透過信任與談判所自我組織的網絡。聯合國開發計畫署(UNDP, 1997)的定義則強調永續人類發展:治理是在國家、市場與公民社會互動中,於各層次行使經濟、政治與行政權威以管理國家事務的所有機制、過程與制度。至此,治理已從World Bank的經濟發展工具論,擴張為包含國家、市場與公民社會三部門協力、正式與非正式規則並重、跨層次互動的整體性概念。</w:t>
      </w:r>
    </w:p>
    <w:p>
      <w:r>
        <w:t>二、治理的形成:以網絡為基礎</w:t>
      </w:r>
    </w:p>
    <w:p>
      <w:r>
        <w:t>治理基礎是眾多行動者之間基於資源互賴所形成的穩定互動網絡。在水平的網絡關係中,公部門、企業與第三部門(或志願部門)行動者均具有合理的目標與利益取向,並擁有相對自主而非相等之治理能力——公部門擁有高權、合法行使暴力之獨占權,但私部門亦擁有專業知識、資金或信任等不可取代的權力來源。治理的本質是互賴與相對自主,而非齊頭式平等。治理形成有五大驅力:國家財政危機,1970年代石油危機後福利國家財政負荷過重,大政府模式失靈;市場意識形態興起,公共選擇理論、代理人理論主張市場競爭可糾正政府失靈;全球化與國家失靈,跨國議題(氣候、疫情、供應鏈)使主權國家能力受限;新公共管理的反動,過度市場化造成碎片化(fragmentation)與空洞化;社會變遷複雜化,棘手問題(wicked problems)需眾多利害關係人共解。</w:t>
      </w:r>
    </w:p>
    <w:p>
      <w:r>
        <w:t>三、治理的實踐:公私協力與社會資本</w:t>
      </w:r>
    </w:p>
    <w:p>
      <w:r>
        <w:t>治理的實踐集中於公私協力(Public-Private Partnership, PPP)。廣義而言,PPP指公私部門基於互利互惠共同提供公共服務並分擔風險,如我國促參法的BOT、ROT、OT、BTO;狹義而言,則更強調公共性與非營利精神,如2021年台積電、鴻海永齡與慈濟協同政府採購BNT疫苗。普特南(Putnam, 1993, 2000)指出,協力能否成功取決於社會資本(信任、規範、網絡)的存量。我國九二一地震、八八風災重建與社區保母制度,皆體現「政府有限、民力無窮」的網絡治理精神。</w:t>
      </w:r>
    </w:p>
    <w:p>
      <w:r>
        <w:t>第二節　治理結構的演進:官僚—市場—網絡</w:t>
      </w:r>
    </w:p>
    <w:p>
      <w:r>
        <w:t>治理結構可區分三階段典範轉移,雖然三者常並存,但在不同年代有主導邏輯:官僚治理以層級節制、依法行政與永業化為核心邏輯,主導於1970年代以前,政府扮演操槳者與划槳者合一的統治角色,其失靈型態是僵化與繁文縟節;市場治理以競爭、價格、顧客選擇與契約外包為核心邏輯,於1980至2000年新公共管理主導期間興起,政府轉為掌舵者與領航者(政府領航、民間操槳),其失靈型態是不平等、外部性與公共性流失;網絡治理以信任、互賴、協商與共同創造為核心邏輯,自1990年代末後NPM主流時期迄今持續擴張,政府轉為服務者、促進者與編織者,其失靈型態則是課責模糊、交易成本高與信任崩解。</w:t>
      </w:r>
    </w:p>
    <w:p>
      <w:r>
        <w:t>表9-1　治理結構三階段演進</w:t>
      </w:r>
    </w:p>
    <w:p>
      <w:r>
        <w:t>這個演進回應「從政府到治理」的核心命題:傳統公共行政視政府為唯一公共服務提供者,新公共管理將服務外包給市場,新</w:t>
      </w:r>
    </w:p>
    <w:p>
      <w:r>
        <w:t>[DOCX page 2 image attached. Read this image directly to extract content.]</w:t>
      </w:r>
    </w:p>
    <w:p>
      <w:r>
        <w:t>公共治理與新公共服務則主張政府應與公民及網絡共同創造公共價值。空洞國家(hollow state)與碎裂化政府的危機,正是市場治理過度發展後的反動,催生了網絡治理的整合需求——這也是第八章後NPM批判與本章網絡治理討論的共同交會點。</w:t>
      </w:r>
    </w:p>
    <w:p>
      <w:r>
        <w:t>第三節　治理失靈與治理能力</w:t>
      </w:r>
    </w:p>
    <w:p>
      <w:r>
        <w:t>治理失靈的比較架構</w:t>
      </w:r>
    </w:p>
    <w:p>
      <w:r>
        <w:t>治理失靈並非單一治理模式的問題,而是不同治理邏輯在特定條件下產生的制度性限制。官僚治理容易出現僵化、層級壅塞與回應緩慢;市場治理可能造成公共性流失、資訊不對稱與弱勢排除;網絡治理則可能產生責任分散、參與不平等與協調成本過高等問題。因此,當代治理的重點不是在官僚、市場與網絡之間擇一,而是依據問題性質進行制度配置——涉及基本權利與公平分配的政策,仍須以官僚體制的法治與正式責任為基礎;涉及效率與資源配置的服務,可適度引進市場競爭;面對氣候變遷、疫情與地方創生等複雜問題,則需要透過網絡協作與共同創造處理。</w:t>
      </w:r>
    </w:p>
    <w:p>
      <w:r>
        <w:t>表9-2　三種治理邏輯之優勢、失靈與必要補強</w:t>
      </w:r>
    </w:p>
    <w:p>
      <w:r>
        <w:t>這一節可直接銜接後文的元治理討論,使元治理不只是AI時代的新概念,而是回應多重治理失靈的制度安排——當官僚、市場與網絡三種邏輯各自存在失靈風險時,政府所需要的,便是能夠依問題性質靈活配置制度、並在配置後持續監督的後設能力。</w:t>
      </w:r>
    </w:p>
    <w:p>
      <w:r>
        <w:t>當代政府治理能力</w:t>
      </w:r>
    </w:p>
    <w:p>
      <w:r>
        <w:t>治理結構與治理典範的討論,最終須回答一個實務問題:政府要成功推動網絡治理,究竟需要哪些能力?當代政府至少須具備六項治理能力:整合能力,跨部門、跨層級整合資訊、資源與政策目標;協作能力,建立信任、協商衝突並維持長期合作;數位能力,理解資料、平台、演算法與AI系統;法規能力,將新興技術轉化為可執行的法律與行政規範;反思能力,從政策結果與失誤中學習,修正制度設計;民主課責能力,確保人民能理解、參與、質疑並挑戰治理決策。這六項能力,特別適合與下一章公共政策制定過程銜接——政策問題界定、方案選擇與政策評估,均須仰賴上述能力作為制度基礎。</w:t>
      </w:r>
    </w:p>
    <w:p>
      <w:r>
        <w:t>第四節　當代治理模式:Peters四模式與World Bank四面向</w:t>
      </w:r>
    </w:p>
    <w:p>
      <w:r>
        <w:t>一、Peters四種未來治理模式</w:t>
      </w:r>
    </w:p>
    <w:p>
      <w:r>
        <w:t>彼得斯(Guy Peters, 1996, 2010)提出四種新治理模式,作為對傳統韋伯官僚的改革處方,其診斷與處方各不相同,但皆試圖回應官僚失靈:市場模式以公共選擇與代理人理論為意識形態基礎,診斷官僚缺乏競爭與獨占,處方是分權化、引進市場與競爭、契約化;參與模式以新左派、公民授能與審議民主為基礎,診斷官僚層級節制、封閉、公民疏離,處方是扁平化、團隊、公民直接參與;彈性模式以新管理主義與永業文官反省為基礎,診斷永業制、年資主義、僵化人事,處方是彈性化、任務編組、任期制、鬆開人事;鬆綁模式(解制)以新右派、反官僚、去管制為基礎,診斷過度規則、繁文縟節、內部管制過多,處方是肯定官僚必要性、簡化規則、賦能基層。</w:t>
      </w:r>
    </w:p>
    <w:p>
      <w:r>
        <w:t>表9-3　Peters四種治理模式比較</w:t>
      </w:r>
    </w:p>
    <w:p>
      <w:r>
        <w:t>二、World Bank治理四面向</w:t>
      </w:r>
    </w:p>
    <w:p>
      <w:r>
        <w:t>依World Bank(1992)《Governance and Development》,治理有四個關鍵面向:公共部門管理,提升公共部門提供財貨與勞務的能力,工具包括公共支出管理、文官改革、準政府機構改革與去中心化,2020年後延伸至數位公共建設與資料治理;課責性(Accountability),公職人員對行為負責,被視為治理核心,工具包括政治課責、行政課責、績效衡量與公民監督,2020年後延伸至演算法課責與AI可解釋性;發展的法律框架,以法治為基礎的穩定經濟成長,工具包括工具性法治與實質性法治、正當程序、平等與自由,2020年後延伸至數位法治、平台法制與AI法制;透明與資訊(Transparency),競爭市場需要及時可靠的資訊,工具包括預算公開、資訊自由、防止貪腐與政策分析,2020年後延伸至開放資料與政府即平台。</w:t>
      </w:r>
    </w:p>
    <w:p>
      <w:r>
        <w:t>表9-4　World Bank治理四面向與當代轉譯</w:t>
      </w:r>
    </w:p>
    <w:p>
      <w:r>
        <w:t>第五節　治理的類型學:多元治理形態</w:t>
      </w:r>
    </w:p>
    <w:p>
      <w:r>
        <w:t>治理依組織任務與場域而分殊,文獻常見七大類型,其分析層次與利害關係人網絡各異。</w:t>
      </w:r>
    </w:p>
    <w:p>
      <w:r>
        <w:t>一、參與或民主治理</w:t>
      </w:r>
    </w:p>
    <w:p>
      <w:r>
        <w:t>參與治理確保公民透過選舉、公投、審議式民調、地方自治、抗議等方式參與決策與執行,其要旨在所有民主制度中落實服務遞送至社會各群體。近年民主治理已從代議民主延伸至審議民主與參與式治理,強調治理不只是制度,更是一套持續進行的過程。</w:t>
      </w:r>
    </w:p>
    <w:p>
      <w:r>
        <w:t>二、全球治理</w:t>
      </w:r>
    </w:p>
    <w:p>
      <w:r>
        <w:t>羅森諾(Rosenau)最早使用全球治理一詞,定義為「從家庭到國際組織,所有人類活動層次中,透過權力行使以追求目標而具跨國後果的規則體系」。全球治理興起的背景,是民族國家與非國家行動者並存:國際組織(UN、IMF、World Bank、WTO)、跨國企業(MNC)、全球公民社會與NGO,使得內政與外交相互滲透,主權彈性與跨國代理人治理成為常態——這一點,呼應第七章對全球化與行政環境的討論。</w:t>
      </w:r>
    </w:p>
    <w:p>
      <w:r>
        <w:t>三、良善治理與八特徵</w:t>
      </w:r>
    </w:p>
    <w:p>
      <w:r>
        <w:t>良善治理是治理的規範性理想,加入了價值判準。World Bank(1992)認為良善治理是創造與維持強健且公平發展環境的核心;UNDP則定義良善治理為具參與性、透明性、課責性、有效且公平,促進法治,確保政治、社會、經濟優先順序基於廣泛共識,並讓最貧弱者的聲音被聽見。</w:t>
      </w:r>
    </w:p>
    <w:p>
      <w:r>
        <w:t>表9-5　良善治理八特徵</w:t>
      </w:r>
    </w:p>
    <w:p>
      <w:r>
        <w:t>四、公司治理、環境治理、電子治理與跨域治理</w:t>
      </w:r>
    </w:p>
    <w:p>
      <w:r>
        <w:t>公司治理指董事會為規範公司行為、保障股東與利害關係人的規則體系,近年已從股東中心轉向利害關係人資本主義與ESG。環境治理依UNEP定義,是達成永續發展的關鍵驅力,需透過連貫的國際決策、充分的法律制度能量,以及將環境永續整合至各層級發展,2020年後延伸為氣候治理與人類世(Anthropocene)治理。電子治理是ICT應用於治理,包含E-民主(透過科技蒐集民意、提升參與)、E-服務(透過數位通路輸送服務)、E-管理(組織內部數位管理),可分為G2C、G2B、G2G、G2E四層次,自1980年代原本屬於NPM效率改革工具,1990年代末已成為獨立典範。</w:t>
      </w:r>
    </w:p>
    <w:p>
      <w:r>
        <w:t>表9-6　治理類型學統整</w:t>
      </w:r>
    </w:p>
    <w:p>
      <w:r>
        <w:t>五、跨域治理的特質與法制</w:t>
      </w:r>
    </w:p>
    <w:p>
      <w:r>
        <w:t>跨域治理(Across Boundaries Governance)在後現代脈絡下,為解決複雜且跨界的問題(如COVID-19、流域保育)而興起,意指跨越轄區與機關藩籬的整合治理。其特質有三:系統思維,具全局視野,採機關間與府際合作;兼顧宏觀與微觀,微觀打破內部本位主義,宏觀整合不同轄區與層級於同一網絡;參與者相依性,資源互賴、共同承擔風險、通力合作。我國法制依據為地方制度法第24條至24-3條:直轄市、縣市、鄉鎮市得合辦事業、成立區域合作組織、訂定協議與行政契約,並明定費用分攤、期間、生效要件、違約處理與爭議協調機制。COVID-19防疫是典型的跨域治理案例:中央流行疫情指揮中心訂定SOP,地方衛生局執行居家隔離與關懷追蹤,民政系統與里長里幹事負責居家檢疫,警政協助裁罰與強制安置,衛福、內政、警政與地方政府形成跨域網絡,體現資源互補與系統思維。</w:t>
      </w:r>
    </w:p>
    <w:p>
      <w:r>
        <w:t>第六節　新公共服務與新公共治理:典範對話</w:t>
      </w:r>
    </w:p>
    <w:p>
      <w:r>
        <w:t>一、新公共服務七原則</w:t>
      </w:r>
    </w:p>
    <w:p>
      <w:r>
        <w:t>鄧哈特夫婦(Denhardt &amp; Denhardt, 2000, 2003, 2015)提出新公共服務(New Public Service, NPS),作為對NPM顧客導向與市場邏輯的反動</w:t>
      </w:r>
    </w:p>
    <w:p>
      <w:r>
        <w:t>[DOCX page 3 image attached. Read this image directly to extract content.]</w:t>
      </w:r>
    </w:p>
    <w:p>
      <w:r>
        <w:t>,主張政府職能既非操槳亦非領航,而在於服務,行政改革的核心價值是公民資格途徑(citizenship approach)。其理論基礎有四:民主公民資格理論,視人民為公民、分享權力;社群與公民社會理論,強調厚實(thick)的社群與社會資本;組織人本主義與新公共行政,強調平等、公正、回應;後現代公共行政,信奉對話理念,主張公共問題透過審議比客觀分析更為有效。</w:t>
      </w:r>
    </w:p>
    <w:p>
      <w:r>
        <w:t>表9-7　新公共服務七原則與當代詮釋</w:t>
      </w:r>
    </w:p>
    <w:p>
      <w:r>
        <w:t>二、新公共治理與公共服務邏輯</w:t>
      </w:r>
    </w:p>
    <w:p>
      <w:r>
        <w:t>歐斯本(Stephen Osborne, 2006, 2010, 2021)提出新公共治理(New Public Governance, NPG),作為後NPM的整合主流,奠基於組織社會學與網絡理論,認為公共服務由公、私、第三部門網絡共同執行,具四項特徵:從產品主導轉為服務主導與公共服務邏輯(Public Service Logic, Osborne et al., 2022),價值在服務使用中創造(value-in-use),而非在生產階段就已決定;公民角色從顧客轉為共同生產者與共同創造者(co-producer, co-creator);治理是共享、水平、參與式的,績效衡量納入多重目標(產出、滿意、結果、信任、正當性);理論基礎為網絡治理、協力與社會資本。新公共服務提供價值,新公共治理提供結構,兩者互補,共同指向「治理作為共同創造」。</w:t>
      </w:r>
    </w:p>
    <w:p>
      <w:r>
        <w:t>表9-8　典範轉移:從政府到共同創造</w:t>
      </w:r>
    </w:p>
    <w:p>
      <w:r>
        <w:t>第七節　從電子治理到數位與AI治理(2020-2024新增)</w:t>
      </w:r>
    </w:p>
    <w:p>
      <w:r>
        <w:t>一、從電子治理到數位時代治理第三波</w:t>
      </w:r>
    </w:p>
    <w:p>
      <w:r>
        <w:t>鄧利維等人(Dunleavy et al., 2006)提出數位時代治理(Digital Era Governance, DEG)取代NPM,主張三要素:再整合,將外包拉回避免碎片化(如911後機場安全收歸國有);需求為本的整體主義,圍繞客戶群重組政府;數位化,充分利用數位儲存與網路。2013年第二波強調平台政府與巨量資料;2023年第三波(Dunleavy &amp; Margetts,發表於《Public Policy and Administration》)則指出,資料科學與生成式AI已進入核心行政,帶來自動化決策、街頭演算法(street-level algorithm)與黑箱課責挑戰。電子治理四層次G2C/G2B/G2G/G2E,在DEG第三波中已升級為「政府即平台」(Government as a Platform)與「政府即生態系」(Government as an Ecosystem)。</w:t>
      </w:r>
    </w:p>
    <w:p>
      <w:r>
        <w:t>表9-9　從電子治理到AI治理的典範位移</w:t>
      </w:r>
    </w:p>
    <w:p>
      <w:r>
        <w:t>二、演算法治理與數位公共領域治理</w:t>
      </w:r>
    </w:p>
    <w:p>
      <w:r>
        <w:t>演算法治理(Algorithmic Governance)指政府日益依賴自動化規則、機器學習模型對公民進行資格審查、風險預測與資源分配(如社福詐欺偵測、就業媒合、警察巡邏熱點)。卡岑巴赫與烏爾布里希特(Katzenbach &amp; Ulbricht, 2019)將這個概念定義為:透過演算法程序協調社會行動的治理形式,其規則不再僅由人類制定,而是部分內嵌於模型的統計邏輯之中。丹納赫(Danaher, 2016)進一步提出「演算法統治」(algocracy)一詞,警示當決策系統日益不透明、決策者日益去中心化,公民將難以理解、參與或挑戰形塑其生活的規則體系——這正是本節稍後討論可爭訟性與人類監督強度時的理論前提。演算法治理衍生三大風險:偏見與歧視放大,訓練資料反映歷史不平等;課責稀釋,多部門外包與模型疊加使責任歸屬不明;可解釋性不足,黑箱模型使人民無法有效救濟。哈伯瑪斯(Habermas, 2022, 2023)在《公共領域的新結構轉型》中對數位公共領域提出批判:平台拒絕編輯責任,公私主體模糊;碎片化導致民主系統作為整體受損,公共領域無法將注意力導向需共同決定的議題;數位化侵蝕公民與國家的對應關係,危害審議民主。這正是治理的新邊界:傳統上我們問政府是否提供公共財,數位時代則需追問平台是否提供公共領域?誰承擔編輯與審議責任?我國數位發展部(2022年成立)與第三方事實查核機制,正是在此脈絡下的制度回應。</w:t>
      </w:r>
    </w:p>
    <w:p>
      <w:r>
        <w:t>三、協同治理與韌性治理</w:t>
      </w:r>
    </w:p>
    <w:p>
      <w:r>
        <w:t>協同治理(Collaborative Governance)由安塞爾與加什(Ansell &amp; Gash, 2008,《Journal of Public Administration Research and Theory》經典論文,迄2024年被引逾萬次)定義為:政府與非政府利害關係人進行正式、共識導向、審議的集體決策,以制訂或執行公共政策,含六項要件——政府發起、包含非政府行動者、正式集體決策、共識導向、審議、關注公共政策,其模型包含起始條件、制度設計與領導互信循環三部分。2021至2024年的演進進一步強調大規模協同(Hammerschmid et al., 2024; Ansell &amp; Torfing, 2022, 2025):策略管理與協同治理須同時處理,並需要平台協調大量行動者。韌性治理(Resilient Governance)則因COVID-19、氣候變遷與資安攻擊而興起,博因與洛奇(Boin &amp; Lodge, 2021)與Deloitte(2024)《政府趨勢報告》指出,韌性並非僅是危機後復原,更是事前預應與學習能力,其關鍵在於科技、流程、政策、人才、監管的融合,重點能力包括上雲策略、零信任資安、服務持續營運、多通道服務與超級整合。帕克與崔(Park &amp; Choi, 2023)以實證指出,數位治理是地方政府韌性的關鍵因素。台灣在口罩地圖、1922簡訊實聯制與疫苗預約平台中,展現了協同與韌性並存的具體實踐:公民黑客(g0v)、政府與企業透過協同網絡快速迭代,韌性正在於系統能在衝擊下維持核心服務。</w:t>
      </w:r>
    </w:p>
    <w:p>
      <w:r>
        <w:t>四、AI治理框架:OECD 2023與EU AI Act 2024</w:t>
      </w:r>
    </w:p>
    <w:p>
      <w:r>
        <w:t>2023至2024年,AI治理進入法制化階段。OECD(2023)更新AI原則,並提出AI系統分類框架(Framework for the Classification of AI Systems),強調五大原則:包容成長與永續、公平與非歧視、透明與可解釋、堅韌與安全、課責,並將AI系統依脈絡(部署情境、利害關係人)、資料與輸入、模型、任務與輸出四維度風險分級,作為各國管制參考。歐盟(2024)通過《人工智慧法案》(EU Artificial Intelligence Act),是全球首部全面性AI法制,採取風險分級管制。</w:t>
      </w:r>
    </w:p>
    <w:p>
      <w:r>
        <w:t>表9-10　EU AI Act 2024風險分級管制架構</w:t>
      </w:r>
    </w:p>
    <w:p>
      <w:r>
        <w:t>這對台灣有三點啟示:AI治理不只是技術治理,更是公共價值衝突管理(廉正vs.效能vs.市場vs.倫理);需建立公共部門AI登記、演算法影響評估(Algorithmic Impact Assessment, AIA)、可解釋性報告與人工覆核救濟通道;政府角色須從持有資料,轉為管理資料基礎建設與模型稽核能力,這正是新公共治理所強調的網絡中的後設治理角色(metagovernance)。</w:t>
      </w:r>
    </w:p>
    <w:p>
      <w:r>
        <w:t>五、新公共治理、公共服務邏輯與治理作為共同創造</w:t>
      </w:r>
    </w:p>
    <w:p>
      <w:r>
        <w:t>綜整歐斯本(Osborne, 2021, 2022)的公共服務邏輯與奧爾福德(Alford, 2009)等</w:t>
      </w:r>
    </w:p>
    <w:p>
      <w:r>
        <w:t>[DOCX page 4 image attached. Read this image directly to extract content.]</w:t>
      </w:r>
    </w:p>
    <w:p>
      <w:r>
        <w:t>人的共同生產理論,2020年代的治理主流已從NPM的顧客導向與契約外包,轉向公共服務生態系觀點:價值主張上,公共服務不是政府傳遞給公民的產品,而是公民在網絡中與政府、企業、公民社會互動時,在使用情境中共同創造的價值(value-in-use, value-in-context);治理角色上,政府從掌舵者或服務者,轉為平台編織者、共同創造的促進者與後設治理者;課責上,從單一績效指標轉為多重課責(專業、政治、市場、公民、數位課責)的動態均衡;能力上,政府需具備資料素養、平台管理、社群編織與信任建構四種新能力。這與「實現的公共性」(Realized Publicness)相互呼應:公共性不在組織屬性,而在公共價值是否於網絡互動中被實現。</w:t>
      </w:r>
    </w:p>
    <w:p>
      <w:r>
        <w:t>第八節　本教科書定位與第二層總結:治理典範的整合</w:t>
      </w:r>
    </w:p>
    <w:p>
      <w:r>
        <w:t>回顧25分類矩陣,本章作為制度結構層次的總結,整合了前述各章的軌跡:確立公共行政三元(管理、政治、法律)張力;呈現典範從效率(古典)、人性(行為)、開放(系統)到市場(NPM)、民主(NPS)、價值(PVM)、網絡(NPG)、數位(DEG)與韌性(Resilience)的多典範並存;深掘公共性哲學從維度到實現、從國家到數位與生態的轉向;處理民主、倫理、環境的制度結構;剖析市場機制的邊界。本章則提出制度的最後拼圖:當代治理必須同時處理三種邏輯的整合——官僚的法治與穩定、市場的效率與選擇、網絡的信任與共創,並在數位與AI世代加入演算法的可解釋性與可爭訟性,以實現良善治理八特徵在新時代的轉譯。</w:t>
      </w:r>
    </w:p>
    <w:p>
      <w:r>
        <w:t>台灣經驗顯示:1990年代前為官僚治理主導(強國家、發展型官僚)、2000年代為市場治理實驗(民營化、BOT、外包)、2010年後為網絡治理擴張(公私協力、跨域治理、開放政府、g0v協力)、2020年後進入數位與韌性治理(口罩地圖、1922、MyData、數位發展部),恰好印證官僚→市場→網絡並向數位與AI治理演進的路徑,但並非取代,而是疊加(layering)與轉化(conversion)。</w:t>
      </w:r>
    </w:p>
    <w:p>
      <w:r>
        <w:t>AI鑲嵌後的權力與結構變化:演算法治理、協同AI治理與元治理</w:t>
      </w:r>
    </w:p>
    <w:p>
      <w:r>
        <w:t>從電子治理到演算法治理,網絡治理如何容納AI代理人?協同治理如何避免AI黑箱?本節作為官僚、市場、網絡三種治理結構之整合總結,依序處理典範演進的完整弧線、協同AI治理六要件、元治理與虛擬政府,以及三種權力移轉、三種結構性效應與台灣脈絡案例。</w:t>
      </w:r>
    </w:p>
    <w:p>
      <w:r>
        <w:t>一、典範演進的完整弧線</w:t>
      </w:r>
    </w:p>
    <w:p>
      <w:r>
        <w:t>將前七節的討論串成一條完整的演進弧線:官僚→市場→網絡→數位時代治理第三波→演算法治理。這條弧線的關鍵不在於「取代」,而在於「疊加」——官僚體制的層級節制並未消失,而是被要求提供可稽核的資料軌跡;市場機制的契約外包並未消失,而是延伸為對演算法供應商的採購契約課責;網絡治理的信任協商也並未消失,而是必須將AI代理人納入協同網絡的成員之一,重新設計信任建構的機制。</w:t>
      </w:r>
    </w:p>
    <w:p>
      <w:r>
        <w:t>二、協同AI治理六要件</w:t>
      </w:r>
    </w:p>
    <w:p>
      <w:r>
        <w:t>將安塞爾與加什(Ansell &amp; Gash, 2008)協同治理六要件——政府發起、包含非政府行動者、正式集體決策、共識導向、審議、關注公共政策——延伸至協同AI治理,須追加檢視:AI代理人是否被明確界定為網絡中的「工具」而非「行動者」,以避免責任主體混淆;審議過程中,AI輔助的意見分群或摘要工具,是否可能預先框定何謂「共識」;安塞爾與托爾芬(Ansell &amp; Torfing, 2021, 2025)強調的大規模協同,在導入AI後更需要平台本身的治理規則。這裡的核心工具是人類監督強度的三分類:人在迴路(Human-in-the-Loop, HITL)、人在迴路之上(Human-on-the-Loop, HOTL)、人於指揮(Human-in-Command, HIC)——協同AI治理的品質,很大程度上取決於這三種監督強度中,究竟哪一種被真正落實,而非僅止於宣稱。</w:t>
      </w:r>
    </w:p>
    <w:p>
      <w:r>
        <w:t>三、元治理、虛擬政府與主權AI</w:t>
      </w:r>
    </w:p>
    <w:p>
      <w:r>
        <w:t>新公共治理所強調的後設治理角色(metagovernance),在AI世代有了更具體的內涵:元治理指「治理治理者」的層級——當協同網絡本身納入AI代理人與私部門平台,誰來監督這個網絡整體的運作,便成為新的治理難題。虛擬政府的想像進一步延伸至數位分身政府(Digital Twin Government)與元宇宙治理的討論,以及主權AI(Sovereign AI)——國家對關鍵AI模型與基礎設施保有自主可控能力的主張。這些工具箱共同指向一個核心觀察:當治理網絡的行動者中出現非人類的AI代理人,傳統上仰賴人際信任與談判建立的網絡治理邏輯,必須補上一層新的技術課責機制,才能維持其正當性。</w:t>
      </w:r>
    </w:p>
    <w:p>
      <w:r>
        <w:t>元治理的具體工具</w:t>
      </w:r>
    </w:p>
    <w:p>
      <w:r>
        <w:t>元治理不是抽象的原則宣示,而可歸納為四類具體工具:制度設計,建立參與規則、決策程序、資訊公開與爭議處理機制;資源配置,透過經費、資料、技術與專業支持,調整網絡中的權力不對等;敘事與框架設定,界定公共問題、共同目標與政策方向;監督與評估,建立績效衡量、第三方審查、申訴救濟與退出機制。這四項工具,使政府在協同治理網絡中的角色,從單向下令轉為規則設計者、資源配置者、方向設定者與監督評估者。</w:t>
      </w:r>
    </w:p>
    <w:p>
      <w:r>
        <w:t>元治理不是政府重新恢復單向控制,而是政府在尊重網絡自主性的前提下,設計規則、配置資源、設定方向並維持公共責任。其核心難題在於,政府必須同時避免兩種極端:一是過度介入,使網絡重新退化為官僚命令體系;二是過度放任,使網絡陷入責任模糊、資源不平等與私人利益支配。</w:t>
      </w:r>
    </w:p>
    <w:p>
      <w:r>
        <w:t>四、三種權力移轉</w:t>
      </w:r>
    </w:p>
    <w:p>
      <w:r>
        <w:t>情境建構權(P1):協同治理平台中用於意見分群、共識摘要的演算法(如審議工具的自動分群功能),預先框定了哪些意見被視為「主流共識」、哪些被邊緣化為「離群意見」,這個框定發生在審議正式開始之前,卻深刻影響審議的走向。</w:t>
      </w:r>
    </w:p>
    <w:p>
      <w:r>
        <w:t>行政裁量權(P2):演算法治理下的資格審查、風險預測與資源分配決定(如社福詐欺偵測、就業媒合),實質上承擔了原本應由公務員審酌個案脈絡的裁量功能,但演算法對「例外情況」的辨識能力,往往遠不如具備情境理解能力的人類承辦人員。</w:t>
      </w:r>
    </w:p>
    <w:p>
      <w:r>
        <w:t>公權力影響力(P3):當元治理層級本身高度依賴少數AI模型供應商與雲端服務商,這些私部門行動者對治理網絡整體運作規則的影響力,已經超越單一政策工具供應商的角色,而近似於網絡治理秩序的共同制定者。</w:t>
      </w:r>
    </w:p>
    <w:p>
      <w:r>
        <w:t>五、三種結構性效應</w:t>
      </w:r>
    </w:p>
    <w:p>
      <w:r>
        <w:t>跨格移動:治理典範的選擇,原本屬於「制度結構層/組織間」的集體決策,因AI代理人被大量嵌入協同治理平台的日常運作,實質下滲至「管理運作層」的個別意見分群與資源分配決定,使原本應由治理網絡整體審議的判斷,轉由平台演算法的參數設定決定。</w:t>
      </w:r>
    </w:p>
    <w:p>
      <w:r>
        <w:t>邊界消解:官僚、市場、網絡三種治理邏輯的邊界日益模糊——演算法治理工具同時具備官僚式的規則執行、市場式的供應商契約關係,以及網絡式的協同介面,使「這究竟是官僚在治理、市場在治理,還是網絡在治理」的問題,不再有單一答案。</w:t>
      </w:r>
    </w:p>
    <w:p>
      <w:r>
        <w:t>權威重構:元治理層級誰有權監督AI代理人與平台的運作,逐漸從民主課責機制,部分轉移至掌握模型與資料基礎設施的技術行為者手中,這正是本章一再強調「民主課責審計」在元治理層級不可或缺的制度性理由。</w:t>
      </w:r>
    </w:p>
    <w:p>
      <w:r>
        <w:t>六、台灣脈絡與案例</w:t>
      </w:r>
    </w:p>
    <w:p>
      <w:r>
        <w:t>台灣的治理數位化路徑,清楚呈現「疊加」而非「取代」的特徵:從口罩地圖的協同數位基礎建設,到TAIDE主權AI對話引擎的建置,再到監理沙盒與演算法影響評估</w:t>
      </w:r>
    </w:p>
    <w:p>
      <w:r>
        <w:t>[DOCX page 5 image attached. Read this image directly to extract content.]</w:t>
      </w:r>
    </w:p>
    <w:p>
      <w:r>
        <w:t>(AIA)指引的逐步導入,構成一條可辨識的疊加路徑。vTaiwan與Polis協作平台,是協同AI治理最具代表性的台灣案例:vTaiwan結合線上與線下審議,處理如Uber納管、電商酒類銷售等具高度爭議性的政策議題;Polis則是一套開源的意見分群工具,運用統計與視覺化技術,將數千名參與者的意見自動分群為若干共識群體與分歧群體,協助政策制定者快速掌握「哪些立場獲得跨陣營支持」,而非僅呈現對立雙方的聲量高低。這個工具的特殊之處在於:它不是用AI取代審議,而是用AI輔助審議——分群結果仍須交由人類參與者與政策制定者共同詮釋與決策,呼應本節「人在迴路」而非「人被迴路取代」的核心原則。</w:t>
      </w:r>
    </w:p>
    <w:p>
      <w:r>
        <w:t>AI治理的包容性問題</w:t>
      </w:r>
    </w:p>
    <w:p>
      <w:r>
        <w:t>AI治理的公平性,不只在於模型是否對不同群體產生相同的錯誤率,也包括不同群體是否具有使用數位服務、理解決策理由及提出異議的能力。老年人、身心障礙者、偏鄉居民、低收入戶、移民與數位識讀能力不足者,可能因數位服務全面化而被迫承擔額外成本,形成新型態的數位排除。因此,政府導入AI服務時,至少應保留以下安全網:</w:t>
      </w:r>
    </w:p>
    <w:p>
      <w:r>
        <w:t>非數位替代管道:避免服務全面線上化,排除不熟悉數位工具的民眾。</w:t>
      </w:r>
    </w:p>
    <w:p>
      <w:r>
        <w:t>真人服務與人工覆核:使演算法決策不是唯一路徑,保留人工介入的可能。</w:t>
      </w:r>
    </w:p>
    <w:p>
      <w:r>
        <w:t>多語言與無障礙介面:涵蓋新住民、身心障礙者與高齡者的使用需求。</w:t>
      </w:r>
    </w:p>
    <w:p>
      <w:r>
        <w:t>清楚易懂的決策理由:避免以專業術語或系統代碼取代可理解的說明。</w:t>
      </w:r>
    </w:p>
    <w:p>
      <w:r>
        <w:t>申訴、更正與重新審查機制:讓錯誤判斷得以被發現與糾正。</w:t>
      </w:r>
    </w:p>
    <w:p>
      <w:r>
        <w:t>對弱勢群體的差異影響評估:及早辨識AI服務可能加劇的不平等。</w:t>
      </w:r>
    </w:p>
    <w:p>
      <w:r>
        <w:t>這使良善治理八特徵中的公正、包容與回應性,在AI治理的脈絡下獲得更具體的制度落實,也呼應本章前述演算法治理三大風險(偏見放大、課責稀釋、可解釋性不足)的討論——包容性正是這三項風險交會於弱勢群體時最直接的後果,也是本章制度結構層總結中不可迴避的一環。</w:t>
      </w:r>
    </w:p>
    <w:p>
      <w:r>
        <w:t>四鏈追蹤＋七項審計應用</w:t>
      </w:r>
    </w:p>
    <w:p>
      <w:r>
        <w:t>本章討論的治理典範整合,可對應至四條治理鏈逐一檢視,其中民主課責審計因涉及「元治理層級之外部監督是否存在」的提問,對本章格外關鍵。</w:t>
      </w:r>
    </w:p>
    <w:p>
      <w:r>
        <w:t>表9-11　四條治理鏈與七項治理審計:以治理典範整合為例</w:t>
      </w:r>
    </w:p>
    <w:p>
      <w:r>
        <w:t>案例與思考討論</w:t>
      </w:r>
    </w:p>
    <w:p>
      <w:r>
        <w:t>案例思考一:vTaiwan與Polis——協同AI治理的成功實踐</w:t>
      </w:r>
    </w:p>
    <w:p>
      <w:r>
        <w:t>面對Uber納管、電商酒類銷售等高度爭議的政策議題,台灣的vTaiwan平台結合線上意見徵集與線下審議工作坊,運用Polis這套開源意見分群工具,將數千則參與意見自動視覺化為若干意見群體,協助辨識出「跨越正反陣營、獲得多數支持」的共識選項,而非僅呈現誰的聲量比較大。這個案例展現了協同AI治理的核心精神——AI輔助審議而非取代審議:分群結果由人類參與者與政策制定者共同詮釋,最終決策仍須經過正式的行政與立法程序,而非由演算法直接產出政策。運用四鏈架構檢視:情境建構鏈的關鍵在於分群演算法的分類邏輯是否透明公開;責任鏈的關鍵在於,即使多數意見經演算法呈現為「共識」,最終政策選擇的政治責任仍須由具體的政府機關承擔,而非以「這是演算法算出來的共識」作為卸責理由。</w:t>
      </w:r>
    </w:p>
    <w:p>
      <w:r>
        <w:t>此處仍須提醒案例的限制條件:vTaiwan與Polis展現數位工具輔助審議的可能性,但其成效並不等於所有公共議題均適合以線上意見分群處理。參與者的數位能力、議題複雜度、樣本代表性、平台設計,以及政府是否真正回應審議結果,均會影響協作成果;意見分群呈現的是統計上的立場結構,不必然等同於民主正當性或完整的公共利益。</w:t>
      </w:r>
    </w:p>
    <w:p>
      <w:r>
        <w:t>案例思考二:1922簡訊實聯制——協力成功但元治理失靈的對照案例</w:t>
      </w:r>
    </w:p>
    <w:p>
      <w:r>
        <w:t>COVID-19疫情期間推行的1922簡訊實聯制,由電信商、政府與民眾三方協力:民眾撥打或發送簡訊至特定門號,系統即自動記錄其所在店家與時間戳記,供疫調人員於確診足跡調查時使用。就協同治理六要件而言,這是一次高效率的協力動員——政府發起、電信商作為非政府行動者參與、正式集體決策、目標單一明確。然而,這個案例同時暴露了本章反覆強調的元治理難題:資料保存期限、目的外利用界線,以及誰有權監督這套跨部門資料流動的整體運作,在系統快速上線的壓力下並未被充分制度化,形成「協力成功、但元治理失靈」的典型對照。這正凸顯本章的核心提問:當大家都在用資料與AI協力治理,誰來治理這套協力機制本身?</w:t>
      </w:r>
    </w:p>
    <w:p>
      <w:r>
        <w:t>這個案例也點出緊急治理與常態治理的分際:緊急狀態下的快速協力,可能合理降低部分程序成本,但緊急措施若延續至常態治理,則必須重新檢視法律授權、資料保存期限、目的外利用、第三方監督與人民救濟等問題。緊急治理的正當性,不能自動延伸為常態治理的正當性——這正是1922簡訊實聯制案例,對本章元治理討論最直接的啟示。</w:t>
      </w:r>
    </w:p>
    <w:p>
      <w:r>
        <w:t>表9-12　用四鏈七審檢視1922簡訊實聯制案例</w:t>
      </w:r>
    </w:p>
    <w:p>
      <w:r>
        <w:t>延伸思考</w:t>
      </w:r>
    </w:p>
    <w:p>
      <w:r>
        <w:t>1、試比較World Bank、Rhodes與UNDP對治理的定義差異,並說明「從政府到治理」為何不是政府退場而是政府角色轉變?請以台灣口罩地圖為例,闡釋網絡基礎與相對自主的意涵。</w:t>
      </w:r>
    </w:p>
    <w:p>
      <w:r>
        <w:t>2、良善治理八特徵在AI世代需如何轉譯?試以EU AI Act 2024高風險系統(履歷篩選或社福詐欺偵測)為例,說明透明性、課責與公正包容,應如何落實為演算法影響評估與人工監督機制。</w:t>
      </w:r>
    </w:p>
    <w:p>
      <w:r>
        <w:t>3、vTaiwan與Polis案例顯示AI可以輔助審議而非取代審議。若要將這套模式應用於《人工智慧基本法》立法過程中的公眾意見徵集,可能面臨哪些「情境建構權」被演算法預先掌握的風險?應如何設計制度以降低這個風險?</w:t>
      </w:r>
    </w:p>
    <w:p>
      <w:r>
        <w:t>第九章總整合表</w:t>
      </w:r>
    </w:p>
    <w:p>
      <w:r>
        <w:t>本章內容涵蓋治理結構、治理失靈與能力、治理典範與數位/AI治理等多重面向,以下總表提供一個整合性的複習架構,對照本章處理的五個核心分析問題,及其對應理論、核心概念、主要風險與制度回應。</w:t>
      </w:r>
    </w:p>
    <w:p>
      <w:r>
        <w:t>表9-13　第九章總整合表:五個核心分析問題</w:t>
      </w:r>
    </w:p>
    <w:p>
      <w:r>
        <w:t>本章小結</w:t>
      </w:r>
    </w:p>
    <w:p>
      <w:r>
        <w:t>本章以整合性視角重構治理意涵,指出治理是正式與非正式制度、國家與非國家行動者基於資源互賴所形成的持續協調過程。結構演進上,並非線性取代,而是官僚、市場、網絡三邏輯並存,且在不同議題上此消彼長,三種邏輯亦各自存在典型失靈:官僚易僵化遲延、市場易造成公共性流失、網絡易責任分散;當代政府須具備整合、協作、數位、法規、反思與民主課責六項能力,才能依問題性質靈活配置制度並持續監督。Peters四模式提供改革處方,World Bank四面向提供治理能力的體檢表,七大治理類型則提供分析棘手問題的多重鏡頭,其中良善治理八特徵與跨域治理法制,是台灣實務的核心關切。典範對話上,新公共服務七原則反動市場邏輯,新公共治理與公共服務邏輯進一步提出「價值在使用中創造」與「政府作為平台的後設治理」,治理作為共同創造成為理解2020年代治理典範的關鍵字。</w:t>
      </w:r>
    </w:p>
    <w:p>
      <w:r>
        <w:t>2020至2024年新增的理論脈絡顯示,治理已進入數位與AI世代:數位時代治理第三波、演算法治理、數位公共領域治理、協同與韌性治理,以及OECD 2023與EU AI Act 2024的風險分級管制,皆要求政府建立演算法影響評估、登記、可解釋性與救濟機制,並重建信任。元治理可透過制度設計、資源配置、敘事框架與監督評估四項工具具體落實,而AI治理的包容性——保留非數位替代管道、真人服務與差異影響評估——則是良善治理八特徵在數位落差下的必要延伸;協力型治理措施若源於緊急狀態,延續為常態治理時亦須重新檢視法律授權與監督救濟機制。作為第</w:t>
      </w:r>
    </w:p>
    <w:p>
      <w:r>
        <w:t>[DOCX page 6 image attached. Read this image directly to extract content.]</w:t>
      </w:r>
    </w:p>
    <w:p>
      <w:r>
        <w:t>二層制度結構的總結,本章指出:未來治理的績效不再僅以效率衡量,而應以公共性是否被實現、公共價值是否被共創、民主是否在數位韌性中存續為判準。台灣從官僚治理、市場治理、網絡治理,一路疊加至數位與韌性治理的路徑,正是理解下一章公共政策制定過程,必須先掌握的制度背景。</w:t>
      </w:r>
    </w:p>
    <w:p>
      <w:r>
        <w:t>關鍵詞彙</w:t>
      </w:r>
    </w:p>
    <w:p>
      <w:r>
        <w:t>治理 Governance　World Bank指管理經濟與社會資源以促發展的方式;Rhodes指自我組織、跨組織網絡,具互賴、資源交換、賽局規則與相當自主性。</w:t>
      </w:r>
    </w:p>
    <w:p>
      <w:r>
        <w:t>從政府到治理　指政府從唯一公共服務提供者,轉為與多元行動者協力管理事務的典範轉移。</w:t>
      </w:r>
    </w:p>
    <w:p>
      <w:r>
        <w:t>網絡治理 Network Governance　以信任與互賴為基礎,透過持續互動與協商達成共同目標的治理型態,與官僚及市場並列。</w:t>
      </w:r>
    </w:p>
    <w:p>
      <w:r>
        <w:t>Peters四模式　市場模式(引進競爭)、參與模式(公民參與)、彈性模式(反永業化僵化)、鬆綁模式(解除過多內部管制)。</w:t>
      </w:r>
    </w:p>
    <w:p>
      <w:r>
        <w:t>良善治理 Good Governance　具參與、法治、透明、回應、共識取向、公正包容、效能效率、課責八特徵的規範性治理。</w:t>
      </w:r>
    </w:p>
    <w:p>
      <w:r>
        <w:t>跨域治理　跨轄區、跨部門、跨領域整合,具系統思維、宏微兼具、相依性三特質,法制基礎為地制法24至24-3條。</w:t>
      </w:r>
    </w:p>
    <w:p>
      <w:r>
        <w:t>治理失靈 Governance Failure　官僚、市場、網絡三種治理邏輯各自在特定條件下產生的制度性限制,如僵化遲延、不平等外部性、責任模糊等,須依問題性質靈活配置制度因應。</w:t>
      </w:r>
    </w:p>
    <w:p>
      <w:r>
        <w:t>治理能力 Governance Capacity　當代政府因應治理失靈所需具備的整合、協作、數位、法規、反思與民主課責六項能力。</w:t>
      </w:r>
    </w:p>
    <w:p>
      <w:r>
        <w:t>新公共服務 NPS　Denhardt夫婦提出,服務公民而非顧客、追尋公共利益、重視公民資格、服務而非領航等七原則。</w:t>
      </w:r>
    </w:p>
    <w:p>
      <w:r>
        <w:t>新公共治理 NPG　Osborne提出,公私第三部門網絡共同執行公共管理,公民為共同生產者,重視信任與關係。</w:t>
      </w:r>
    </w:p>
    <w:p>
      <w:r>
        <w:t>公共服務邏輯 Public Service Logic　價值在服務使用中創造(value-in-use),政府為平台與生態系的編織者。</w:t>
      </w:r>
    </w:p>
    <w:p>
      <w:r>
        <w:t>數位時代治理 DEG　Dunleavy提出的再整合、需求整體主義、數位化,2023年第三波進入資料科學與生成式AI治理。</w:t>
      </w:r>
    </w:p>
    <w:p>
      <w:r>
        <w:t>演算法治理 Algorithmic Governance　政府使用自動化模型進行資格審查、風險預測與資源分配,需處理偏見、可解釋與課責稀釋。</w:t>
      </w:r>
    </w:p>
    <w:p>
      <w:r>
        <w:t>數位公共領域　Habermas(2022-2023)指平台化與碎片化,導致公共領域作為基礎設施無法聚焦注意力與形成競爭意見的危機。</w:t>
      </w:r>
    </w:p>
    <w:p>
      <w:r>
        <w:t>協同治理 Collaborative Governance　Ansell與Gash提出,政府與非政府正式、共識導向、審議的集體決策,含六項要件。</w:t>
      </w:r>
    </w:p>
    <w:p>
      <w:r>
        <w:t>韌性治理 Resilient Governance　因應疫情、氣候、資安衝擊,強調整合科技、流程、政策、人才、監管,上雲、資安、服務持續為核心。</w:t>
      </w:r>
    </w:p>
    <w:p>
      <w:r>
        <w:t>元治理 Metagovernance　治理治理者的層級,當協同網絡納入AI代理人與私部門平台,監督網絡整體運作的制度安排。</w:t>
      </w:r>
    </w:p>
    <w:p>
      <w:r>
        <w:t>元治理工具　政府進行元治理的四種具體手段:制度設計、資源配置、敘事與框架設定,以及監督與評估。</w:t>
      </w:r>
    </w:p>
    <w:p>
      <w:r>
        <w:t>AI治理的包容性　AI治理公平性不僅在於模型錯誤率一致,也包括不同群體是否具備使用、理解與異議的能力,需保留非數位替代管道、真人服務與差異影響評估等安全網。</w:t>
      </w:r>
    </w:p>
    <w:p>
      <w:r>
        <w:t>緊急治理與常態治理　緊急狀態下合理降低程序成本的協力措施,若延續為常態治理,須重新檢視法律授權、資料保存與監督救濟機制;緊急正當性不能自動延伸為常態正當性。</w:t>
      </w:r>
    </w:p>
    <w:p>
      <w:r>
        <w:t>Polis意見分群工具　台灣vTaiwan平台採用的開源審議工具,以統計與視覺化技術自動分群參與者意見,輔助而非取代審議。</w:t>
      </w:r>
    </w:p>
    <w:p>
      <w:r>
        <w:t>治理作為共同創造　公民與政府共同創造政策與服務,價值在互動中實現,呼應實現的公共性。</w:t>
      </w:r>
    </w:p>
    <w:p>
      <w:r>
        <w:t>實現的公共性 Realized Publicness　公共性不在組織屬性,而在公共價值是否於網絡互動中被實現。</w:t>
      </w:r>
    </w:p>
    <w:p>
      <w:r>
        <w:t>思考與討論</w:t>
      </w:r>
    </w:p>
    <w:p>
      <w:r>
        <w:t>一、Peters四模式各有診斷與風險,試以我國數位發展部或國家發展委員會地方創生政策為例,分析採用參與模式與彈性模式時的制度設計與可能失靈,並提出協同治理的補強策略。</w:t>
      </w:r>
    </w:p>
    <w:p>
      <w:r>
        <w:t>二、試比較NPM、NPS與NPG對公民角色、政府角色與績效觀的差異,並以公共服務邏輯(value-in-use)批評我國某項公共服務僅重視生產階段而忽略使用階段的現象。</w:t>
      </w:r>
    </w:p>
    <w:p>
      <w:r>
        <w:t>三、跨域治理強調系統思維與相依性,然實務常面臨權責不清與預算審議難題。試以COVID-19防疫或河川流域保育為例,說明地方制度法24-1行政契約機制如何協調爭議,並評析Deloitte(2024)韌性治理趨勢對我國跨域合作的啟示。</w:t>
      </w:r>
    </w:p>
    <w:p>
      <w:r>
        <w:t>四、Habermas指出數位公共領域面臨平台拒絕編輯責任與碎片化危機,試申論此對傳統民主治理的挑戰,並論政府是否應介入平台治理?如何平衡言論自由與公共領域品質?</w:t>
      </w:r>
    </w:p>
    <w:p>
      <w:r>
        <w:t>五、本章主張治理典範是疊加(layering)而非取代(replacement)。請以台灣某一具體政策領域為例(如長照、能源轉型或防疫),分析官僚、市場、網絡三種治理邏輯如何在同一政策中並存運作。</w:t>
      </w:r>
    </w:p>
    <w:p>
      <w:r>
        <w:t>六、試以25分類矩陣申論,本章作為制度結構層次的總結,應如何承接第四至八章的討論,並為下一章公共政策制定過程的分析做好理論準備?</w:t>
      </w:r>
    </w:p>
    <w:p>
      <w:r>
        <w:t>延伸閱讀與參考文獻</w:t>
      </w:r>
    </w:p>
    <w:p>
      <w:r>
        <w:t>World Bank. (1992). Governance and Development. Washington, DC: World Bank.</w:t>
      </w:r>
    </w:p>
    <w:p>
      <w:r>
        <w:t>Commission on Global Governance. (1995). Our Global Neighbourhood. Oxford University Press.</w:t>
      </w:r>
    </w:p>
    <w:p>
      <w:r>
        <w:t>Rhodes, R. A. W. (1997). Understanding Governance: Policy Networks, Governance, Reflexivity and Accountability. Open University Press.</w:t>
      </w:r>
    </w:p>
    <w:p>
      <w:r>
        <w:t>UNDP. (1997). Governance for Sustainable Human Development. New York: UNDP.</w:t>
      </w:r>
    </w:p>
    <w:p>
      <w:r>
        <w:t>Peters, B. G. (1996). The Future of Governing: Four Emerging Models. University Press of Kansas.</w:t>
      </w:r>
    </w:p>
    <w:p>
      <w:r>
        <w:t>Peters, B. G., &amp; Pierre, J. (2010). Handbook of Public Policy Governance. Sage.</w:t>
      </w:r>
    </w:p>
    <w:p>
      <w:r>
        <w:t>Denhardt, R. B., &amp; Denhardt, J. V. (2000). The New Public Service: Serving Rather than Steering. Public Administration Review, 60(6), 549-559.</w:t>
      </w:r>
    </w:p>
    <w:p>
      <w:r>
        <w:t>Denhardt, J. V., &amp; Denhardt, R. B. (2015). The New Public Service Revisited. Public Administration Revie</w:t>
      </w:r>
    </w:p>
    <w:p>
      <w:r>
        <w:t>[DOCX page 7 image attached. Read this image directly to extract content.]</w:t>
      </w:r>
    </w:p>
    <w:p>
      <w:r>
        <w:t>w, 75(5), 664-672.</w:t>
      </w:r>
    </w:p>
    <w:p>
      <w:r>
        <w:t>Osborne, S. P. (2006). The New Public Governance? Public Management Review, 8(3), 377-387.</w:t>
      </w:r>
    </w:p>
    <w:p>
      <w:r>
        <w:t>Osborne, S. P. (2010). The New Public Governance: Emerging Perspectives on the Theory and Practice of Public Governance. Routledge.</w:t>
      </w:r>
    </w:p>
    <w:p>
      <w:r>
        <w:t>Osborne, S. P., Powell, M., Cui, T., &amp; Strokosch, K. (2022). Value Creation and Public Service Logic. Public Management Review, 24(3), 349-368.</w:t>
      </w:r>
    </w:p>
    <w:p>
      <w:r>
        <w:t>Dunleavy, P., Margetts, H., Bastow, S., &amp; Tinkler, J. (2006). Digital Era Governance: IT Corporations, the State, and E-Government. Oxford University Press.</w:t>
      </w:r>
    </w:p>
    <w:p>
      <w:r>
        <w:t>Dunleavy, P., &amp; Margetts, H. (2023). Data Science, Artificial Intelligence and the Third Wave of Digital Era Governance. Public Policy and Administration.</w:t>
      </w:r>
    </w:p>
    <w:p>
      <w:r>
        <w:t>Margetts, H., &amp; Dunleavy, P. (2013). The Second Wave of Digital-Era Governance. Philosophy &amp; Technology.</w:t>
      </w:r>
    </w:p>
    <w:p>
      <w:r>
        <w:t>Ansell, C., &amp; Gash, A. (2008). Collaborative Governance in Theory and Practice. Journal of Public Administration Research and Theory, 18(4), 543-571.</w:t>
      </w:r>
    </w:p>
    <w:p>
      <w:r>
        <w:t>Ansell, C., &amp; Torfing, J. (2021). Public Governance as Co-creation: A Strategy for Revitalizing the Public Sector. Cambridge University Press.</w:t>
      </w:r>
    </w:p>
    <w:p>
      <w:r>
        <w:t>Ansell, C., &amp; Torfing, J. (2022). Co-creation: The New Kid on the Block in Public Governance. Policy &amp; Politics, 50(2).</w:t>
      </w:r>
    </w:p>
    <w:p>
      <w:r>
        <w:t>Emerson, K., &amp; Nabatchi, T. (2015). Collaborative Governance Regimes. Georgetown University Press.</w:t>
      </w:r>
    </w:p>
    <w:p>
      <w:r>
        <w:t>Habermas, J. (2022). A New Structural Transformation of the Public Sphere and Deliberative Politics. Suhrkamp (English translation 2023, Polity).</w:t>
      </w:r>
    </w:p>
    <w:p>
      <w:r>
        <w:t>OECD. (2023). AI Principles &amp; Framework for the Classification of AI Systems. OECD Publishing.</w:t>
      </w:r>
    </w:p>
    <w:p>
      <w:r>
        <w:t>European Commission. (2024). Regulation Laying Down Harmonised Rules on Artificial Intelligence (Artificial Intelligence Act).</w:t>
      </w:r>
    </w:p>
    <w:p>
      <w:r>
        <w:t>Boin, A., &amp; Lodge, M. (2021). Designing Resilient Institutions. Public Administration Review.</w:t>
      </w:r>
    </w:p>
    <w:p>
      <w:r>
        <w:t>Park, S., &amp; Choi, S. (2023). Digital Governance as a Key Factor for Municipal Resilience. Sustainability.</w:t>
      </w:r>
    </w:p>
    <w:p>
      <w:r>
        <w:t>Deloitte. (2024). 2024 Government Trends Report. Deloitte Center for Government Insights.</w:t>
      </w:r>
    </w:p>
    <w:p>
      <w:r>
        <w:t>Hammerschmid, G., et al. (2024). Strategizing and Collaborating in Digital Transformation. International Public Management Journal.</w:t>
      </w:r>
    </w:p>
    <w:p>
      <w:r>
        <w:t>Zuiderwijk, A., Chen, Y. C., &amp; Salem, F. (2021). Implications of the Use of AI in Public Governance. Government Information Quarterly, 38(2).</w:t>
      </w:r>
    </w:p>
    <w:p>
      <w:r>
        <w:t>Janssen, M., &amp; Kuk, G. (2022). The Challenges and Limits of Big Data Algorithms in Technocratic Governance. Government Information Quarterly.</w:t>
      </w:r>
    </w:p>
    <w:p>
      <w:r>
        <w:t>Putnam, R. D. (1993). Making Democracy Work. Princeton University Press.</w:t>
      </w:r>
    </w:p>
    <w:p>
      <w:r>
        <w:t>Putnam, R. D. (2000). Bowling Alone. Simon &amp; Schuster.</w:t>
      </w:r>
    </w:p>
    <w:p>
      <w:r>
        <w:t>Alford, J. (2009). Engaging Public Sector Clients: From Service-Delivery to Co-Production. Palgrave.</w:t>
      </w:r>
    </w:p>
    <w:p>
      <w:r>
        <w:t>Frederickson, H. G. (1997). The Spirit of Public Administration. Jossey-Bass.</w:t>
      </w:r>
    </w:p>
    <w:p>
      <w:r>
        <w:t>Rhodes, R. A. W. (1996). The New Governance: Governing without Government. Political Studies, 44(4), 652-667.</w:t>
      </w:r>
    </w:p>
    <w:p>
      <w:r>
        <w:t>Kooiman, J. (2003). Governing as Governance. SAGE Publications.</w:t>
      </w:r>
    </w:p>
    <w:p>
      <w:r>
        <w:t>Jessop, B. (1998). The Rise of Governance and the Risks of Failure: The Case of Economic Development. In</w:t>
      </w:r>
    </w:p>
    <w:p>
      <w:r>
        <w:t>[DOCX page 8 image attached. Read this image directly to extract content.]</w:t>
      </w:r>
    </w:p>
    <w:p>
      <w:r>
        <w:t>ternational Social Science Journal, 50(155), 29-45.</w:t>
      </w:r>
    </w:p>
    <w:p>
      <w:r>
        <w:t>Meuleman, L. (2008). Public Management and the Metagovernance of Hierarchies, Networks and Markets. Physica-Verlag/Springer.</w:t>
      </w:r>
    </w:p>
    <w:p>
      <w:r>
        <w:t>Danaher, J. (2016). The Threat of Algocracy: Reality, Resistance and Accommodation. Philosophy &amp; Technology, 29(3), 245-268.</w:t>
      </w:r>
    </w:p>
    <w:p>
      <w:r>
        <w:t>Yeung, K. (2018). Algorithmic Regulation: A Critical Interrogation. Regulation &amp; Governance, 12(4), 505-523.</w:t>
      </w:r>
    </w:p>
    <w:p>
      <w:r>
        <w:t>Katzenbach, C., &amp; Ulbricht, L. (2019). Algorithmic Governance. Internet Policy Review, 8(4).</w:t>
      </w:r>
    </w:p>
    <w:p>
      <w:r>
        <w:t>Ulbricht, L., &amp; Yeung, K. (2022). Algorithmic Regulation: A Maturing Concept for Investigating Regulation of and through Algorithms. Regulation &amp; Governance, 16(1), 3-22.</w:t>
      </w:r>
    </w:p>
    <w:p>
      <w:r>
        <w:t>數位發展部(2025)。《公部門人工智慧應用參考手冊》。</w:t>
      </w:r>
    </w:p>
    <w:p>
      <w:r>
        <w:t>Bhattacharya, M. (2013). Good Governance and Development. Indian Journal of Public Administration.</w:t>
      </w:r>
    </w:p>
    <w:p>
      <w:r>
        <w:t>Jun, J. S. (2006). Public Administration: Design and Problem Solving. ICMA.</w:t>
      </w:r>
    </w:p>
    <w:p>
      <w:r>
        <w:t>盧建旭(1995)。公共行政的分析層次:全鍾燮整體觀分析架構試評。中國行政評論,5(1)。</w:t>
      </w:r>
    </w:p>
    <w:p>
      <w:r>
        <w:t>丘昌泰(2022)。公共管理。台北:智勝。</w:t>
      </w:r>
    </w:p>
    <w:p>
      <w:r>
        <w:t>陳敦源、黃東益、蕭乃沂(2021)。數位治理與協作治理。台北:五南。</w:t>
      </w:r>
    </w:p>
    <w:p>
      <w:r>
        <w:t>本章在25座標的位置</w:t>
      </w:r>
    </w:p>
    <w:p>
      <w:r>
        <w:t>本章定位於垂直「第二層至第三層交界」的「制度結構層次——治理典範整合」,水平則橫跨「組織間」至「制度/社會」層次,作為全書第二層(制度結構)的總結章。與其他章節的關聯:第一、四章建立的公共性與公共價值,回答「何謂公共」的哲學價值層提問;第二、三章的理論演進與分析層次,構成「如何理解理論」的典範理論層;第五章民主政治與官僚體制,到第七章行政環境,構成制度結構層前半,處理威權與民主的結構安排;第八章政府與市場的抉擇,處理市場機制作為治理手段。本章則整合官僚、市場、網絡三種治理結構,指出當代治理已從單一官僚統治轉為網絡協作,並以新公共服務、新公共治理、數位與AI治理作為典範總結,為後續政策、倫理與未來治理鋪墊制度基礎——本章正是從「為何要有政府」到「如何與眾共治」的制度樞紐。</w:t>
      </w:r>
    </w:p>
    <w:p>
      <w:r>
        <w:t>觀念釐清:政府、治理與良善治理</w:t>
      </w:r>
    </w:p>
    <w:p>
      <w:r>
        <w:t>政府(Government)指具合法暴力獨占與課稅權的正式權威結構;治理(Governance)指政府與非政府行動者共同管理事務的協調過程與網絡;良善治理(Good Governance)則是治理的規範性版本,加入民主、人權、有效性等價值判準。三者為描述性至規範性之光譜,不可混用。另須重申:依法行政的正確表述,是公部門為「法無授權即禁止」(法律保留與法律優位原則),私部門則為「法無禁止即自由」,二者不可顛倒——這一點,呼應第一、七章對「依法行政」正確表述的強調。</w:t>
      </w:r>
    </w:p>
    <w:p>
      <w:r>
        <w:t>階段 | 核心邏輯 | 主導時期 | 政府角色 | 失靈類型</w:t>
      </w:r>
    </w:p>
    <w:p>
      <w:r>
        <w:t>官僚治理 | 層級節制、依法行政、永業化 | 1970年代以前 | 操槳者與划槳者合一(統治) | 官僚失靈:僵化、繁文縟節</w:t>
      </w:r>
    </w:p>
    <w:p>
      <w:r>
        <w:t>市場治理 | 競爭、價格、顧客選擇、契約外包 | 1980-2000(NPM主導) | 掌舵者、領航者(政府領航、民間操槳) | 市場失靈:不平等、外部性、公共性流失</w:t>
      </w:r>
    </w:p>
    <w:p>
      <w:r>
        <w:t>網絡治理 | 信任、互賴、協商、共同創造 | 1990年代末迄今(後NPM主流) | 服務者、促進者、編織者 | 網絡失靈:課責模糊、交易成本高、信任崩解</w:t>
      </w:r>
    </w:p>
    <w:p>
      <w:r>
        <w:t>治理模式 | 主要優勢 | 典型失靈 | 必要補強</w:t>
      </w:r>
    </w:p>
    <w:p>
      <w:r>
        <w:t>官僚治理 | 法治、穩定、責任明確 | 僵化、遲延、程序主義 | 授權、數位化、回應性</w:t>
      </w:r>
    </w:p>
    <w:p>
      <w:r>
        <w:t>市場治理 | 效率、選擇、創新 | 不平等、外部性、公共性流失 | 管制、契約課責、弱勢保障</w:t>
      </w:r>
    </w:p>
    <w:p>
      <w:r>
        <w:t>網絡治理 | 協力、彈性、知識整合 | 責任模糊、協調成本高、代表性不足 | 元治理、程序設計、透明監督</w:t>
      </w:r>
    </w:p>
    <w:p>
      <w:r>
        <w:t>構面 | 市場模式 | 參與模式 | 彈性模式 | 鬆綁模式(解制)</w:t>
      </w:r>
    </w:p>
    <w:p>
      <w:r>
        <w:t>意識形態基礎 | 公共選擇與代理人理論 | 新左派、公民授能、審議民主 | 新管理主義、永業文官反省 | 新右派、反官僚、去管制</w:t>
      </w:r>
    </w:p>
    <w:p>
      <w:r>
        <w:t>對官僚缺失診斷 | 缺乏競爭與獨占 | 層級節制、封閉、公民疏離 | 永業制、年資主義、僵化人事 | 過度規則、繁文縟節、內部管制過多</w:t>
      </w:r>
    </w:p>
    <w:p>
      <w:r>
        <w:t>組織結構處方 | 分權化、引進市場與競爭、契約化 | 扁平化、團隊、公民直接參與 | 彈性化、任務編組、任期制、鬆開人事 | 肯定官僚必要性、簡化規則、賦能基層</w:t>
      </w:r>
    </w:p>
    <w:p>
      <w:r>
        <w:t>台灣實例 | BOT高鐵、政府採購外包 | Join公共政策參與平臺、參與式預算 | 機要與約聘僱彈性用人、計畫型任務編組 | 行政程序簡化、法規鬆綁、一站式服務</w:t>
      </w:r>
    </w:p>
    <w:p>
      <w:r>
        <w:t>風險 | 市場失靈、公平性流失 | 效率降低、參與疲乏 | 人事不穩、專業流失 | 回歸舊官僚濫權</w:t>
      </w:r>
    </w:p>
    <w:p>
      <w:r>
        <w:t>觀念釐清</w:t>
      </w:r>
    </w:p>
    <w:p>
      <w:r>
        <w:t>彈性模式並非反對所有常業文官,而是主張打破永業保障的僵化,推動任期制、彈性薪俸與彈性組織;鬆綁模式(Deregulation/Releasing Government)也並非否定官僚,而是解除內部過多的管制,將行政裁量權還給第一線街頭官僚(street-level bureaucrats),這與解制模式(解除對市場管制)之間存在層次差異,不可混用——這一點呼應第五章對街頭官僚裁量的討論。</w:t>
      </w:r>
    </w:p>
    <w:p>
      <w:r>
        <w:t>面向 | 內涵 | 重點工具 | 2020後延伸</w:t>
      </w:r>
    </w:p>
    <w:p>
      <w:r>
        <w:t>公共部門管理 | 提升公共部門提供財貨與勞務的能力 | 公共支出管理、文官改革、去中心化 | 數位公共建設、資料治理</w:t>
      </w:r>
    </w:p>
    <w:p>
      <w:r>
        <w:t>課責性 Accountability | 公職人員對行為負責,治理核心 | 政治課責、行政課責、績效衡量、公民監督 | 演算法課責、AI可解釋性</w:t>
      </w:r>
    </w:p>
    <w:p>
      <w:r>
        <w:t>發展的法律框架 | 以法治為基礎的穩定經濟成長 | 工具性與實質性法治、正當程序、平等與自由 | 數位法治、平台法制、AI法制</w:t>
      </w:r>
    </w:p>
    <w:p>
      <w:r>
        <w:t>透明與資訊 Transparency | 競爭市場需及時可靠資訊 | 預算公開、資訊自由、防止貪腐、政策分析 | 開放資料、政府即平台</w:t>
      </w:r>
    </w:p>
    <w:p>
      <w:r>
        <w:t>特徵 | 意涵 | 衡量指標例 | 台灣課題</w:t>
      </w:r>
    </w:p>
    <w:p>
      <w:r>
        <w:t>參與 Participation | 公民直接或間接、有組織且知情的參與 | 投票率、Join平臺提案數、參與式預算案 |</w:t>
      </w:r>
    </w:p>
    <w:p>
      <w:r>
        <w:t>[DOCX page 9 image attached. Read this image directly to extract content.]</w:t>
      </w:r>
    </w:p>
    <w:p>
      <w:r>
        <w:t>數位落差與參與不平等</w:t>
      </w:r>
    </w:p>
    <w:p>
      <w:r>
        <w:t>法治 Rule of Law | 公平法律架構、獨立司法、廉能警察 | 司法獨立指數、貪腐感知 | 平台與AI時代的法規調適</w:t>
      </w:r>
    </w:p>
    <w:p>
      <w:r>
        <w:t>透明性 Transparency | 資訊自由流通、政策可被理解 | 開放資料集數、政府採購公開度 | 演算法黑箱與可解釋性</w:t>
      </w:r>
    </w:p>
    <w:p>
      <w:r>
        <w:t>回應性 Responsiveness | 在時限內提供足夠服務 | 服務回應時間、陳情處理率 | 1999專線與AI客服回應品質</w:t>
      </w:r>
    </w:p>
    <w:p>
      <w:r>
        <w:t>共識取向 | 以文化與制度調和利益、追求長期發展 | 政策延續度、衝突調解機制 | 淨零與能源轉型共識</w:t>
      </w:r>
    </w:p>
    <w:p>
      <w:r>
        <w:t>公正與包容 | 成員感到被納入、不被排除 | 貧富差距、性別與族群平等指標 | 數位包容、偏鄉服務</w:t>
      </w:r>
    </w:p>
    <w:p>
      <w:r>
        <w:t>效能與效率 | 組織產出符合社會需求、資源永續利用 | 公共政策執行率、碳排強度 | 資料治理降低行政成本</w:t>
      </w:r>
    </w:p>
    <w:p>
      <w:r>
        <w:t>課責 Accountability | 政府、私部門、公民社會對人民可究責 | 審計發見、媒體監督度、演算法稽核 | AI決策的課責稀釋</w:t>
      </w:r>
    </w:p>
    <w:p>
      <w:r>
        <w:t>類型 | 定義 | 關鍵關係人 | 當代挑戰</w:t>
      </w:r>
    </w:p>
    <w:p>
      <w:r>
        <w:t>參與治理 | 公民參與決策與執行 | 公民、社區、第三部門 | 參與疲勞、假參與</w:t>
      </w:r>
    </w:p>
    <w:p>
      <w:r>
        <w:t>全球治理 | 跨國規則與代理人治理 | 國際組織、跨國企業、非政府組織、國家 | 主權與人權張力</w:t>
      </w:r>
    </w:p>
    <w:p>
      <w:r>
        <w:t>公司治理 | 企業行為規範碼 | 董事會、投資人、利害關係人 | 漂綠與ESG洗白</w:t>
      </w:r>
    </w:p>
    <w:p>
      <w:r>
        <w:t>環境治理 | 資源永續利用管理 | 國家、科學社群、原住民 | 科學不確定性與正義</w:t>
      </w:r>
    </w:p>
    <w:p>
      <w:r>
        <w:t>電子/數位治理 | ICT驅動的治理變革 | 政府、平台、公民 | 數位落差、資安</w:t>
      </w:r>
    </w:p>
    <w:p>
      <w:r>
        <w:t>跨域治理 | 跨轄區、跨部門、跨領域整合 | 中央地方、公私協力網絡 | 權責不清、預算與課責</w:t>
      </w:r>
    </w:p>
    <w:p>
      <w:r>
        <w:t>NPS七原則 | 意涵 | 對NPM的批判 | 實務意涵</w:t>
      </w:r>
    </w:p>
    <w:p>
      <w:r>
        <w:t>服務公民而非顧客 | 超越短期利益,回應公民作為社群成員的長期利益 | 顧客僅有選擇權,公民有參與義務與權利 | 從1999專線滿意度調查轉為公民審議</w:t>
      </w:r>
    </w:p>
    <w:p>
      <w:r>
        <w:t>追尋公共利益 | 行政人員是治理系統主要行動者,需促成集體對話形成公共利益 | NPM將公益簡化為個人偏好加總 | 公聽會與願景工作坊形成共識</w:t>
      </w:r>
    </w:p>
    <w:p>
      <w:r>
        <w:t>重視公民資格更勝企業精神 | 強調涉入、對話、審議式決策 | 企業家精神強化行政裁量與個人英雄主義 | 參與式預算與公民陪審團</w:t>
      </w:r>
    </w:p>
    <w:p>
      <w:r>
        <w:t>策略思維、民主行動 | 政策重點是公民聯盟與社群建立 | NPM重策略與管理行動 | 由下而上社群營造</w:t>
      </w:r>
    </w:p>
    <w:p>
      <w:r>
        <w:t>理解課責並不容易 | 課責是多元且衝突的均衡(專業、政治、法律、公民) | NPM課責僅為市場與績效課責 | 多重課責網絡管理</w:t>
      </w:r>
    </w:p>
    <w:p>
      <w:r>
        <w:t>服務而非領航 | 帶動熱情與認同,倡導廉能公正,協助公民表達 | 掌舵與領航強化行政菁英宰制 | 公僕作為催化者、調解者</w:t>
      </w:r>
    </w:p>
    <w:p>
      <w:r>
        <w:t>重視人性而非生產力 | 協助人們發現參與公共服務比自利更重要 | 生產力邏輯將人工具化 | PVM與意義感激勵</w:t>
      </w:r>
    </w:p>
    <w:p>
      <w:r>
        <w:t>典範 | 對人民定位 | 政府角色 | 績效觀 | 治理隱喻</w:t>
      </w:r>
    </w:p>
    <w:p>
      <w:r>
        <w:t>傳統公共行政 | 人民 | 操槳者與划槳者合一 | 依法行政與層級節制 | 政府是城堡</w:t>
      </w:r>
    </w:p>
    <w:p>
      <w:r>
        <w:t>NPM | 顧客 | 領航者、契約管理者 | 效率、市場、績效指標 | 政府是商場</w:t>
      </w:r>
    </w:p>
    <w:p>
      <w:r>
        <w:t>NPS | 公民 | 服務者、調解者 | 民主、公平、公共利益與對話 | 政府是廣場</w:t>
      </w:r>
    </w:p>
    <w:p>
      <w:r>
        <w:t>NPG/PSL | 共同創造者 | 促進者、網絡編織者 | 多重價值:產出、信任、關係、正當性 | 政府是平台與生態系</w:t>
      </w:r>
    </w:p>
    <w:p>
      <w:r>
        <w:t>觀念釐清:NPS的困境</w:t>
      </w:r>
    </w:p>
    <w:p>
      <w:r>
        <w:t>新公共服務具高度理想性,但公民教育投入與產出不成比例,且台灣公民行動多屬偶發、衝動,難以支撐長期改革;公務員在官僚文化與依法行政(法無授權即禁止)框架下,雖有行政裁量空間,但若僅以NPM方法改善服務品質而未投注公民社會建立,易淪為管理主義包裝。學者亦批評NPS僅是新公共行政、批判理論與後現代主義的混合。這正是新公共治理與共同創造試圖回應的問題:需要設計制度化的參與機制與資料基礎建設,而非僅仰賴公民美德。</w:t>
      </w:r>
    </w:p>
    <w:p>
      <w:r>
        <w:t>面向 | 舊電子治理 | 第三波數位與AI治理</w:t>
      </w:r>
    </w:p>
    <w:p>
      <w:r>
        <w:t>聚焦 | 政府內部自動化與線上服務提供 | 政府作為平台與生態系治理者,管理演算法與資料</w:t>
      </w:r>
    </w:p>
    <w:p>
      <w:r>
        <w:t>績效 | 效率與滿意度 | 信任、正當性、包容、永續與韌性</w:t>
      </w:r>
    </w:p>
    <w:p>
      <w:r>
        <w:t>風險 | 資安與數位落差 | 偏見、可解釋性、課責稀釋、基礎設施依賴</w:t>
      </w:r>
    </w:p>
    <w:p>
      <w:r>
        <w:t>工具 | 網站與資訊系統 | AI、數位孿生、生成式AI與監管沙盒</w:t>
      </w:r>
    </w:p>
    <w:p>
      <w:r>
        <w:t>風險等級 | 定義 | 示例 | 管制要求</w:t>
      </w:r>
    </w:p>
    <w:p>
      <w:r>
        <w:t>不可接受風險 | 違反歐盟價值,禁止使用 | 政府對公民社會信用評分、公共場域即時遠距生物辨識(例外除外) | 全面禁止</w:t>
      </w:r>
    </w:p>
    <w:p>
      <w:r>
        <w:t>高風險 | 影響健康、安全、基本權利 | 履歷篩選、教育考試評分、關鍵基礎設施、司法風險評估 | 強制性符合性評估、資料治理、人工監督、可追溯、可解釋性、登記</w:t>
      </w:r>
    </w:p>
    <w:p>
      <w:r>
        <w:t>有限風險 | 需透明性義務 | 生成式AI與聊天機器人、深偽(Deepfake) | 告知義務、揭露為AI生成</w:t>
      </w:r>
    </w:p>
    <w:p>
      <w:r>
        <w:t>最小風險 | 其餘多數應用 | 垃圾郵件過濾、AI電玩 | 自願行為準則</w:t>
      </w:r>
    </w:p>
    <w:p>
      <w:r>
        <w:t>治理鏈 | 本章關鍵問題 | 對應審計重點</w:t>
      </w:r>
    </w:p>
    <w:p>
      <w:r>
        <w:t>情境建構鏈 | 協同治理平台(如vTaiwan/Polis)的意見分群演算法,如何預先框定哪些意見被視為「主流共識」? | 資料代表性審計</w:t>
      </w:r>
    </w:p>
    <w:p>
      <w:r>
        <w:t>權威鏈 | 元治理層級(治理治理者)所倚賴的AI代理人,其判斷依據的正當性來源為何? | 組織能力審計、裁量邊界審計</w:t>
      </w:r>
    </w:p>
    <w:p>
      <w:r>
        <w:t>理由鏈 | 演算法治理下的資格審查、風險預測與資源分配決定,是否具備公民可理解的理由說明? | 理由說明審計</w:t>
      </w:r>
    </w:p>
    <w:p>
      <w:r>
        <w:t>責任鏈 | 協同網絡中導入AI代理人後,課責是否因「多元共識」的外觀而被稀釋、難以追溯到具體行動者? | 責任歸屬審計、民主課責審計</w:t>
      </w:r>
    </w:p>
    <w:p>
      <w:r>
        <w:t>元治理層級的民主課責檢查清單</w:t>
      </w:r>
    </w:p>
    <w:p>
      <w:r>
        <w:t>協同治理網絡中的AI代理人,是否被明確界定為工具而非行動者,以避免責任主體混淆(權威鏈)?意見分群或共識摘要工具的演算法邏輯,是否對外公開,而非僅呈現結果(情境建構鏈)?人類監督的強度究竟落在人在迴路、人在迴路之上,還是人於指揮,是否有明確宣告而非模糊帶過(理由鏈)?當協同治理的最終決策造成爭議,責任是否能追溯至具體的政府機關,而非消散於「網絡共識」之中(責任鏈)?這組問題,是「制度結構層次總結」對元治理提出的最後提醒:治理典範越是多元整合,課責的追溯機制就越不能模糊。</w:t>
      </w:r>
    </w:p>
    <w:p>
      <w:r>
        <w:t>治理鏈 | 斷裂點 | 七審檢查</w:t>
      </w:r>
    </w:p>
    <w:p>
      <w:r>
        <w:t>情境建構鏈 | 誰被資料化、誰被排除 | 資料代表性審計、隱私與資安審計</w:t>
      </w:r>
    </w:p>
    <w:p>
      <w:r>
        <w:t>權威鏈 | 授權基礎不明 | 責任歸屬審計、民主課責審計</w:t>
      </w:r>
    </w:p>
    <w:p>
      <w:r>
        <w:t>理由鏈 | 解釋是否可理解 | 理由說明審計、裁量邊界審計</w:t>
      </w:r>
    </w:p>
    <w:p>
      <w:r>
        <w:t>責任鏈 | 出錯誰負責 | 責任歸屬審計、組織能力審計</w:t>
      </w:r>
    </w:p>
    <w:p>
      <w:r>
        <w:t>白話說明:治理的治理</w:t>
      </w:r>
    </w:p>
    <w:p>
      <w:r>
        <w:t>當大家都在用AI治理,誰來治理AI?這是本章所有理論工具最終想回答的一句話。從官僚、市場到網絡,治理的邏輯不斷疊加演化,但無論疊加多少層協力機制,課責的最後一問始終未變:當協力網絡本身出了問題,誰有權、也有責任介入監督?若答案含糊,再精巧的協同治理設計,也可能在元治理層級留下一個沒有人看守的空隙。</w:t>
      </w:r>
    </w:p>
    <w:p>
      <w:r>
        <w:t>分析問題 | 對應理論 | 核心概念 | 主要風險 | 制度回應</w:t>
      </w:r>
    </w:p>
    <w:p>
      <w:r>
        <w:t>誰參與治理 | 網絡治理 | 互賴、自主、協商 | 代表性不足 | 參與設計、</w:t>
      </w:r>
    </w:p>
    <w:p>
      <w:r>
        <w:t>[DOCX page 10 image attached. Read this image directly to extract content.]</w:t>
      </w:r>
    </w:p>
    <w:p>
      <w:r>
        <w:t>程序透明</w:t>
      </w:r>
    </w:p>
    <w:p>
      <w:r>
        <w:t>如何提供服務 | NPM、NPS、NPG | 效率、公民、共同創造 | 公共性流失 | 多重績效與共同生產</w:t>
      </w:r>
    </w:p>
    <w:p>
      <w:r>
        <w:t>如何維持秩序 | 官僚、市場、網絡 | 法治、競爭、信任 | 治理失靈 | 元治理與制度混合</w:t>
      </w:r>
    </w:p>
    <w:p>
      <w:r>
        <w:t>如何面對數位化 | DEG、數位治理 | 平台、資料、AI | 偏見、黑箱、課責稀釋 | AIA、人工監督、救濟</w:t>
      </w:r>
    </w:p>
    <w:p>
      <w:r>
        <w:t>誰負最終責任 | 元治理 | 治理治理者 | 責任分散 | 民主課責與可追溯性</w:t>
      </w:r>
    </w:p>
    <w:p>
      <w:r>
        <w:t>前瞻:通往第十章</w:t>
      </w:r>
    </w:p>
    <w:p>
      <w:r>
        <w:t>本章整合官僚、市場、網絡三種治理結構,以新公共服務、新公共治理、數位與AI治理作為全書第二層「制度結構」的總結,確立了「制度結構層次—治理典範整合」在四條治理鏈上的完整檢視框架,並示範了協同治理納入AI代理人後,元治理層級的民主課責審計如何運作。然而,治理典範終究只回答了「政府與誰共治、如何共治」的結構問題,卻尚未觸及公共行政最核心的產出——政策本身應如何被制定、執行與評估。下一章「公共政策概念:問題界定、政策類型與演算法失靈」,將由制度結構層轉入政策過程層,探討公共問題如何被界定為政策問題,以及演算法在政策制定各階段可能帶來的新型態失靈。</w:t>
      </w:r>
    </w:p>
    <w:p>
      <w:r>
        <w:t>[DOCX page 11 image attached. Read this image directly to extract content.]</w:t>
      </w:r>
    </w:p>
    <w:p>
      <w:r>
        <w:t>[DOCX page 12 image attached. Read this image directly to extract content.]</w:t>
      </w:r>
    </w:p>
    <w:p>
      <w:r>
        <w:t>[DOCX page 13 image attached. Read this image directly to extract content.]</w:t>
      </w:r>
    </w:p>
    <w:p>
      <w:r>
        <w:t>[DOCX page 14 image attached. Read this image directly to extract content.]</w:t>
      </w:r>
    </w:p>
    <w:p>
      <w:r>
        <w:t>[DOCX page 15 image attached. Read this image directly to extract content.]</w:t>
      </w:r>
    </w:p>
    <w:p>
      <w:r>
        <w:t>[DOCX page 16 image attached. Read this image directly to extract content.]</w:t>
      </w:r>
    </w:p>
    <w:p>
      <w:r>
        <w:t>[DOCX page 17 image attached. Read this image directly to extract content.]</w:t>
      </w:r>
    </w:p>
    <w:p>
      <w:r>
        <w:t>[DOCX page 18 image attached. Read this image directly to extract content.]</w:t>
      </w:r>
    </w:p>
    <w:p>
      <w:r>
        <w:t>[DOCX page 19 image attached. Read this image directly to extract content.]</w:t>
      </w:r>
    </w:p>
    <w:p>
      <w:r>
        <w:t>[DOCX page 20 image attached. Read this image directly to extract content.]</w:t>
      </w:r>
    </w:p>
    <w:p>
      <w:r>
        <w:t>[DOCX page 21 image attached. Read this image directly to extract content.]</w:t>
      </w:r>
    </w:p>
    <w:p>
      <w:r>
        <w:t>[DOCX page 22 image attached. Read this image directly to extract content.]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