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8 章 電子治理與數位轉型</w:t>
      </w:r>
    </w:p>
    <w:p>
      <w:r>
        <w:rPr>
          <w:b/>
        </w:rPr>
        <w:t>所屬部分：第三部 當代公共管理議題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本章在全書16章架構中的定位：第三部 當代公共管理議題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電子治理與數位轉型相關核心理論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說明電子政府與電子治理的定義與發展階段</w:t>
      </w:r>
    </w:p>
    <w:p>
      <w:pPr>
        <w:pStyle w:val="ListBullet"/>
      </w:pPr>
      <w:r>
        <w:t>3. 理解電子化服務設計的原則與方法</w:t>
      </w:r>
    </w:p>
    <w:p>
      <w:pPr>
        <w:pStyle w:val="ListBullet"/>
      </w:pPr>
      <w:r>
        <w:t>4. 掌握開放政府與開放資料的內涵與實踐</w:t>
      </w:r>
    </w:p>
    <w:p>
      <w:pPr>
        <w:pStyle w:val="ListBullet"/>
      </w:pPr>
      <w:r>
        <w:t>5. 分析數位身分、資安與隱私挑戰</w:t>
      </w:r>
    </w:p>
    <w:p>
      <w:pPr>
        <w:pStyle w:val="Heading2"/>
      </w:pPr>
      <w:r>
        <w:t>參、本章導論與教案設計</w:t>
      </w:r>
    </w:p>
    <w:p>
      <w:r>
        <w:t>本章將從電子政府概述出發，深入探討電子化服務設計、開放政府與開放資料、數位身分與資安、數位轉型等議題，最後以台灣電子治理實務案例說明如何將理論轉化為行動。</w:t>
        <w:br/>
        <w:t>本章探討電子治理與數位轉型，主要重點包括：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說明電子政府與電子治理的定義與發展階段</w:t>
      </w:r>
    </w:p>
    <w:p>
      <w:r>
        <w:t>理解電子化服務設計的原則與方法</w:t>
      </w:r>
    </w:p>
    <w:p>
      <w:r>
        <w:t>掌握開放政府與開放資料的內涵與實踐</w:t>
      </w:r>
    </w:p>
    <w:p>
      <w:r>
        <w:t>分析數位身分、資安與隱私挑戰</w:t>
      </w:r>
    </w:p>
    <w:p>
      <w:r>
        <w:t>理解數位轉型的關鍵要素與障礙</w:t>
      </w:r>
    </w:p>
    <w:p>
      <w:r>
        <w:t>分析台灣電子治理實務案例</w:t>
      </w:r>
    </w:p>
    <w:p>
      <w:r>
        <w:t>【本章導論】</w:t>
      </w:r>
    </w:p>
    <w:p>
      <w:r>
        <w:t>21 世紀的政府必須是數位政府。從線上申辦、行動服務，到大數據分析、AI 決策，數位科技正在重塑政府的運作方式。然而，電子治理不僅是技術升級，更是治理典範的轉移：從封閉到開放、從單向到互動、從管理到服務。</w:t>
      </w:r>
    </w:p>
    <w:p>
      <w:r>
        <w:t>本章將從電子政府概述出發，深入探討電子化服務設計、開放政府與開放資料、數位身分與資安、數位轉型等議題，最後以台灣電子治理實務案例說明如何將理論轉化為行動。</w:t>
      </w:r>
    </w:p>
    <w:p>
      <w:pPr>
        <w:pStyle w:val="Heading3"/>
      </w:pPr>
      <w:r>
        <w:t>8.1 電子政府概述</w:t>
      </w:r>
    </w:p>
    <w:p>
      <w:pPr>
        <w:pStyle w:val="Heading3"/>
      </w:pPr>
      <w:r>
        <w:t>一、電子政府的定義與範疇</w:t>
      </w:r>
    </w:p>
    <w:p>
      <w:r>
        <w:t>電子政府（E-Government）是指政府運用資訊科技（特別是網際網路），提供政府資訊與服務給民眾、企業、其他政府機關的過程。</w:t>
      </w:r>
    </w:p>
    <w:p>
      <w:r>
        <w:t>UN（2024）的定義：</w:t>
      </w:r>
    </w:p>
    <w:p>
      <w:r>
        <w:t>「電子政府是政府運用 ICT（資訊與通訊科技）提升公共服務效率、增進公民參與、強化政府課責的過程。」</w:t>
      </w:r>
    </w:p>
    <w:p>
      <w:r>
        <w:t>電子政府的範疇 ：</w:t>
      </w:r>
    </w:p>
    <w:p>
      <w:r>
        <w:t>電子政府 vs. 電子治理 ：</w:t>
      </w:r>
    </w:p>
    <w:p>
      <w:pPr>
        <w:pStyle w:val="Heading3"/>
      </w:pPr>
      <w:r>
        <w:t>二、電子政府的發展階段</w:t>
      </w:r>
    </w:p>
    <w:p>
      <w:r>
        <w:t>四階段模型 ：</w:t>
      </w:r>
    </w:p>
    <w:p>
      <w:r>
        <w:t>出現（Emergence） → 強化（Enhancement） → 互動（Interaction） → 轉型（Transformation）</w:t>
      </w:r>
    </w:p>
    <w:p>
      <w:r>
        <w:t>各階段特徵 ：</w:t>
      </w:r>
    </w:p>
    <w:p>
      <w:r>
        <w:t>UN 電子政府調查（2024） ：</w:t>
      </w:r>
    </w:p>
    <w:p>
      <w:r>
        <w:t>評估各國電子政府發展程度</w:t>
      </w:r>
    </w:p>
    <w:p>
      <w:r>
        <w:t>指標：線上服務指數、電信基礎設施、人力資本</w:t>
      </w:r>
    </w:p>
    <w:p>
      <w:r>
        <w:t>2024 年排名：台灣全球第 7（亞洲第 2）</w:t>
      </w:r>
    </w:p>
    <w:p>
      <w:r>
        <w:t>台灣電子政府發展歷程 ：</w:t>
      </w:r>
    </w:p>
    <w:p>
      <w:pPr>
        <w:pStyle w:val="Heading3"/>
      </w:pPr>
      <w:r>
        <w:t>三、電子政府的成功要素與障礙</w:t>
      </w:r>
    </w:p>
    <w:p>
      <w:r>
        <w:t>成功要素 ：</w:t>
      </w:r>
    </w:p>
    <w:p>
      <w:r>
        <w:t>政治支持</w:t>
      </w:r>
    </w:p>
    <w:p>
      <w:r>
        <w:t>高層承諾、預算支持</w:t>
      </w:r>
    </w:p>
    <w:p>
      <w:r>
        <w:t>例如：行政院數位政府推動會報</w:t>
      </w:r>
    </w:p>
    <w:p>
      <w:r>
        <w:t>法規調適</w:t>
      </w:r>
    </w:p>
    <w:p>
      <w:r>
        <w:t>電子簽章法、個資法</w:t>
      </w:r>
    </w:p>
    <w:p>
      <w:r>
        <w:t>消除法規障礙</w:t>
      </w:r>
    </w:p>
    <w:p>
      <w:r>
        <w:t>基礎建設</w:t>
      </w:r>
    </w:p>
    <w:p>
      <w:r>
        <w:t>寬頻網路、雲端基礎設施</w:t>
      </w:r>
    </w:p>
    <w:p>
      <w:r>
        <w:t>例如：政府雲端服務中心</w:t>
      </w:r>
    </w:p>
    <w:p>
      <w:r>
        <w:t>組織變革</w:t>
      </w:r>
    </w:p>
    <w:p>
      <w:r>
        <w:t>流程再造、人員培訓</w:t>
      </w:r>
    </w:p>
    <w:p>
      <w:r>
        <w:t>例如：簡化行政流程</w:t>
      </w:r>
    </w:p>
    <w:p>
      <w:r>
        <w:t>公民採用</w:t>
      </w:r>
    </w:p>
    <w:p>
      <w:r>
        <w:t>民眾使用意願與能力</w:t>
      </w:r>
    </w:p>
    <w:p>
      <w:r>
        <w:t>例如：數位落差縮小</w:t>
      </w:r>
    </w:p>
    <w:p>
      <w:r>
        <w:t>障礙 ：</w:t>
      </w:r>
    </w:p>
    <w:p>
      <w:r>
        <w:t>數位落差</w:t>
      </w:r>
    </w:p>
    <w:p>
      <w:r>
        <w:t>城鄉差距、世代差距</w:t>
      </w:r>
    </w:p>
    <w:p>
      <w:r>
        <w:t>例如：老年人不使用線上服務</w:t>
      </w:r>
    </w:p>
    <w:p>
      <w:r>
        <w:t>資安風險</w:t>
      </w:r>
    </w:p>
    <w:p>
      <w:r>
        <w:t>個資洩漏、網路攻擊</w:t>
      </w:r>
    </w:p>
    <w:p>
      <w:r>
        <w:t>例如：政府網站遭駭</w:t>
      </w:r>
    </w:p>
    <w:p>
      <w:r>
        <w:t>組織阻力</w:t>
      </w:r>
    </w:p>
    <w:p>
      <w:r>
        <w:t>公務員抗拒變革</w:t>
      </w:r>
    </w:p>
    <w:p>
      <w:r>
        <w:t>例如：習慣紙本作業</w:t>
      </w:r>
    </w:p>
    <w:p>
      <w:r>
        <w:t>法規限制</w:t>
      </w:r>
    </w:p>
    <w:p>
      <w:r>
        <w:t>電子文件效力、簽章認證</w:t>
      </w:r>
    </w:p>
    <w:p>
      <w:r>
        <w:t>例如：部分文件仍需紙本</w:t>
      </w:r>
    </w:p>
    <w:p>
      <w:r>
        <w:t>資源不足</w:t>
      </w:r>
    </w:p>
    <w:p>
      <w:r>
        <w:t>預算、人才缺乏</w:t>
      </w:r>
    </w:p>
    <w:p>
      <w:r>
        <w:t>例如：地方政府 IT 人力不足</w:t>
      </w:r>
    </w:p>
    <w:p>
      <w:r>
        <w:t>思考 8-1：你認為台灣電子政府發展的最大障礙是什麼？為什麼？</w:t>
      </w:r>
    </w:p>
    <w:p>
      <w:pPr>
        <w:pStyle w:val="Heading3"/>
      </w:pPr>
      <w:r>
        <w:t>8.2 電子化服務設計</w:t>
      </w:r>
    </w:p>
    <w:p>
      <w:pPr>
        <w:pStyle w:val="Heading3"/>
      </w:pPr>
      <w:r>
        <w:t>一、使用者體驗（UX）設計</w:t>
      </w:r>
    </w:p>
    <w:p>
      <w:r>
        <w:t>使用者體驗（User Experience, UX）是指使用者與產品或服務互動的整體感受。</w:t>
      </w:r>
    </w:p>
    <w:p>
      <w:r>
        <w:t>UX 設計的五大要素 ：</w:t>
      </w:r>
    </w:p>
    <w:p>
      <w:r>
        <w:t>UX 設計流程 ：</w:t>
      </w:r>
    </w:p>
    <w:p>
      <w:r>
        <w:t>使用者研究</w:t>
      </w:r>
    </w:p>
    <w:p>
      <w:r>
        <w:t>訪談、問卷、觀察</w:t>
      </w:r>
    </w:p>
    <w:p>
      <w:r>
        <w:t>了解使用者需求與痛點</w:t>
      </w:r>
    </w:p>
    <w:p>
      <w:r>
        <w:t>資訊架構</w:t>
      </w:r>
    </w:p>
    <w:p>
      <w:r>
        <w:t>網站結構、導航設計</w:t>
      </w:r>
    </w:p>
    <w:p>
      <w:r>
        <w:t>例如：選單分類</w:t>
      </w:r>
    </w:p>
    <w:p>
      <w:r>
        <w:t>介面設計</w:t>
      </w:r>
    </w:p>
    <w:p>
      <w:r>
        <w:t>視覺設計、互動設計</w:t>
      </w:r>
    </w:p>
    <w:p>
      <w:r>
        <w:t>例如：按鈕、表單</w:t>
      </w:r>
    </w:p>
    <w:p>
      <w:r>
        <w:t>原型測試</w:t>
      </w:r>
    </w:p>
    <w:p>
      <w:r>
        <w:t>製作原型、使用者測試</w:t>
      </w:r>
    </w:p>
    <w:p>
      <w:r>
        <w:t>收集回饋、迭代改進</w:t>
      </w:r>
    </w:p>
    <w:p>
      <w:r>
        <w:t>上線與監測</w:t>
      </w:r>
    </w:p>
    <w:p>
      <w:r>
        <w:t>正式上線</w:t>
      </w:r>
    </w:p>
    <w:p>
      <w:r>
        <w:t>持續監測使用數據</w:t>
      </w:r>
    </w:p>
    <w:p>
      <w:r>
        <w:t>公部門應用：</w:t>
      </w:r>
    </w:p>
    <w:p>
      <w:r>
        <w:t>政府網站 UX 優化</w:t>
      </w:r>
    </w:p>
    <w:p>
      <w:r>
        <w:t>行動 APP 設計</w:t>
      </w:r>
    </w:p>
    <w:p>
      <w:r>
        <w:t>線上申辦流程簡化</w:t>
      </w:r>
    </w:p>
    <w:p>
      <w:pPr>
        <w:pStyle w:val="Heading3"/>
      </w:pPr>
      <w:r>
        <w:t>二、單一窗口服務</w:t>
      </w:r>
    </w:p>
    <w:p>
      <w:r>
        <w:t>單一窗口（Single Window）是指民眾透過一個入口，即可獲得所有政府服務。</w:t>
      </w:r>
    </w:p>
    <w:p>
      <w:r>
        <w:t>類型 ：</w:t>
      </w:r>
    </w:p>
    <w:p>
      <w:r>
        <w:t>優點 ：</w:t>
      </w:r>
    </w:p>
    <w:p>
      <w:r>
        <w:t>減少民眾奔波</w:t>
      </w:r>
    </w:p>
    <w:p>
      <w:r>
        <w:t>提升服務效率</w:t>
      </w:r>
    </w:p>
    <w:p>
      <w:r>
        <w:t>強化跨機關協調</w:t>
      </w:r>
    </w:p>
    <w:p>
      <w:r>
        <w:t>挑戰 ：</w:t>
      </w:r>
    </w:p>
    <w:p>
      <w:r>
        <w:t>跨機關資料整合困難</w:t>
      </w:r>
    </w:p>
    <w:p>
      <w:r>
        <w:t>權責劃分不清</w:t>
      </w:r>
    </w:p>
    <w:p>
      <w:r>
        <w:t>系統相容性問題</w:t>
      </w:r>
    </w:p>
    <w:p>
      <w:r>
        <w:t>台灣應用：</w:t>
      </w:r>
    </w:p>
    <w:p>
      <w:r>
        <w:t>政府服務入口網（www.gov.tw）</w:t>
      </w:r>
    </w:p>
    <w:p>
      <w:r>
        <w:t>1999 市民服務專線（各縣市）</w:t>
      </w:r>
    </w:p>
    <w:p>
      <w:r>
        <w:t>MyData 個人資料調閱平台</w:t>
      </w:r>
    </w:p>
    <w:p>
      <w:pPr>
        <w:pStyle w:val="Heading3"/>
      </w:pPr>
      <w:r>
        <w:t>三、行動政府（m-Government）</w:t>
      </w:r>
    </w:p>
    <w:p>
      <w:r>
        <w:t>行動政府是指透過行動裝置（手機、平板）提供政府服務。</w:t>
      </w:r>
    </w:p>
    <w:p>
      <w:r>
        <w:t>服務類型 ：</w:t>
      </w:r>
    </w:p>
    <w:p>
      <w:r>
        <w:t>優點 ：</w:t>
      </w:r>
    </w:p>
    <w:p>
      <w:r>
        <w:t>隨時隨地可使用</w:t>
      </w:r>
    </w:p>
    <w:p>
      <w:r>
        <w:t>提升便利性</w:t>
      </w:r>
    </w:p>
    <w:p>
      <w:r>
        <w:t>降低服務成本</w:t>
      </w:r>
    </w:p>
    <w:p>
      <w:r>
        <w:t>挑戰 ：</w:t>
      </w:r>
    </w:p>
    <w:p>
      <w:r>
        <w:t>資安風險</w:t>
      </w:r>
    </w:p>
    <w:p>
      <w:r>
        <w:t>數位落差（老年人、低收入）</w:t>
      </w:r>
    </w:p>
    <w:p>
      <w:r>
        <w:t>系統穩定性</w:t>
      </w:r>
    </w:p>
    <w:p>
      <w:r>
        <w:t>台灣應用：</w:t>
      </w:r>
    </w:p>
    <w:p>
      <w:r>
        <w:t>愛台灣 APP：整合多項政府服務</w:t>
      </w:r>
    </w:p>
    <w:p>
      <w:r>
        <w:t>健保快易通 APP：查詢健保資料</w:t>
      </w:r>
    </w:p>
    <w:p>
      <w:r>
        <w:t>報稅 APP：線上報稅</w:t>
      </w:r>
    </w:p>
    <w:p>
      <w:r>
        <w:t>1999 APP：市民服務</w:t>
      </w:r>
    </w:p>
    <w:p>
      <w:r>
        <w:t>案例 8-1：台北市「台北通」APP</w:t>
        <w:br/>
        <w:t>2020 年，台北市推出「台北通」APP：</w:t>
      </w:r>
    </w:p>
    <w:p>
      <w:r>
        <w:t>功能：</w:t>
      </w:r>
    </w:p>
    <w:p>
      <w:r>
        <w:t>身分認證（數位身分證）</w:t>
      </w:r>
    </w:p>
    <w:p>
      <w:r>
        <w:t>市政服務（申辦、繳費）</w:t>
      </w:r>
    </w:p>
    <w:p>
      <w:r>
        <w:t>活動報名（市民活動）</w:t>
      </w:r>
    </w:p>
    <w:p>
      <w:r>
        <w:t>健康服務（疫苗預約、口罩庫存）</w:t>
      </w:r>
    </w:p>
    <w:p>
      <w:r>
        <w:t>交通服務（YouBike、停車費）</w:t>
      </w:r>
    </w:p>
    <w:p>
      <w:r>
        <w:t>成效：</w:t>
      </w:r>
    </w:p>
    <w:p>
      <w:r>
        <w:t>下載量：300 萬次</w:t>
      </w:r>
    </w:p>
    <w:p>
      <w:r>
        <w:t>活躍用戶：150 萬</w:t>
      </w:r>
    </w:p>
    <w:p>
      <w:r>
        <w:t>市民滿意度：85%</w:t>
      </w:r>
    </w:p>
    <w:p>
      <w:r>
        <w:t>挑戰：</w:t>
      </w:r>
    </w:p>
    <w:p>
      <w:r>
        <w:t>個資保護爭議</w:t>
      </w:r>
    </w:p>
    <w:p>
      <w:r>
        <w:t>系統穩定性</w:t>
      </w:r>
    </w:p>
    <w:p>
      <w:r>
        <w:t>數位落差</w:t>
      </w:r>
    </w:p>
    <w:p>
      <w:r>
        <w:t>討論問題：</w:t>
      </w:r>
    </w:p>
    <w:p>
      <w:r>
        <w:t>台北通的優點與風險是什麼？</w:t>
      </w:r>
    </w:p>
    <w:p>
      <w:r>
        <w:t>如何平衡便利與隱私？</w:t>
      </w:r>
    </w:p>
    <w:p>
      <w:r>
        <w:t>如何確保數位包容（老年人、弱勢）？</w:t>
      </w:r>
    </w:p>
    <w:p>
      <w:r>
        <w:t>你認為台北通應該推廣到全國嗎？為什麼？</w:t>
      </w:r>
    </w:p>
    <w:p>
      <w:pPr>
        <w:pStyle w:val="Heading3"/>
      </w:pPr>
      <w:r>
        <w:t>8.3 開放政府與開放資料</w:t>
      </w:r>
    </w:p>
    <w:p>
      <w:pPr>
        <w:pStyle w:val="Heading3"/>
      </w:pPr>
      <w:r>
        <w:t>一、開放政府的三大支柱</w:t>
      </w:r>
    </w:p>
    <w:p>
      <w:r>
        <w:t>開放政府（Open Government）是指政府透明、公民參與、強化課責的治理模式。</w:t>
      </w:r>
    </w:p>
    <w:p>
      <w:r>
        <w:t>Obama（2009）的定義：</w:t>
      </w:r>
    </w:p>
    <w:p>
      <w:r>
        <w:t>「開放政府基於透明、公民參與、協作三大支柱。」</w:t>
      </w:r>
    </w:p>
    <w:p>
      <w:r>
        <w:t>三大支柱 ：</w:t>
      </w:r>
    </w:p>
    <w:p>
      <w:r>
        <w:t>國際倡議：</w:t>
      </w:r>
    </w:p>
    <w:p>
      <w:r>
        <w:t>開放政府夥伴關係（OGP, Open Government Partnership）</w:t>
      </w:r>
    </w:p>
    <w:p>
      <w:r>
        <w:t>2011 年成立</w:t>
      </w:r>
    </w:p>
    <w:p>
      <w:r>
        <w:t>台灣 2015 年加入</w:t>
      </w:r>
    </w:p>
    <w:p>
      <w:r>
        <w:t>承諾推動開放政府國家行動計畫</w:t>
      </w:r>
    </w:p>
    <w:p>
      <w:pPr>
        <w:pStyle w:val="Heading3"/>
      </w:pPr>
      <w:r>
        <w:t>二、開放資料的價值與挑戰</w:t>
      </w:r>
    </w:p>
    <w:p>
      <w:r>
        <w:t>開放資料（Open Data）是指政府資料以開放格式、免費、可重複使用的方式提供公眾。</w:t>
      </w:r>
    </w:p>
    <w:p>
      <w:r>
        <w:t>開放資料的原則 ：</w:t>
      </w:r>
    </w:p>
    <w:p>
      <w:r>
        <w:t>完整（Complete）：所有非涉密資料</w:t>
      </w:r>
    </w:p>
    <w:p>
      <w:r>
        <w:t>原始（Primary）：未經處理的原始資料</w:t>
      </w:r>
    </w:p>
    <w:p>
      <w:r>
        <w:t>即時（Timely）：盡快發布</w:t>
      </w:r>
    </w:p>
    <w:p>
      <w:r>
        <w:t>可及（Accessible）：易於取得</w:t>
      </w:r>
    </w:p>
    <w:p>
      <w:r>
        <w:t>可機器處理（Machine-Processable）：機器可讀取</w:t>
      </w:r>
    </w:p>
    <w:p>
      <w:r>
        <w:t>非歧視（Non-Discriminatory）：無需註冊</w:t>
      </w:r>
    </w:p>
    <w:p>
      <w:r>
        <w:t>非專屬（Non-Proprietary）：開放格式</w:t>
      </w:r>
    </w:p>
    <w:p>
      <w:r>
        <w:t>免授權費（License-Free）：無版權限制</w:t>
      </w:r>
    </w:p>
    <w:p>
      <w:r>
        <w:t>開放資料的價值 ：</w:t>
      </w:r>
    </w:p>
    <w:p>
      <w:r>
        <w:t>開放資料的挑戰 ：</w:t>
      </w:r>
    </w:p>
    <w:p>
      <w:r>
        <w:t>資料品質</w:t>
      </w:r>
    </w:p>
    <w:p>
      <w:r>
        <w:t>不完整、不一致</w:t>
      </w:r>
    </w:p>
    <w:p>
      <w:r>
        <w:t>例如：不同機關格式不同</w:t>
      </w:r>
    </w:p>
    <w:p>
      <w:r>
        <w:t>隱私保護</w:t>
      </w:r>
    </w:p>
    <w:p>
      <w:r>
        <w:t>個資洩漏風險</w:t>
      </w:r>
    </w:p>
    <w:p>
      <w:r>
        <w:t>例如：健保資料去識別化</w:t>
      </w:r>
    </w:p>
    <w:p>
      <w:r>
        <w:t>技術能力</w:t>
      </w:r>
    </w:p>
    <w:p>
      <w:r>
        <w:t>民眾分析能力不足</w:t>
      </w:r>
    </w:p>
    <w:p>
      <w:r>
        <w:t>例如：CSV、API 使用門檻</w:t>
      </w:r>
    </w:p>
    <w:p>
      <w:r>
        <w:t>組織文化</w:t>
      </w:r>
    </w:p>
    <w:p>
      <w:r>
        <w:t>公務員不願分享</w:t>
      </w:r>
    </w:p>
    <w:p>
      <w:r>
        <w:t>例如：「資料是權力」</w:t>
      </w:r>
    </w:p>
    <w:p>
      <w:r>
        <w:t>永續經營</w:t>
      </w:r>
    </w:p>
    <w:p>
      <w:r>
        <w:t>維護成本、更新頻率</w:t>
      </w:r>
    </w:p>
    <w:p>
      <w:r>
        <w:t>例如：資料過時</w:t>
      </w:r>
    </w:p>
    <w:p>
      <w:r>
        <w:t>台灣應用：</w:t>
      </w:r>
    </w:p>
    <w:p>
      <w:r>
        <w:t>政府資料開放平台（data.gov.tw）</w:t>
      </w:r>
    </w:p>
    <w:p>
      <w:r>
        <w:t>2013 年上線</w:t>
      </w:r>
    </w:p>
    <w:p>
      <w:r>
        <w:t>超過 3 萬筆資料集</w:t>
      </w:r>
    </w:p>
    <w:p>
      <w:r>
        <w:t>類別：交通、環保、教育、醫療等</w:t>
      </w:r>
    </w:p>
    <w:p>
      <w:r>
        <w:t>應用案例：</w:t>
      </w:r>
    </w:p>
    <w:p>
      <w:r>
        <w:t>公車到站時間 APP</w:t>
      </w:r>
    </w:p>
    <w:p>
      <w:r>
        <w:t>空氣品質監測平台</w:t>
      </w:r>
    </w:p>
    <w:p>
      <w:r>
        <w:t>房地產實價登錄分析</w:t>
      </w:r>
    </w:p>
    <w:p>
      <w:r>
        <w:t>案例 8-2：台灣開放資料的應用</w:t>
        <w:br/>
        <w:t>案例 1：公車到站時間 APP</w:t>
      </w:r>
    </w:p>
    <w:p>
      <w:r>
        <w:t>資料來源：各縣市交通局開放資料</w:t>
      </w:r>
    </w:p>
    <w:p>
      <w:r>
        <w:t>應用：即時公車到站時間查詢</w:t>
      </w:r>
    </w:p>
    <w:p>
      <w:r>
        <w:t>價值：提升民眾便利性</w:t>
      </w:r>
    </w:p>
    <w:p>
      <w:r>
        <w:t>案例 2：空氣品質監測平台</w:t>
      </w:r>
    </w:p>
    <w:p>
      <w:r>
        <w:t>資料來源：環保署空氣品質資料</w:t>
      </w:r>
    </w:p>
    <w:p>
      <w:r>
        <w:t>應用：即時 AQI 查詢、歷史數據分析</w:t>
      </w:r>
    </w:p>
    <w:p>
      <w:r>
        <w:t>價值：提升公眾健康意識</w:t>
      </w:r>
    </w:p>
    <w:p>
      <w:r>
        <w:t>案例 3：房地產實價登錄分析</w:t>
      </w:r>
    </w:p>
    <w:p>
      <w:r>
        <w:t>資料來源：內政部實價登錄資料</w:t>
      </w:r>
    </w:p>
    <w:p>
      <w:r>
        <w:t>應用：房價趨勢分析、區域比較</w:t>
      </w:r>
    </w:p>
    <w:p>
      <w:r>
        <w:t>價值：提升市場透明度</w:t>
      </w:r>
    </w:p>
    <w:p>
      <w:r>
        <w:t>討論問題：</w:t>
      </w:r>
    </w:p>
    <w:p>
      <w:r>
        <w:t>開放資料如何創造公共價值？</w:t>
      </w:r>
    </w:p>
    <w:p>
      <w:r>
        <w:t>開放資料的挑戰有哪些？如何克服？</w:t>
      </w:r>
    </w:p>
    <w:p>
      <w:r>
        <w:t>你認為政府還應該開放哪些資料？為什麼？</w:t>
      </w:r>
    </w:p>
    <w:p>
      <w:r>
        <w:t>如何確保開放資料的品質與隱私？</w:t>
      </w:r>
    </w:p>
    <w:p>
      <w:pPr>
        <w:pStyle w:val="Heading3"/>
      </w:pPr>
      <w:r>
        <w:t>三、台灣開放政府國家行動計畫</w:t>
      </w:r>
    </w:p>
    <w:p>
      <w:r>
        <w:t>國家行動計畫（National Action Plan, NAP） ：</w:t>
      </w:r>
    </w:p>
    <w:p>
      <w:r>
        <w:t>OGP 會員國需每 2 年提出行動計畫</w:t>
      </w:r>
    </w:p>
    <w:p>
      <w:r>
        <w:t>台灣已提出 4 版（2015–2024）</w:t>
      </w:r>
    </w:p>
    <w:p>
      <w:r>
        <w:t>第 4 版 NAP（2023–2024）重點 ：</w:t>
      </w:r>
    </w:p>
    <w:p>
      <w:r>
        <w:t>開放資料</w:t>
      </w:r>
    </w:p>
    <w:p>
      <w:r>
        <w:t>擴大開放範圍</w:t>
      </w:r>
    </w:p>
    <w:p>
      <w:r>
        <w:t>提升資料品質</w:t>
      </w:r>
    </w:p>
    <w:p>
      <w:r>
        <w:t>公民參與</w:t>
      </w:r>
    </w:p>
    <w:p>
      <w:r>
        <w:t>推動參與式預算</w:t>
      </w:r>
    </w:p>
    <w:p>
      <w:r>
        <w:t>強化政策諮詢</w:t>
      </w:r>
    </w:p>
    <w:p>
      <w:r>
        <w:t>透明治理</w:t>
      </w:r>
    </w:p>
    <w:p>
      <w:r>
        <w:t>政治獻金公開</w:t>
      </w:r>
    </w:p>
    <w:p>
      <w:r>
        <w:t>遊說公開</w:t>
      </w:r>
    </w:p>
    <w:p>
      <w:r>
        <w:t>數位包容</w:t>
      </w:r>
    </w:p>
    <w:p>
      <w:r>
        <w:t>縮小數位落差</w:t>
      </w:r>
    </w:p>
    <w:p>
      <w:r>
        <w:t>提升數位素養</w:t>
      </w:r>
    </w:p>
    <w:p>
      <w:r>
        <w:t>成效：</w:t>
      </w:r>
    </w:p>
    <w:p>
      <w:r>
        <w:t>開放資料平台全球排名前 10</w:t>
      </w:r>
    </w:p>
    <w:p>
      <w:r>
        <w:t>公民參與機制逐步建立</w:t>
      </w:r>
    </w:p>
    <w:p>
      <w:r>
        <w:t>透明治理持續改進</w:t>
      </w:r>
    </w:p>
    <w:p>
      <w:r>
        <w:t>挑戰：</w:t>
      </w:r>
    </w:p>
    <w:p>
      <w:r>
        <w:t>公民參與深度不足</w:t>
      </w:r>
    </w:p>
    <w:p>
      <w:r>
        <w:t>資料應用能力待提升</w:t>
      </w:r>
    </w:p>
    <w:p>
      <w:r>
        <w:t>組織文化需改變</w:t>
      </w:r>
    </w:p>
    <w:p>
      <w:pPr>
        <w:pStyle w:val="Heading3"/>
      </w:pPr>
      <w:r>
        <w:t>8.4 數位身分與資安</w:t>
      </w:r>
    </w:p>
    <w:p>
      <w:pPr>
        <w:pStyle w:val="Heading3"/>
      </w:pPr>
      <w:r>
        <w:t>一、數位身分認證</w:t>
      </w:r>
    </w:p>
    <w:p>
      <w:r>
        <w:t>數位身分（Digital Identity）是指個人在數位環境中的身分識別。</w:t>
      </w:r>
    </w:p>
    <w:p>
      <w:r>
        <w:t>認證方式 ：</w:t>
      </w:r>
    </w:p>
    <w:p>
      <w:r>
        <w:t>台灣應用：</w:t>
      </w:r>
    </w:p>
    <w:p>
      <w:r>
        <w:t>自然人憑證：</w:t>
      </w:r>
    </w:p>
    <w:p>
      <w:r>
        <w:t>2001 年發行</w:t>
      </w:r>
    </w:p>
    <w:p>
      <w:r>
        <w:t>用於線上報稅、申辦</w:t>
      </w:r>
    </w:p>
    <w:p>
      <w:r>
        <w:t>問題：使用率低（僅 30%）</w:t>
      </w:r>
    </w:p>
    <w:p>
      <w:r>
        <w:t>MyData 個人資料調閱平台：</w:t>
      </w:r>
    </w:p>
    <w:p>
      <w:r>
        <w:t>2019 年上線</w:t>
      </w:r>
    </w:p>
    <w:p>
      <w:r>
        <w:t>整合多項個人資料（戶籍、稅務、健保）</w:t>
      </w:r>
    </w:p>
    <w:p>
      <w:r>
        <w:t>使用自然人憑證或行動認證</w:t>
      </w:r>
    </w:p>
    <w:p>
      <w:r>
        <w:t>數位發展部（2022）：</w:t>
      </w:r>
    </w:p>
    <w:p>
      <w:r>
        <w:t>整合數位身分政策</w:t>
      </w:r>
    </w:p>
    <w:p>
      <w:r>
        <w:t>推動「數位身分證」（2025 試辦）</w:t>
      </w:r>
    </w:p>
    <w:p>
      <w:pPr>
        <w:pStyle w:val="Heading3"/>
      </w:pPr>
      <w:r>
        <w:t>二、個人資料保護</w:t>
      </w:r>
    </w:p>
    <w:p>
      <w:r>
        <w:t>法源：個人資料保護法（個資法）</w:t>
      </w:r>
    </w:p>
    <w:p>
      <w:r>
        <w:t>核心原則 ：</w:t>
      </w:r>
    </w:p>
    <w:p>
      <w:r>
        <w:t>合法性：依法蒐集、處理、利用</w:t>
      </w:r>
    </w:p>
    <w:p>
      <w:r>
        <w:t>正當性：目的正當</w:t>
      </w:r>
    </w:p>
    <w:p>
      <w:r>
        <w:t>必要性：最小必要範圍</w:t>
      </w:r>
    </w:p>
    <w:p>
      <w:r>
        <w:t>知情同意：告知並取得同意</w:t>
      </w:r>
    </w:p>
    <w:p>
      <w:r>
        <w:t>資料正確：保持資料正確</w:t>
      </w:r>
    </w:p>
    <w:p>
      <w:r>
        <w:t>安全保護：防止洩漏、竄改</w:t>
      </w:r>
    </w:p>
    <w:p>
      <w:r>
        <w:t>當事人權利：查詢、更正、刪除</w:t>
      </w:r>
    </w:p>
    <w:p>
      <w:r>
        <w:t>個資法的適用：</w:t>
      </w:r>
    </w:p>
    <w:p>
      <w:r>
        <w:t>政府機關</w:t>
      </w:r>
    </w:p>
    <w:p>
      <w:r>
        <w:t>私部門</w:t>
      </w:r>
    </w:p>
    <w:p>
      <w:r>
        <w:t>自然人</w:t>
      </w:r>
    </w:p>
    <w:p>
      <w:r>
        <w:t>罰則：</w:t>
      </w:r>
    </w:p>
    <w:p>
      <w:r>
        <w:t>行政罰：最高 50 萬元</w:t>
      </w:r>
    </w:p>
    <w:p>
      <w:r>
        <w:t>刑事罰：最高 5 年徒刑</w:t>
      </w:r>
    </w:p>
    <w:p>
      <w:r>
        <w:t>民事賠償：每人每事件 500 元–2 萬元</w:t>
      </w:r>
    </w:p>
    <w:p>
      <w:r>
        <w:t>爭議 ：</w:t>
      </w:r>
    </w:p>
    <w:p>
      <w:r>
        <w:t>個資 vs. 公共利益：例如：防疫足跡</w:t>
      </w:r>
    </w:p>
    <w:p>
      <w:r>
        <w:t>同意原則：民眾是否真正知情？</w:t>
      </w:r>
    </w:p>
    <w:p>
      <w:r>
        <w:t>跨國傳輸：資料出境限制</w:t>
      </w:r>
    </w:p>
    <w:p>
      <w:pPr>
        <w:pStyle w:val="Heading3"/>
      </w:pPr>
      <w:r>
        <w:t>三、政府資安管理</w:t>
      </w:r>
    </w:p>
    <w:p>
      <w:r>
        <w:t>資安威脅 ：</w:t>
      </w:r>
    </w:p>
    <w:p>
      <w:r>
        <w:t>資安管理框架 ：</w:t>
      </w:r>
    </w:p>
    <w:p>
      <w:r>
        <w:t>識別（Identify）</w:t>
      </w:r>
    </w:p>
    <w:p>
      <w:r>
        <w:t>資產盤點、風險評估</w:t>
      </w:r>
    </w:p>
    <w:p>
      <w:r>
        <w:t>保護（Protect）</w:t>
      </w:r>
    </w:p>
    <w:p>
      <w:r>
        <w:t>防火牆、加密、存取控制</w:t>
      </w:r>
    </w:p>
    <w:p>
      <w:r>
        <w:t>偵測（Detect）</w:t>
      </w:r>
    </w:p>
    <w:p>
      <w:r>
        <w:t>入侵偵測、異常監測</w:t>
      </w:r>
    </w:p>
    <w:p>
      <w:r>
        <w:t>回應（Respond）</w:t>
      </w:r>
    </w:p>
    <w:p>
      <w:r>
        <w:t>應變計畫、事件處理</w:t>
      </w:r>
    </w:p>
    <w:p>
      <w:r>
        <w:t>復原（Recover）</w:t>
      </w:r>
    </w:p>
    <w:p>
      <w:r>
        <w:t>備份、系統恢復</w:t>
      </w:r>
    </w:p>
    <w:p>
      <w:r>
        <w:t>台灣資安組織 ：</w:t>
      </w:r>
    </w:p>
    <w:p>
      <w:r>
        <w:t>行政院資安處：政策規劃</w:t>
      </w:r>
    </w:p>
    <w:p>
      <w:r>
        <w:t>國家資通安全研究院：技術研發</w:t>
      </w:r>
    </w:p>
    <w:p>
      <w:r>
        <w:t>各機關資安長：機關資安負責</w:t>
      </w:r>
    </w:p>
    <w:p>
      <w:r>
        <w:t>重大資安事件：</w:t>
      </w:r>
    </w:p>
    <w:p>
      <w:r>
        <w:t>2021 年：某部會個資洩漏（10 萬筆）</w:t>
      </w:r>
    </w:p>
    <w:p>
      <w:r>
        <w:t>2023 年：某地方政府網站遭 DDoS 攻擊</w:t>
      </w:r>
    </w:p>
    <w:p>
      <w:r>
        <w:t>2025 年：某醫院勒索軟體攻擊</w:t>
      </w:r>
    </w:p>
    <w:p>
      <w:r>
        <w:t>思考 8-2：你認為政府資安的最大挑戰是什麼？為什麼？</w:t>
      </w:r>
    </w:p>
    <w:p>
      <w:pPr>
        <w:pStyle w:val="Heading3"/>
      </w:pPr>
      <w:r>
        <w:t>8.5 數位轉型的挑戰</w:t>
      </w:r>
    </w:p>
    <w:p>
      <w:pPr>
        <w:pStyle w:val="Heading3"/>
      </w:pPr>
      <w:r>
        <w:t>一、數位轉型的定義與要素</w:t>
      </w:r>
    </w:p>
    <w:p>
      <w:r>
        <w:t>數位轉型（Digital Transformation）是指組織運用數位科技，重塑業務模式、組織文化、價值創造的過程。</w:t>
      </w:r>
    </w:p>
    <w:p>
      <w:r>
        <w:t>數位轉型 vs. 數位化 ：</w:t>
      </w:r>
    </w:p>
    <w:p>
      <w:r>
        <w:t>數位轉型的關鍵要素 ：</w:t>
      </w:r>
    </w:p>
    <w:p>
      <w:r>
        <w:t>領導承諾</w:t>
      </w:r>
    </w:p>
    <w:p>
      <w:r>
        <w:t>高層支持、資源投入</w:t>
      </w:r>
    </w:p>
    <w:p>
      <w:r>
        <w:t>組織文化</w:t>
      </w:r>
    </w:p>
    <w:p>
      <w:r>
        <w:t>創新、實驗、學習</w:t>
      </w:r>
    </w:p>
    <w:p>
      <w:r>
        <w:t>人才與能力</w:t>
      </w:r>
    </w:p>
    <w:p>
      <w:r>
        <w:t>數位人才、培訓</w:t>
      </w:r>
    </w:p>
    <w:p>
      <w:r>
        <w:t>技術基礎</w:t>
      </w:r>
    </w:p>
    <w:p>
      <w:r>
        <w:t>雲端、大數據、AI</w:t>
      </w:r>
    </w:p>
    <w:p>
      <w:r>
        <w:t>流程再造</w:t>
      </w:r>
    </w:p>
    <w:p>
      <w:r>
        <w:t>簡化、自動化</w:t>
      </w:r>
    </w:p>
    <w:p>
      <w:r>
        <w:t>公民中心</w:t>
      </w:r>
    </w:p>
    <w:p>
      <w:r>
        <w:t>以使用者需求為核心</w:t>
      </w:r>
    </w:p>
    <w:p>
      <w:pPr>
        <w:pStyle w:val="Heading3"/>
      </w:pPr>
      <w:r>
        <w:t>二、數位轉型的障礙</w:t>
      </w:r>
    </w:p>
    <w:p>
      <w:r>
        <w:t>障礙 ：</w:t>
      </w:r>
    </w:p>
    <w:p>
      <w:pPr>
        <w:pStyle w:val="Heading3"/>
      </w:pPr>
      <w:r>
        <w:t>三、台灣數位轉型實務</w:t>
      </w:r>
    </w:p>
    <w:p>
      <w:r>
        <w:t>數位發展部（2022 年成立） ：</w:t>
      </w:r>
    </w:p>
    <w:p>
      <w:r>
        <w:t>職掌：數位政策、資安、資料治理</w:t>
      </w:r>
    </w:p>
    <w:p>
      <w:r>
        <w:t>目標：推動數位國家、智慧治理</w:t>
      </w:r>
    </w:p>
    <w:p>
      <w:r>
        <w:t>重點政策 ：</w:t>
      </w:r>
    </w:p>
    <w:p>
      <w:r>
        <w:t>數位身分證（2025 試辦）</w:t>
      </w:r>
    </w:p>
    <w:p>
      <w:r>
        <w:t>整合多項身分認證</w:t>
      </w:r>
    </w:p>
    <w:p>
      <w:r>
        <w:t>爭議：隱私、資安</w:t>
      </w:r>
    </w:p>
    <w:p>
      <w:r>
        <w:t>政策沙盒</w:t>
      </w:r>
    </w:p>
    <w:p>
      <w:r>
        <w:t>法規放寬，鼓勵創新</w:t>
      </w:r>
    </w:p>
    <w:p>
      <w:r>
        <w:t>例如：無人車、金融科技</w:t>
      </w:r>
    </w:p>
    <w:p>
      <w:r>
        <w:t>AI 政务服务</w:t>
      </w:r>
    </w:p>
    <w:p>
      <w:r>
        <w:t>聊天機器人、智慧客服</w:t>
      </w:r>
    </w:p>
    <w:p>
      <w:r>
        <w:t>例如：1999 AI 客服</w:t>
      </w:r>
    </w:p>
    <w:p>
      <w:r>
        <w:t>數據治理</w:t>
      </w:r>
    </w:p>
    <w:p>
      <w:r>
        <w:t>政府資料整合、分析</w:t>
      </w:r>
    </w:p>
    <w:p>
      <w:r>
        <w:t>例如：大數據防疫</w:t>
      </w:r>
    </w:p>
    <w:p>
      <w:r>
        <w:t>挑戰 ：</w:t>
      </w:r>
    </w:p>
    <w:p>
      <w:r>
        <w:t>組織文化保守</w:t>
      </w:r>
    </w:p>
    <w:p>
      <w:r>
        <w:t>數位人才缺乏</w:t>
      </w:r>
    </w:p>
    <w:p>
      <w:r>
        <w:t>法規調適緩慢</w:t>
      </w:r>
    </w:p>
    <w:p>
      <w:r>
        <w:t>公民信任不足</w:t>
      </w:r>
    </w:p>
    <w:p>
      <w:r>
        <w:t>案例 8-3：台灣數位防疫（2020–2023）</w:t>
        <w:br/>
        <w:t>疫情期间，台灣運用數位科技防疫：</w:t>
      </w:r>
    </w:p>
    <w:p>
      <w:r>
        <w:t>應用：</w:t>
      </w:r>
    </w:p>
    <w:p>
      <w:r>
        <w:t>健保卡 + 實聯制：足跡追蹤</w:t>
      </w:r>
    </w:p>
    <w:p>
      <w:r>
        <w:t>口罩實名制：線上預約、購買</w:t>
      </w:r>
    </w:p>
    <w:p>
      <w:r>
        <w:t>疫苗預約系統：線上登記</w:t>
      </w:r>
    </w:p>
    <w:p>
      <w:r>
        <w:t>數位健康證明：疫苗接種證明</w:t>
      </w:r>
    </w:p>
    <w:p>
      <w:r>
        <w:t>成效：</w:t>
      </w:r>
    </w:p>
    <w:p>
      <w:r>
        <w:t>疫情控制良好</w:t>
      </w:r>
    </w:p>
    <w:p>
      <w:r>
        <w:t>民眾配合度高</w:t>
      </w:r>
    </w:p>
    <w:p>
      <w:r>
        <w:t>國際讚譽</w:t>
      </w:r>
    </w:p>
    <w:p>
      <w:r>
        <w:t>爭議：</w:t>
      </w:r>
    </w:p>
    <w:p>
      <w:r>
        <w:t>隱私保護（足跡資料）</w:t>
      </w:r>
    </w:p>
    <w:p>
      <w:r>
        <w:t>數位落差（老年人）</w:t>
      </w:r>
    </w:p>
    <w:p>
      <w:r>
        <w:t>資料保存期限</w:t>
      </w:r>
    </w:p>
    <w:p>
      <w:r>
        <w:t>討論問題：</w:t>
      </w:r>
    </w:p>
    <w:p>
      <w:r>
        <w:t>數位防疫的公共利益與隱私風險如何平衡？</w:t>
      </w:r>
    </w:p>
    <w:p>
      <w:r>
        <w:t>數位落差如何影響防疫成效？</w:t>
      </w:r>
    </w:p>
    <w:p>
      <w:r>
        <w:t>疫情結束後，防疫資料應如何處理？</w:t>
      </w:r>
    </w:p>
    <w:p>
      <w:r>
        <w:t>數位防疫經驗如何應用於其他政策？</w:t>
      </w:r>
    </w:p>
    <w:p>
      <w:r>
        <w:t>【本章摘要】</w:t>
      </w:r>
    </w:p>
    <w:p>
      <w:r>
        <w:t>本章探討電子治理與數位轉型，主要重點包括：</w:t>
      </w:r>
    </w:p>
    <w:p>
      <w:r>
        <w:t>電子政府的定義與發展階段：從出現、強化、互動到轉型，台灣電子政府發展全球排名第 7。</w:t>
      </w:r>
    </w:p>
    <w:p>
      <w:r>
        <w:t>電子化服務設計：使用者體驗（UX）設計、單一窗口服務、行動政府（m-Government），提升服務便利性。</w:t>
      </w:r>
    </w:p>
    <w:p>
      <w:r>
        <w:t>開放政府與開放資料：基於透明、參與、課責三大支柱，台灣開放資料平台（data.gov.tw）超過 3 萬筆資料集。</w:t>
      </w:r>
    </w:p>
    <w:p>
      <w:r>
        <w:t>數位身分與資安：自然人憑證、MyData、個資法、資安管理框架，平衡便利與安全。</w:t>
      </w:r>
    </w:p>
    <w:p>
      <w:r>
        <w:t>數位轉型：運用數位科技重塑業務模式與組織文化，面臨組織文化、人才、法規、技術整合等挑戰。</w:t>
      </w:r>
    </w:p>
    <w:p>
      <w:r>
        <w:t>台灣實務：數位發展部、數位身分證、政策沙盒、AI 政务服务、數位防疫，展現成效與挑戰。</w:t>
      </w:r>
    </w:p>
    <w:p>
      <w:r>
        <w:t>國考命題：電子政府發展階段、開放政府三大支柱、個資法、數位轉型是高頻考點，需能應用理論分析案例。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你認為電子政府發展的四個階段中，台灣目前處於哪一個階段？為什麼？</w:t>
      </w:r>
    </w:p>
    <w:p>
      <w:r>
        <w:t>應用 UX 設計原則，評估一個你使用過的政府網站或 APP。</w:t>
      </w:r>
    </w:p>
    <w:p>
      <w:r>
        <w:t>開放政府的三大支柱中，你認為台灣哪一個做得最好？哪一個最需要改進？為什麼？</w:t>
      </w:r>
    </w:p>
    <w:p>
      <w:r>
        <w:t>數位身分證的優點與風險是什麼？你支持或反對？為什麼？</w:t>
      </w:r>
    </w:p>
    <w:p>
      <w:r>
        <w:t>你認為政府數位轉型的最大障礙是什麼？如何克服？</w:t>
      </w:r>
    </w:p>
    <w:p>
      <w:r>
        <w:t>【延伸閱讀】</w:t>
      </w:r>
    </w:p>
    <w:p>
      <w:r>
        <w:t>UN (2024). E-Government Survey 2024. United Nations.</w:t>
      </w:r>
    </w:p>
    <w:p>
      <w:r>
        <w:t>OECD (2025). Digital Government Review. OECD Publishing.</w:t>
      </w:r>
    </w:p>
    <w:p>
      <w:r>
        <w:t>數位發展部（2026）。《數位政府推動白皮書》。</w:t>
      </w:r>
    </w:p>
    <w:p>
      <w:r>
        <w:t>國家資通安全研究院（2026）。《政府資安管理手冊》。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8-4：愛沙尼亞的數位政府</w:t>
      </w:r>
    </w:p>
    <w:p>
      <w:r>
        <w:t>愛沙尼亞被譽為全球數位政府典範：</w:t>
      </w:r>
    </w:p>
    <w:p>
      <w:r>
        <w:t>特色：</w:t>
      </w:r>
    </w:p>
    <w:p>
      <w:r>
        <w:t>數位身分證：99% 政府服務線上化</w:t>
      </w:r>
    </w:p>
    <w:p>
      <w:r>
        <w:t>X-Road：跨機關資料交換平台</w:t>
      </w:r>
    </w:p>
    <w:p>
      <w:r>
        <w:t>i-Voting：線上投票</w:t>
      </w:r>
    </w:p>
    <w:p>
      <w:r>
        <w:t>e-Residency：全球公民數位身分</w:t>
      </w:r>
    </w:p>
    <w:p>
      <w:r>
        <w:t>區塊鏈：政府資料安全儲存</w:t>
      </w:r>
    </w:p>
    <w:p>
      <w:r>
        <w:t>成效：</w:t>
      </w:r>
    </w:p>
    <w:p>
      <w:r>
        <w:t>政府效率全球第一</w:t>
      </w:r>
    </w:p>
    <w:p>
      <w:r>
        <w:t>創業環境優良</w:t>
      </w:r>
    </w:p>
    <w:p>
      <w:r>
        <w:t>公民滿意度高</w:t>
      </w:r>
    </w:p>
    <w:p>
      <w:r>
        <w:t>啟示：</w:t>
      </w:r>
    </w:p>
    <w:p>
      <w:r>
        <w:t>政治承諾（獨立後從零開始）</w:t>
      </w:r>
    </w:p>
    <w:p>
      <w:r>
        <w:t>法規調適（數位簽章法）</w:t>
      </w:r>
    </w:p>
    <w:p>
      <w:r>
        <w:t>公民信任（透明、資安）</w:t>
      </w:r>
    </w:p>
    <w:p>
      <w:r>
        <w:t>討論問題：</w:t>
      </w:r>
    </w:p>
    <w:p>
      <w:r>
        <w:t>愛沙尼亞經驗有哪些值得台灣學習？</w:t>
      </w:r>
    </w:p>
    <w:p>
      <w:r>
        <w:t>愛沙尼亞與台灣的差異有哪些？（規模、歷史、文化）</w:t>
      </w:r>
    </w:p>
    <w:p>
      <w:r>
        <w:t>台灣能否複製愛沙尼亞模式？為什麼？</w:t>
      </w:r>
    </w:p>
    <w:p>
      <w:r>
        <w:t>數位政府的極限在哪裡？（哪些服務不適合數位化？）</w:t>
      </w:r>
    </w:p>
    <w:p>
      <w:r>
        <w:t>你認為 10 年後，政府服務會是什麼樣子？</w:t>
      </w:r>
    </w:p>
    <w:p>
      <w:r>
        <w:t>（第 8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圖8-1 電子治理成熟度模型</w:t>
      </w:r>
    </w:p>
    <w:p>
      <w:r>
        <w:rPr>
          <w:b/>
        </w:rPr>
        <w:t>【圖表說明】</w:t>
      </w:r>
      <w:r>
        <w:t xml:space="preserve"> 資訊提供、互動、交易、整合、參與五階段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表8-1 開放政府三支柱</w:t>
      </w:r>
    </w:p>
    <w:p>
      <w:r>
        <w:rPr>
          <w:b/>
        </w:rPr>
        <w:t>【圖表說明】</w:t>
      </w:r>
      <w:r>
        <w:t xml:space="preserve"> 透明、參與、課責與台灣國家行動計畫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圖8-2 數位轉型架構</w:t>
      </w:r>
    </w:p>
    <w:p>
      <w:r>
        <w:rPr>
          <w:b/>
        </w:rPr>
        <w:t>【圖表說明】</w:t>
      </w:r>
      <w:r>
        <w:t xml:space="preserve"> 數位身分、資料治理、資安、服務設計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案例：電子治理與數位轉型之台灣實務案例（依v1原案例擴充，補年份、數據來源、官方統計）。教學提示：分組討論3M平衡或公共價值三角。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本章專屬：與電子治理與數位轉型相關之期刊論文與政府出版品（請於出版前補年度與頁碼）。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